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участках недр, право пользования которыми может быть предоставлено на условиях раздела продукции (Тасеевском месторождении золота)</w:t>
      </w:r>
    </w:p>
    <w:p>
      <w:r>
        <w:rPr>
          <w:b/>
        </w:rPr>
        <w:t>Статья 1. Отнести Тасеевское месторождение золота, расположенное на территории Читинской области, к объектам, право пользования которыми может быть предоставлено на условиях раздела продукции.</w:t>
      </w:r>
    </w:p>
    <w:p>
      <w:r>
        <w:t>Отнести Тасеевское месторождение золота, расположенное на территории Читинской области, к объектам,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2. 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t>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