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Королевства Испания об избежании двойного налогообложения и предотвращении уклонения от уплаты налогов в отношении налогов на доходы и капитал</w:t>
      </w:r>
    </w:p>
    <w:p>
      <w:r>
        <w:rPr>
          <w:b/>
        </w:rPr>
        <w:t>Статья None. Федеральный закон   от 13.06.2000 № 81-ФЗ</w:t>
      </w:r>
    </w:p>
    <w:p>
      <w:r>
        <w:t>О ратификации Конвенции между Правительством Российской Федерации и Правительством Королевства Испания об избежании двойного налогообложения и предотвращении уклонения от уплаты налогов в отношении налогов на доходы и капитал РОССИЙСКАЯ ФЕДЕРАЦИЯ ФЕДЕРАЛЬНЫЙ ЗАКОН О ратификации Конвенции между Правительством Российской Федерации и Правительством Королевства Испания об избежании двойного налогообложения и предотвращении уклонения от уплаты налогов в отношении налогов на доходы и капитал Принят Государственной Думой 24 мая 2000 года Одобрен Советом Федерации 7 июня 2000 года Ратифицировать Конвенцию между Правительством Российской Федерации и Правительством Королевства Испания об избежании двойного налогообложения и предотвращении уклонения от уплаты налогов в отношении налогов на доходы и капитал, подписанную в городе Мадриде 16 декабря 1998 года. Президент Российской Федерации В.Путин Москва, Кремль 13 июня 2000 года № 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