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Исламской Республики Иран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20.06.2000 № 85-ФЗ</w:t>
      </w:r>
    </w:p>
    <w:p>
      <w:r>
        <w:t>О ратификации Соглашения между Правительством Российской Федерации и Правительством Исламской Республики Иран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Исламской Республики Иран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2 июня 2000 года Одобрен Советом Федерации 7 июня 2000 года Ратифицировать Соглашение между Правительством Российской Федерации и Правительством Исламской Республики Иран об избежании двойного налогообложения и предотвращении уклонения от уплаты налогов в отношении налогов на доходы и капитал, подписанное в городе Тегеране 6 марта 1998 года. Президент Российской Федерации В.Путин Москва, Кремль 20 июня 2000 года № 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