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Государства Катар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20.06.2000 № 86-ФЗ</w:t>
      </w:r>
    </w:p>
    <w:p>
      <w:r>
        <w:t>О ратификации Соглашения между Правительством Российской Федерации и Правительством Государства Катар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Государства Катар об избежании двойного налогообложения в отношении налогов на доходы Принят Государственной Думой 26 мая 2000 года Одобрен Советом Федерации 7 июня 2000 года Ратифицировать Соглашение между Правительством Российской Федерации и Правительством Государства Катар об избежании двойного налогообложения в отношении налогов на доходы, подписанное в городе Москве 20 апреля 1998 года. Президент Российской Федерации В.Путин Москва, Кремль 20 июня 2000 года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