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бюджетной классификации Российской Федерации"</w:t>
      </w:r>
    </w:p>
    <w:p>
      <w:r>
        <w:rPr>
          <w:b/>
        </w:rPr>
        <w:t>Статья 1</w:t>
      </w:r>
    </w:p>
    <w:p>
      <w:r>
        <w:t>Внести в Федеральный закон от 15 августа 1996 года № 115-ФЗ "О бюджетной классификации Российской Федерации" (Собрание законодательства Российской Федерации, 1996, № 34, ст. 4030; 1998, № 10, ст. 1144; № 13, ст. 1462) изменения и дополнения, изложив его в следующей редакции: "ФЕДЕРАЛЬНЫЙ ЗАКОН О бюджетной классификации Российской Федерации</w:t>
      </w:r>
    </w:p>
    <w:p>
      <w:r>
        <w:t>Бюджетная классификация Российской Федерации является группировкой доходов и расходов бюджетов всех уровней бюджетной системы Российской Федерации, а также источников финансирования дефицитов этих бюджетов, применяется при составлении проектов бюджетов и исполнении бюджетов всех уровней, обеспечивает сопоставимость показателей бюджетов всех уровней бюджетной системы Российской Федерации. Бюджетная классификация Российской Федерации включает: классификацию доходов бюджетов Российской Федерации; функциональную классификацию расходов бюджетов Российской Федерации; экономическую классификацию расходов бюджетов Российской Федерации; классификацию источников внутреннего финансирования дефицитов бюджетов Российской Федерации; классификацию источников внешнего финансирования дефицитов федерального бюджета и бюджетов субъектов Российской Федерации; классификацию видов государственных внутренних долгов Российской Федерации и субъектов Российской Федерации, видов муниципального долга; классификацию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ведомственную классификацию расходов федерального бюджета. Бюджетная классификация Российской Федерации в части классификации доходов бюджетов Российской Федерации, функциональной классификации расходов бюджетов Российской Федерации, экономической классификации расходов бюджетов Российской Федерации, классификации источников внутреннего финансирования дефицитов бюджетов Российской Федерации, классификации видов государственных внутренних долгов Российской Федерации и субъектов Российской Федерации, видов муниципального долга, классификации источников внешнего финансирования дефицитов федерального бюджета и бюджетов субъектов Российской Федерации, классификации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является единой и используется при составлении, утверждении и исполнении бюджетов всех уровней и составлении консолидированных бюджетов всех уровней. Законодательные (представительные) органы субъектов Российской Федерации и представительные органы местного самоуправления при утверждении бюджетных классификаций соответствующих бюджетов вправе производить дальнейшую детализацию объектов бюджетных классификаций, не нарушая общих принципов построения и единства бюджетной классификации Российской Федерации.</w:t>
      </w:r>
    </w:p>
    <w:p>
      <w:r>
        <w:rPr>
          <w:b/>
        </w:rPr>
        <w:t>Статья 1</w:t>
      </w:r>
    </w:p>
    <w:p>
      <w:r>
        <w:t>Внести в Федеральный закон от 15 августа 1996 года № 115-ФЗ "О бюджетной классификации Российской Федерации" (Собрание законодательства Российской Федерации, 1996, № 34, ст. 4030; 1998, № 10, ст. 1144; № 13, ст. 1462) изменения и дополнения, изложив его в следующей редакции: "ФЕДЕРАЛЬНЫЙ ЗАКОН О бюджетной классификации Российской Федерации</w:t>
      </w:r>
    </w:p>
    <w:p>
      <w:r>
        <w:t>Бюджетная классификация Российской Федерации является группировкой доходов и расходов бюджетов всех уровней бюджетной системы Российской Федерации, а также источников финансирования дефицитов этих бюджетов, применяется при составлении проектов бюджетов и исполнении бюджетов всех уровней, обеспечивает сопоставимость показателей бюджетов всех уровней бюджетной системы Российской Федерации. Бюджетная классификация Российской Федерации включает: классификацию доходов бюджетов Российской Федерации; функциональную классификацию расходов бюджетов Российской Федерации; экономическую классификацию расходов бюджетов Российской Федерации; классификацию источников внутреннего финансирования дефицитов бюджетов Российской Федерации; классификацию источников внешнего финансирования дефицитов федерального бюджета и бюджетов субъектов Российской Федерации; классификацию видов государственных внутренних долгов Российской Федерации и субъектов Российской Федерации, видов муниципального долга; классификацию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ведомственную классификацию расходов федерального бюджета. Бюджетная классификация Российской Федерации в части классификации доходов бюджетов Российской Федерации, функциональной классификации расходов бюджетов Российской Федерации, экономической классификации расходов бюджетов Российской Федерации, классификации источников внутреннего финансирования дефицитов бюджетов Российской Федерации, классификации видов государственных внутренних долгов Российской Федерации и субъектов Российской Федерации, видов муниципального долга, классификации источников внешнего финансирования дефицитов федерального бюджета и бюджетов субъектов Российской Федерации, классификации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является единой и используется при составлении, утверждении и исполнении бюджетов всех уровней и составлении консолидированных бюджетов всех уровней. Законодательные (представительные) органы субъектов Российской Федерации и представительные органы местного самоуправления при утверждении бюджетных классификаций соответствующих бюджетов вправе производить дальнейшую детализацию объектов бюджетных классификаций, не нарушая общих принципов построения и единства бюджетной классификации Российской Федерации.</w:t>
      </w:r>
    </w:p>
    <w:p>
      <w:r>
        <w:rPr>
          <w:b/>
        </w:rPr>
        <w:t>Статья 2</w:t>
      </w:r>
    </w:p>
    <w:p>
      <w:r>
        <w:t>Классификация доходов бюджетов Российской Федерации является группировкой доходов бюджетов всех уровней бюджетной системы Российской Федерации и основывается на законодательных актах Российской Федерации, определяющих источники формирования доходов бюджетов всех уровней бюджетной системы Российской Федерации. Классификация доходов бюджетов Российской Федерации подразделяется на группы, подгруппы, статьи и подстатьи.</w:t>
      </w:r>
    </w:p>
    <w:p>
      <w:r>
        <w:rPr>
          <w:b/>
        </w:rPr>
        <w:t>Статья 3</w:t>
      </w:r>
    </w:p>
    <w:p>
      <w:r>
        <w:t>Функциональная классификация расходов бюджетов Российской Федерации является группировкой расходов бюджетов всех уровней бюджетной системы Российской Федерации и отражает направление бюджетных средств на выполнение основных функций государства, в том числе на финансирование реализации нормативных правовых актов, принятых органами государственной власти Российской Федерации и органами государственной власти субъектов Российской Федерации, на финансирование осуществления отдельных государственных полномочий, передаваемых другим уровням власти. Первым уровнем функциональной классификации расходов бюджетов Российской Федерации являются разделы, определяющие расходование бюджетных средств на выполнение функций государства. Вторым уровнем функциональной классификации расходов бюджетов Российской Федерации являются подразделы, конкретизирующие направление бюджетных средств на выполнение функций государства в пределах разделов. Целевые статьи расходов бюджетов Российской Федерации образуют третий уровень функциональной классификации расходов бюджетов Российской Федерации и отражают финансирование расходов бюджетов по конкретным направлениям деятельности главных распорядителей средств бюджетов в пределах подразделов функциональной классификации расходов бюджетов Российской Федерации. Виды расходов бюджетов Российской Федерации образуют четвертый уровень функциональной классификации расходов бюджетов Российской Федерации и детализируют направления финансирования расходов указанных бюджетов в пределах целевых статей.</w:t>
      </w:r>
    </w:p>
    <w:p>
      <w:r>
        <w:rPr>
          <w:b/>
        </w:rPr>
        <w:t>Статья 4</w:t>
      </w:r>
    </w:p>
    <w:p>
      <w:r>
        <w:t>Ведомственная классификация расходов федерального бюджета является группировкой расходов федерального бюджета и отражает распределение бюджетных средств по главным распорядителям средств федерального бюджета. Перечень главных распорядителей средств федерального бюджета утверждается в структуре ведомственной классификации расходов федерального бюджета федеральным законом о федеральном бюджете на соответствующий финансовый год. В случаях создания новых либо реорганизации действующих федеральных органов исполнительной власти Правительство Российской Федерации вправе вносить изменения в ведомственную классификацию расходов федерального бюджета в порядке, устанавливаемом федеральным законом о федеральном бюджете на соответствующий финансовый год. Ведомственная классификация расходов бюджетов субъектов Российской Федерации является группировкой расходов бюджетов субъектов Российской Федерации, отражает распределение бюджетных ассигнований по главным распорядителям средств бюджетов субъектов Российской Федерации в соответствии с организацией системы органов исполнительной власти субъектов Российской Федерации и утверждается законодательными (представительными) органами субъектов Российской Федерации. Ведомственная классификация расходов местных бюджетов является группировкой расходов местных бюджетов, отражает распределение бюджетных ассигнований по распорядителям средств местных бюджетов в соответствии с организацией системы органов местного самоуправления и утверждается решениями представительных органов местного самоуправления.</w:t>
      </w:r>
    </w:p>
    <w:p>
      <w:r>
        <w:rPr>
          <w:b/>
        </w:rPr>
        <w:t>Статья 5</w:t>
      </w:r>
    </w:p>
    <w:p>
      <w:r>
        <w:t>Экономическая классификация расходов бюджетов Российской Федерации является группировкой расходов бюджетов всех уровней по их экономическому содержанию согласно приложениям 6 и 7 к настоящему Федеральному закону.</w:t>
      </w:r>
    </w:p>
    <w:p>
      <w:r>
        <w:rPr>
          <w:b/>
        </w:rPr>
        <w:t>Статья 6</w:t>
      </w:r>
    </w:p>
    <w:p>
      <w:r>
        <w:t>Классификация источников внутреннего финансирования дефицитов бюджетов Российской Федерации является группировкой заемных средств, привлекаемых Правительством Российской Федерации, органами исполнительной власти субъектов Российской Федерации и органами местного самоуправления для финансирования дефицитов соответствующих бюджетов.</w:t>
      </w:r>
    </w:p>
    <w:p>
      <w:r>
        <w:rPr>
          <w:b/>
        </w:rPr>
        <w:t>Статья 7</w:t>
      </w:r>
    </w:p>
    <w:p>
      <w:r>
        <w:t>Классификация источников внешнего финансирования дефицитов федерального бюджета и бюджетов субъектов Российской Федерации является группировкой заемных средств, привлекаемых Правительством Российской Федерации и органами исполнительной власти субъектов Российской Федерации для финансирования дефицитов соответствующих бюджетов.</w:t>
      </w:r>
    </w:p>
    <w:p>
      <w:r>
        <w:rPr>
          <w:b/>
        </w:rPr>
        <w:t>Статья 8</w:t>
      </w:r>
    </w:p>
    <w:p>
      <w:r>
        <w:t>Классификация видов государственных внутренних долгов Российской Федерации и субъектов Российской Федерации, видов муниципального долга является группировкой долговых обязательств Правительства Российской Федерации, органов исполнительной власти субъектов Российской Федерации и органов местного самоуправления.</w:t>
      </w:r>
    </w:p>
    <w:p>
      <w:r>
        <w:rPr>
          <w:b/>
        </w:rPr>
        <w:t>Статья 9</w:t>
      </w:r>
    </w:p>
    <w:p>
      <w:r>
        <w:t>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является группировкой государственных внешних долговых обязательств, осуществляемых Правительством Российской Федерации и органами исполнительной власти субъектов Российской Федерации в соответствии с законодательством Российской Федерации.</w:t>
      </w:r>
    </w:p>
    <w:p>
      <w:r>
        <w:rPr>
          <w:b/>
        </w:rPr>
        <w:t>Статья 10</w:t>
      </w:r>
    </w:p>
    <w:p>
      <w:r>
        <w:t>Утвердить бюджетную классификацию Российской Федерации согласно приложениям: состав бюджетной классификации Российской Федерации (приложение 1); классификация доходов бюджетов Российской Федерации (приложение 2); функциональная классификация расходов бюджетов Российской Федерации (приложение 3); перечень целевых статей функциональной классификации расходов бюджетов Российской Федерации (приложение 4); перечень видов расходов функциональной классификации расходов бюджетов Российской Федерации (приложение 5); экономическая классификация расходов бюджетов Российской Федерации, применяемая в 2000 году (приложение 6); экономическая классификация расходов бюджетов Российской Федерации, вводимая с 2001 года (приложение 7); классификация источников внутреннего финансирования дефицитов бюджетов Российской Федерации (приложение 8); классификация источников внешнего финансирования дефицитов федерального бюджета и бюджетов субъектов Российской Федерации (приложение 9); классификация видов государственных внутренних долгов Российской Федерации и субъектов Российской Федерации, видов муниципального долга (приложение 10); 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(приложение 11); ведомственная классификация расходов федерального бюджета, применяемая в 2000 году (приложение 12); ведомственная классификация расходов федерального бюджета, вводимая с 1 января 2001 года, по федеральным органам исполнительной власти, в которых законодательством Российской Федерации предусмотрена военная служба (приложение 13).</w:t>
      </w:r>
    </w:p>
    <w:p>
      <w:r>
        <w:rPr>
          <w:b/>
        </w:rPr>
        <w:t>Статья 11</w:t>
      </w:r>
    </w:p>
    <w:p>
      <w:r>
        <w:t>Указания о порядке применения бюджетной классификации Российской Федерации издаются Министерством финансов Российской Федерации, а в части детализации видов расходов функциональной классификации расходов бюджетов Российской Федерации, связанных с предназначением Вооруженных Сил Российской Федерации, других войск, воинских формирований и органов, - Министерством обороны Российской Федерации, другими федеральными органами исполнительной власти, в которых законодательством Российской Федерации предусмотрена военная служба, по согласованию с Министерством финансов Российской Федерации.</w:t>
      </w:r>
    </w:p>
    <w:p>
      <w:r>
        <w:rPr>
          <w:b/>
        </w:rPr>
        <w:t>Статья 12</w:t>
      </w:r>
    </w:p>
    <w:p>
      <w:r>
        <w:t>Установить, что федеральные законы, регулирующие отношения, не связанные непосредственно с определением состава и структуры бюджетной классификации Российской Федерации, не должны содержать положений, ее изменяющих. Изменения в Федеральный закон "О бюджетной классификации Российской Федерации" вносятся одновременно с принятием законодательных актов о налогах и сборах и о федеральном бюджете. Правительство Российской Федерации в ходе исполнения федерального бюджета за текущий финансовый год вправе вносить изменения в классификацию доходов бюджетов Российской Федерации, функциональную классификацию расходов бюджетов Российской Федерации в части целевых статей и видов расходов бюджетов Российской Федерации, экономическую классификацию расходов бюджетов Российской Федерации в порядке, установленном федеральным законом о федеральном бюджете на соответствующий финансовый год. ____________ Приложение 1к Федеральному закону"О бюджетной классификацииРоссийской Федерации" СОСТАВ БЮДЖЕТНОЙ КЛАССИФИКАЦИИ РОССИЙСКОЙ ФЕДЕРАЦИИ Классификация доходов бюджетов Российской Федерации Функциональная классификация расходов бюджетов Российской Федерации Экономическая классификация расходов бюджетов Российской Федерации Классификация источников внутреннего финансирования дефицитов бюджетов Российской Федерации Классификация источников внешнего финансирования дефицитов федерального бюджета и бюджетов субъектов Российской Федерации Классификация видов государственных внутренних долгов Российской Федерации и субъектов Российской Федерации, видов муниципального долга 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Ведомственная классификация расходов федерального бюджета ____________ Приложение 2к Федеральному закону"О бюджетной классификацииРоссийской Федерации" КЛАССИФИКАЦИЯ ДОХОДОВ БЮДЖЕТОВ РОССИЙСКОЙ ФЕДЕРАЦИИ Код Наименование групп, подгрупп, статей и подстатей доходов 1000000 НАЛОГОВЫЕ ДОХОДЫ 1010000 НАЛОГИ НА ПРИБЫЛЬ (ДОХОД), ПРИРОСТ КАПИТАЛА 1010100 Налог на прибыль (доход) предприятий и организаций 1010101 Налог на прибыль предприятий и организаций (резидентов) 1010102 Налог на прибыль иностранных юридических лиц 1010103 Налог на прибыль бирж, брокерских контор, кредитных и страховых организаций, от посреднических операций и сделок 1010104 Налог на доходы в виде дивидендов, полученных по акциям, принадлежащим предприятию-акционеру и удостоверяющим право владельца этих бумаг на участие в распределении прибыли предприятия-эмитента, на доходы по иным ценным бумагам, за исключением доходов в виде процентов (дисконта), полученных владельцами государственных ценных бумаг Российской Федерации, ценных бумаг органов местного самоуправления, налог на доходы от долевого участия в других предприятиях, созданных на территории Российской Федерации 1010105 Налог на доходы с процентов (дисконта), полученных владельцами государственных ценных бумаг Российской Федерации, государственных ценных бумаг субъектов Российской Федерации и ценных бумаг органов местного самоуправления 1010106 Налог на доходы видеосалонов (от видеопоказа), от проката видео- и аудиокассет и записи на них 1010200 Подоходный налог с физических лиц 1010201 Подоходный налог, удерживаемый предприятиями, учреждениями и организациями 1010202 Подоходный налог, удерживаемый налоговыми органами 1010400 Налог на игорный бизнес 1020000 НАЛОГИ НА ТОВАРЫ И УСЛУГИ. ЛИЦЕНЗИОННЫЕ И РЕГИСТРАЦИОННЫЕ СБОРЫ 1020100 Налог на добавленную стоимость 1020101 Налог на добавленную стоимость по продовольственным товарам (за исключением подакцизных) и товарам для детей, производимым на территории Российской Федерации по перечням, утверждаемым Правительством Российской Федерации 1020111 в том числе возмещение налога на добавленную стоимость, уплаченного поставщикам материальных ресурсов, использованных при производстве экспортной продукции 1020102 Налог на добавленную стоимость по остальным товарам (работам, услугам), включая подакцизные продовольственные товары, производимым на территории Российской Федерации 1020112 в том числе возмещение налога на добавленную стоимость, уплаченного поставщикам материальных ресурсов, использованных при производстве экспортной продукции 1020103 Налог на добавленную стоимость по продовольственным товарам (за исключением подакцизных) и товарам для детей, ввозимым на территорию Российской Федерации по перечням, утверждаемым Правительством Российской Федерации 1020104 Налог на добавленную стоимость по остальным товарам (работам, услугам), включая подакцизные продовольственные товары, ввозимым на территорию Российской Федерации 1020200 Акцизы по подакцизным товарам (продукции) и отдельным видам минерального сырья, производимым на территории Российской Федерации 1020201 Спирт этиловый из пищевого сырья и спирт питьевой 1020202 Спирт этиловый из всех видов сырья, за исключением пищевого 1020203 Спиртосодержащие растворы 1020204 Водка, ликероводочные изделия 1020205 Коньяк, шампанское (вино игристое), вино натуральное 1020206 Другие алкогольные напитки 1020207 Пиво 1020208 Табачные изделия 1020209 Ювелирные изделия 1020210 Бензин автомобильный 1020211 Легковые автомобили 1020212 Природный газ 1020213 Нефть, включая стабилизированный газовый конденсат 1020240 Прочие товары (сырье) 1020300 Акцизы по подакцизным товарам и продукции, ввозимым на территорию Российской Федерации 1020301 Спирт этиловый из пищевого сырья и спирт питьевой 1020302 Спирт этиловый из всех видов сырья, за исключением пищевого 1020303 Спиртосодержащие растворы 1020304 Водка, ликероводочные изделия 1020305 Коньяк, шампанское (вино игристое), вино натуральное 1020306 Другие алкогольные напитки 1020307 Пиво 1020308 Табачные изделия 1020309 Ювелирные изделия 1020310 Бензин автомобильный 1020311 Легковые автомобили 1020340 Прочие товары (сырье) 1020400 Лицензионные и регистрационные сборы 1020401 Лицензионный сбор за право на производство и оборот этилового спирта, спиртосодержащей и алкогольной продукции 1020403 Прочие лицензионные и регистрационные сборы 1020600 Налог на покупку иностранных денежных знаков и платежных документов, выраженных в иностранной валюте 1020700 Налог с продаж 1024000 Прочие налоги и сборы на товары и услуги 1030000 НАЛОГИ НА СОВОКУПНЫЙ ДОХОД 1030100 Единый налог, взимаемый в связи с применением упрощенной системы налогообложения, учета и отчетности 1030101 Единый налог для юридических лиц 1030102 Единый налог для физических лиц, осуществляющих предпринимательскую деятельность без образования юридического лица 1030200 Единый налог на вмененный доход для определенных видов деятельности 1030201 Единый налог на вмененный доход для юридических лиц 1030202 Единый налог на вмененный доход для физических лиц, осуществляющих предпринимательскую деятельность без образования юридического лица 1040000 НАЛОГИ НА ИМУЩЕСТВО 1040100 Налог на имущество физических лиц 1040200 Налог на имущество предприятий 1040300 Налог на имущество, переходящее в порядке наследования или дарения 1040400 Налог на операции с ценными бумагами 1050000 ПЛАТЕЖИ ЗА ПОЛЬЗОВАНИЕ ПРИРОДНЫМИ РЕСУРСАМИ 1050100 Платежи за пользование недрами 1050101 Платежи за проведение поисковых и разведочных работ 1050102 Платежи за добычу полезных ископаемых 1050103 Платежи за пользование недрами в целях, не связанных с добычей полезных ископаемых 1050104 Платежи за пользование недрами при реализации соглашений о разделе продукции, включая разовые платежи (бонусы), регулярные платежи (роялти), ежегодные платежи за проведение поисковых и разведочных работ (ренталс) и платежи за договорную акваторию и участки морского дна 1050200 Платежи за пользование континентальным шельфом 1050201 Платежи за пользование минеральными ресурсами 1050202 Плата за пользование живыми ресурсами 1050400 Платежи за пользование лесным фондом 1050401 Лесные подати 1050402 Арендная плата за пользование лесным фондом 1050500 Плата за пользование водными объектами 1050600 Плата за нормативные и сверхнормативные выбросы и сбросы вредных веществ, размещение отходов 1050700 Земельный налог 1050701 Земельный налог за земли сельскохозяйственного назначения 1050702 Земельный налог за земли городов и поселков 1050703 Земельный налог за другие земли несельскохозяйственного назначения 1050800 Плата за право пользования объектами животного мира и водными биологическими ресурсами 1054000 Прочие платежи за пользование природными ресурсами 1060000 НАЛОГИ НА ВНЕШНЮЮ ТОРГОВЛЮ И ВНЕШНЕЭКОНОМИЧЕСКИЕ ОПЕРАЦИИ 1060100 Таможенные пошлины 1060101 Ввозные таможенные пошлины 1060102 Вывозные таможенные пошлины 1064000 Прочие налоги и пошлины, взимаемые в связи с осуществлением внешнеэкономических операций 1400000 ПРОЧИЕ НАЛОГИ, ПОШЛИНЫ И СБОРЫ 1400100 Государственная пошлина 1400101 Государственная пошлина с исковых и иных заявлений и жалоб, подаваемых в арбитражные суды, Верховный Суд Российской Федерации и Конституционный Суд Российской Федерации 1400102 Государственная пошлина с исковых и иных заявлений и жалоб, подаваемых в суды общей юрисдикции 1400103 Государственная пошлина за совершение нотариальных действий, за государственную регистрацию актов гражданского состояния и другие юридически значимые действия, за рассмотрение и выдачу документов, связанных с приобретением гражданства Российской Федерации или с выходом из гражданства Российской Федерации 1400300 Прочие федеральные налоги 1400301 Налог на отдельные виды транспортных средств 1400302 Сбор за использование наименований "Россия", "Российская Федерация" и образованных на их основе слов и словосочетаний 1400340 Прочие налоги 1400400 Налоги субъектов Российской Федерации 1400401 Сбор на нужды образовательных учреждений с юридических лиц 1400500 Местные налоги и сборы 1400501 Курортный сбор 1400502 Целевые сборы с граждан и предприятий, учреждений и организаций на содержание милиции, на благоустройство территорий, на нужды образования и другие цели 1400503 Налог на рекламу 1400504 Налог на содержание жилого фонда и объектов социально-культурной сферы 1400505 Лицензионный сбор за право торговли спиртными напитками и пивом 1400540 Прочие местные налоги и сборы 1404000 Прочие налоговые платежи и сборы 2000000 НЕНАЛОГОВЫЕ ДОХОДЫ 2010000 ДОХОДЫ ОТ ИМУЩЕСТВА, НАХОДЯЩЕГОСЯ В ГОСУДАРСТВЕННОЙ И МУНИЦИПАЛЬНОЙ СОБСТВЕННОСТИ, ИЛИ ОТ ДЕЯТЕЛЬНОСТИ 2010100 Дивиденды по акциям, принадлежащим государству 2010200 Доходы от сдачи в аренду имущества, находящегося в государственной и муниципальной собственности 2010201 Арендная плата за земли сельскохозяйственного назначения 2010202 Арендная плата за земли городов и поселков 2010203 Арендная плата за другие земли несельскохозяйственного назначения 2010205 Доходы от сдачи в аренду недвижимого имущества, закрепленного за научными организациями 2010206 Доходы от сдачи в аренду недвижимого имущества, закрепленного за образовательными учреждениями 2010207 Доходы от сдачи в аренду недвижимого имущества, закрепленного за учреждениями здравоохранения 2010208 Доходы от сдачи в аренду недвижимого имущества, закрепленного за государственными музеями, государственными учреждениями культуры и искусства 2010240 Прочие доходы от сдачи в аренду имущества, находящегося в государственной и муниципальной собственности 2010300 Проценты, полученные от размещения в банках и кредитных организациях временно свободных средств бюджета 2010400 Проценты, полученные от предоставления бюджетных ссуд внутри страны 2010500 Возмещение потерь сельскохозяйственного производства, связанных с изъятием сельскохозяйственных угодий 2010600 Доходы от оказания услуг или компенсации затрат государства 2010601 Консульский сбор, взимаемый на территории Российской Федерации 2010602 Плата за выдаваемые паспорта, в том числе заграничные 2010603 Средства, полученные от аукционной продажи квот на отдельные виды товаров, ввозимых на территорию Особой экономической зоны в Калининградской области 2010604 Плата за предоставление информации по единому государственному реестру налогоплательщиков 2010605 Плата за опробование и клеймение изделий и сплавов из драгоценных металлов 2010640 Прочие доходы 2010700 Перечисление прибыли Центрального банка Российской Федерации 2010800 Платежи от государственных и муниципальных организаций 2010801 Патентные пошлины и регистрационные сборы за официальную регистрацию программ для ЭВМ, баз данных и топологий интегральных микросхем 2010802 Доходы от деятельности государственного совместного предприятия "Вьетсовпетро" 2010840 Прочие доходы 2010900 Доходы от реализации соглашений о разделе продукции 2010901 Возмещение инвестором прошлых затрат государства на проведение геолого-разведочных работ при реализации соглашений о разделе продукции 2010902 Стоимость реализованной прибыльной продукции, принадлежащей государству по соглашениям о разделе продукции 2011000 Доходы от продажи квартир 2012000 Доходы от продажи государственных производственных и непроизводственных фондов, транспортных средств, иного оборудования и других материальных ценностей 2012001 Доходы от реализации продуктов утилизации кораблей 2013000 Доходы от реализации конфискованного, бесхозяйного имущества, перешедшего в государственную или муниципальную собственность в порядке наследования или дарения, и кладов 2014000 Доходы от проведения Всероссийской государственной лотереи 2015000 Прочие поступления от имущества, находящегося в государственной и муниципальной собственности, или от деятельности 2016000 Доходы от распоряжения принадлежащими Российской Федерации правами на результаты научно-исследовательских и опытно-конструкторских работ и технологических работ военного, специального и двойного назначения 2016010 Платежи, поступающие по лицензионным договорам, и иные поступления от мероприятий по правовой защите интересов Российской Федерации в сфере интеллектуальной деятельности 2016020 Платежи от мероприятий по претензионной работе по восстановлению прав Российской Федерации на результаты интеллектуальной деятельности в Российской Федерации и за рубежом 2040000 ДОХОДЫ ОТ ПРОДАЖИ ЗЕМЛИ И НЕМАТЕРИАЛЬНЫХ АКТИВОВ 2050000 ПОСТУПЛЕНИЯ КАПИТАЛЬНЫХ ТРАНСФЕРТОВ ИЗ НЕГОСУДАРСТВЕННЫХ ИСТОЧНИКОВ 2050100 От резидентов 2050200 От нерезидентов 2060000 АДМИНИСТРАТИВНЫЕ ПЛАТЕЖИ И СБОРЫ 2060100 Сборы, взимаемые Государственной инспекцией безопасности дорожного движения (за исключением штрафов) 2060200 Исполнительский сбор 2064000 Прочие платежи, взимаемые государственными организациями за выполнение определенных функций 2070000 ШТРАФНЫЕ САНКЦИИ, ВОЗМЕЩЕНИЕ УЩЕРБА 2070100 Поступление сумм за выпуск и реализацию продукции, изготовленной с отступлением от стандартов и технических условий 2070200 Санкции за нарушение порядка применения цен 2070300 Административные штрафы и иные санкции, включая штрафы за нарушение правил дорожного движения 2070301 Штрафы, взыскиваемые органами Министерства Российской Федерации по налогам и сборам (за исключением штрафов, взыскиваемых по отдельным видам налогов за нарушение налогового законодательства) 2070302 Штрафы, взыскиваемые по решениям органов Федеральной службы России по валютному и экспортному контролю 2070303 Санкции за нецелевое использование бюджетных средств 2070340 Прочие административные штрафы и иные санкции 2070400 Суммы, взыскиваемые с лиц, виновных в совершении преступлений и недостаче материальных ценностей 2070401 Поступление сумм в возмещение причиненного военному имуществу ущерба 2070440 Прочие поступления 2080000 ДОХОДЫ ОТ ВНЕШНЕЭКОНОМИЧЕСКОЙ ДЕЯТЕЛЬНОСТИ 2080100 Проценты по государственным кредитам 2080101 Оплата процентов иностранными государствами по государственным кредитам, предоставленным правительствам иностранных государств 2080102 Поступление средств от предприятий и организаций в оплату процентов и гарантий по кредитам, полученным Российской Федерацией от правительств иностранных государств, банков и фирм 2080103 Поступление средств от предприятий и организаций в оплату процентов и гарантий по кредитам, полученным Российской Федерацией от международных финансовых организаций 2080300 Поступление средств от централизованного экспорта 2080400 Таможенные сборы 2084000 Прочие поступления от внешнеэкономической деятельности 2090000 ПРОЧИЕ НЕНАЛОГОВЫЕ ДОХОДЫ 2090100 Доходы от реализации и (или) использования природного сырьевого компонента низкообогащенного урана 2090200 Прочие доходы 3000000 БЕЗВОЗМЕЗДНЫЕ ПЕРЕЧИСЛЕНИЯ 3010000 ОТ НЕРЕЗИДЕНТОВ 3020000 ОТ БЮДЖЕТОВ ДРУГИХ УРОВНЕЙ 3020100 Дотации 3020200 Субвенции 3020300 Средства,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3020400 Трансферты 3024000 Прочие безвозмездные поступления 3030000 ОТ ГОСУДАРСТВЕННЫХ ВНЕБЮДЖЕТНЫХ ФОНДОВ 3040000 ОТ ГОСУДАРСТВЕННЫХ ОРГАНИЗАЦИЙ 3050000 ОТ НАДНАЦИОНАЛЬНЫХ ОРГАНИЗАЦИЙ 3060000 СРЕДСТВА, ПЕРЕДАВАЕМЫЕ В ЦЕЛЕВЫЕ БЮДЖЕТНЫЕ ФОНДЫ 4000000 ДОХОДЫ ЦЕЛЕВЫХ БЮДЖЕТНЫХ ФОНДОВ 4010000 ДОРОЖНЫЕ ФОНДЫ 4010100 Федеральный дорожный фонд Российской Федерации 4010101 Налог на пользователей автомобильных дорог 4010102 Налог на реализацию горюче-смазочных материалов 4010140 Прочие поступления 4010200 Территориальные дорожные фонды 4010201 Налог на пользователей автомобильных дорог 4010202 Налог с владельцев транспортных средств 4010203 Налог на приобретение автотранспортных средств 4010240 Прочие поступления 4020000 ЭКОЛОГИЧЕСКИЕ ФОНДЫ 4020100 Федеральный экологический фонд Российской Федерации 4020200 Территориальные экологические фонды 4030000 ФЕДЕРАЛЬНЫЙ ФОНД МИНИСТЕРСТВА РОССИЙСКОЙ ФЕДЕРАЦИИ ПО НАЛОГАМ И СБОРАМ И ФЕДЕРАЛЬНОЙ СЛУЖБЫ НАЛОГОВОЙ ПОЛИЦИИ РОССИЙСКОЙ ФЕДЕРАЦИИ 4050000 ГОСУДАРСТВЕННЫЙ ФОНД БОРЬБЫ С ПРЕСТУПНОСТЬЮ 4060000 ФОНДЫ ВОСПРОИЗВОДСТВА МИНЕРАЛЬНО-СЫРЬЕВОЙ БАЗЫ 4060100 Федеральный фонд воспроизводства минерально-сырьевой базы 4060200 Территориальные фонды воспроизводства минерально-сырьевой базы 4080000 ФОНД МИНИСТЕРСТВА РОССИЙСКОЙ ФЕДЕРАЦИИ ПО АТОМНОЙ ЭНЕРГИИ 4090000 ФОНД СОДЕЙСТВИЯ ВОЕННОЙ РЕФОРМЕ 4100000 ФОНД УПРАВЛЕНИЯ, ИЗУЧЕНИЯ, СОХРАНЕНИЯ И ВОСПРОИЗВОДСТВА ВОДНЫХ БИОЛОГИЧЕСКИХ РЕСУРСОВ 4110000 ФЕДЕРАЛЬНЫЙ ФОНД ВОССТАНОВЛЕНИЯ И ОХРАНЫ ВОДНЫХ ОБЪЕКТОВ 4120000 ФОНД КОНТРОЛЬНО-РЕВИЗИОННЫХ ОРГАНОВ МИНИСТЕРСТВА ФИНАНСОВ РОССИЙСКОЙ ФЕДЕРАЦИИ 4130000 ЦЕЛЕВОЙ БЮДЖЕТНЫЙ ФОНД ПО ОХРАНЕ ОЗЕРА БАЙКАЛ 4200000 ЦЕЛЕВЫЕ БЮДЖЕТНЫЕ ФОНДЫ СУБЪЕКТОВ РОССИЙСКОЙ ФЕДЕРАЦИИ (утверждаются законодательными (представительными) органами субъектов Российской Федерации) 5000000 ДОХОДЫ ОТ ПРЕДПРИНИМАТЕЛЬСКОЙ И ИНОЙ ПРИНОСЯЩЕЙ ДОХОД ДЕЯТЕЛЬНОСТИ ____________ Приложение 3к Федеральному закону"О бюджетной классификацииРоссийской Федерации" ФУНКЦИОНАЛЬНАЯ КЛАССИФИКАЦИЯ РАСХОДОВ БЮДЖЕТОВ РОССИЙСКОЙ ФЕДЕРАЦИИ Код Наименование разделов и подразделов 0100 ГОСУДАРСТВЕННОЕ УПРАВЛЕНИЕ И МЕСТНОЕ САМОУПРАВЛЕНИЕ 0101 Функционирование главы государства - Президента Российской Федерации 0102 Функционирование законодательных (представительных) органов государственной власти 0103 Функционирование исполнительных органов государственной власти 0104 Деятельность финансовых и налоговых органов 0105 Прочие расходы на общегосударственное управление 0106 Функционирование органов местного самоуправления 0200 СУДЕБНАЯ ВЛАСТЬ 0201 Федеральная судебная система 0300 МЕЖДУНАРОДНАЯ ДЕЯТЕЛЬНОСТЬ 0301 Международное сотрудничество 0302 Участие в миротворческой деятельности 0303 Реализация межгосударственных договоров в рамках Содружества Независимых Государств 0304 Международные культурные, научные и информационные связи 0305 Экономическая и гуманитарная помощь другим государствам 0400 НАЦИОНАЛЬНАЯ ОБОРОНА 0401 Строительство и содержание Вооруженных Сил Российской Федерации 0402 Военная программа Министерства Российской Федерации по атомной энергии 0403 Обеспечение мобилизационной и вневойсковой подготовки 0406* Содержание Российской оборонной спортивно-технической организации (РОСТО) 0500 ПРАВООХРАНИТЕЛЬНАЯ ДЕЯТЕЛЬНОСТЬ И ОБЕСПЕЧЕНИЕ БЕЗОПАСНОСТИ ГОСУДАРСТВА 0501 Органы внутренних дел 0502 Внутренние войска 0503 Уголовно-исполнительная система 0504 Органы налоговой полиции 0505 Органы государственной безопасности 0506 Органы пограничной службы 0507 Таможенные органы 0508 Органы прокуратуры 0509 Государственная противопожарная служба 0510 Органы юстиции 0600 ФУНДАМЕНТАЛЬНЫЕ ИССЛЕДОВАНИЯ И СОДЕЙСТВИЕ НАУЧНО-ТЕХНИЧЕСКОМУ ПРОГРЕССУ 0601 Фундаментальные исследования 0602 Разработка перспективных технологий и приоритетных направлений научно-технического прогресса 0700 ПРОМЫШЛЕННОСТЬ, ЭНЕРГЕТИКА И СТРОИТЕЛЬСТВО 0701 Топливно-энергетический комплекс 0704 Конверсия оборонной промышленности 0705 Другие отрасли промышленности 0707 Строительство, архитектура 0708 Стандартизация и метрология 0709 Воспроизводство минерально-сырьевой базы 0800 СЕЛЬСКОЕ ХОЗЯЙСТВО И РЫБОЛОВСТВО 0801 Сельскохозяйственное производство 0802 Земельные ресурсы 0803 Заготовка и хранение сельскохозяйственной продукции 0804 Рыболовное хозяйство 0805 Прочие мероприятия в области сельского хозяйства 0900 ОХРАНА ОКРУЖАЮЩЕЙ ПРИРОДНОЙ СРЕДЫ И ПРИРОДНЫХ РЕСУРСОВ, ГИДРОМЕТЕОРОЛОГИЯ, КАРТОГРАФИЯ И ГЕОДЕЗИЯ 0901 Водные ресурсы 0902 Лесные ресурсы 0903 Охрана окружающей природной среды, животного и растительного мира 0904 Гидрометеорология 0905 Картография и геодезия 0906 Прочие расходы в области охраны окружающей природной среды и природных ресурсов 1000 ТРАНСПОРТ, ДОРОЖНОЕ ХОЗЯЙСТВО, СВЯЗЬ И ИНФОРМАТИКА 1001 Автомобильный транспорт 1002 Железнодорожный транспорт 1003 Воздушный транспорт 1004 Водный транспорт 1005 Прочие виды транспорта 1006 Дорожное хозяйство 1007 Связь 1008 Информатика (информационное обеспечение) 1100 РАЗВИТИЕ РЫНОЧНОЙ ИНФРАСТРУКТУРЫ 1101 Малый бизнес и предпринимательство 1102 Прочие мероприятия по развитию рыночной инфраструктуры 1200 ЖИЛИЩНО-КОММУНАЛЬНОЕ ХОЗЯЙСТВО 1201 Жилищное хозяйство 1202 Коммунальное хозяйство 1203 Прочие структуры коммунального хозяйства 1300 ПРЕДУПРЕЖДЕНИЕ И ЛИКВИДАЦИЯ ПОСЛЕДСТВИЙ ЧРЕЗВЫЧАЙНЫХ СИТУАЦИЙ И СТИХИЙНЫХ БЕДСТВИЙ 1301 Государственные программы ликвидации последствий аварий и других катастроф 1302 Предупреждение и ликвидация последствий чрезвычайных ситуаций 1303 Гражданская оборона 1400 ОБРАЗОВАНИЕ 1401 Дошкольное образование 1402 Общее образование 1403 Начальное профессиональное образование 1404 Среднее профессиональное образование 1405 Переподготовка и повышение квалификации 1406 Высшее профессиональное образование 1407 Прочие расходы в области образования 1500 КУЛЬТУРА, ИСКУССТВО И КИНЕМАТОГРАФИЯ 1501 Культура и искусство 1502 Кинематография 1503 Прочие мероприятия в области культуры и искусства 1600 СРЕДСТВА МАССОВОЙ ИНФОРМАЦИИ 1601 Телевидение и радиовещание 1602 Периодическая печать и издательства 1603 Прочие средства массовой информации 1700 ЗДРАВООХРАНЕНИЕ И ФИЗИЧЕСКАЯ КУЛЬТУРА 1701 Здравоохранение 1702 Санитарно-эпидемиологический надзор 1703 Физическая культура и спорт 1800 СОЦИАЛЬНАЯ ПОЛИТИКА 1801 Учреждения социального обеспечения 1802 Социальная помощь 1803 Молодежная политика 1804 Пенсии военнослужащим 1805 Пенсии и пособия в правоохранительных органах 1806 Прочие мероприятия в области социальной политики 1807 Государственные пособия гражданам, имеющим детей 1808 Миграционная политика 1900 ОБСЛУЖИВАНИЕ ГОСУДАРСТВЕННОГО ДОЛГА 1901 Обслуживание государственного внутреннего долга 1902 Обслуживание государственного внешнего долга 2000 ПОПОЛНЕНИЕ ГОСУДАРСТВЕННЫХ ЗАПАСОВ И РЕЗЕРВОВ 2001 Государственные запасы драгоценных металлов и драгоценных камней 2002 Государственный материальный резерв 2003 Прочие государственные запасы и резервы 2100 ФИНАНСОВАЯ ПОМОЩЬ БЮДЖЕТАМ ДРУГИХ УРОВНЕЙ 2101 Финансовая помощь бюджетам других уровней 2103 Прочие мероприятия в области регионального развития 2200 УТИЛИЗАЦИЯ И ЛИКВИДАЦИЯ ВООРУЖЕНИЙ, ВКЛЮЧАЯ ВЫПОЛНЕНИЕ МЕЖДУНАРОДНЫХ ДОГОВОРОВ 2201 Утилизация и ликвидация вооружений по международным договорам 2202 Утилизация и ликвидация вооружений, исключая международные договоры 2300 МОБИЛИЗАЦИОННАЯ ПОДГОТОВКА ЭКОНОМИКИ 2301 Мобилизационная подготовка экономики 2400 ИССЛЕДОВАНИЕ И ИСПОЛЬЗОВАНИЕ КОСМИЧЕСКОГО ПРОСТРАНСТВА 2401 Государственная поддержка космической деятельности 2402 Научно-исследовательские и опытно-конструкторские работы в области космической деятельности 3000 ПРОЧИЕ РАСХОДЫ 3001 Резервные фонды 3002 Проведение выборов и референдумов 3003 Бюджетные ссуды 3004 Прочие расходы, не отнесенные к другим подразделам 3100 ЦЕЛЕВЫЕ БЮДЖЕТНЫЕ ФОНДЫ 3101 Федеральный дорожный фонд Российской Федерации 3102 Федеральный экологический фонд Российской Федерации 3103 Федеральный фонд Министерства Российской Федерации по налогам и сборам и Федеральной службы налоговой полиции Российской Федерации 31 Об Государственный фонд борьбы с преступностью 3107 Федеральный фонд воспроизводства минерально-сырьевой базы 3109 Фонд Министерства Российской Федерации по атомной энергии 3110 Фонд содействия военной реформе 3111 Территориальные дорожные фонды 3112 Территориальные экологические фонды 3113 Фонд управления, изучения, сохранения и воспроизводства водных биологических ресурсов 3114 Федеральный фонд восстановления и охраны водных объектов 3117 Территориальные фонды воспроизводства минерально-сырьевой базы 3118 Фонд контрольно-ревизионных органов Министерства финансов Российской Федерации 3130 Целевые бюджетные фонды субъектов Российской Федерации (утверждаются законодательными (представительными) органами субъектов Российской Федерации) ____________ * Наименование подраздела, указанное в настоящем приложении, применяется при исполнении бюджетов всех уровней в 2000 году. ____________ Приложение 4к Федеральному закону"О бюджетной классификацииРоссийской Федерации" ПЕРЕЧЕНЬ ЦЕЛЕВЫХ СТАТЕЙ ФУНКЦИОНАЛЬНОЙ КЛАССИФИКАЦИИ РАСХОДОВ БЮДЖЕТОВ РОССИЙСКОЙ ФЕДЕРАЦИИ Код Наименование целевых статей 001 Содержание Президента Российской Федерации 002 Содержание президента республики в составе Российской Федерации и главы администрации субъекта Российской Федерации 003 Обеспечение деятельности Президента Российской Федерации 004 Обеспечение деятельности президента республики в составе Российской Федерации и главы администрации субъекта Российской Федерации 005 Содержание Администрации Президента Российской Федерации 006 Содержание Управления делами Президента Российской Федерации 020 Содержание Председателя Совета Федерации и его заместителей 021 Содержание главы законодательной (представительной) власти субъекта Российской Федерации 022 Содержание членов Совета Федерации и их помощников 023 Содержание членов законодательной (представительной) власти субъектов Российской Федерации 024 Обеспечение деятельности Совета Федерации 025 Обеспечение деятельности законодательной (представительной) власти субъектов Российской Федерации 026 Содержание органов местного самоуправления 027 Обеспечение деятельности органов местного самоуправления 030 Содержание Председателя Государственной Думы и его заместителей 031 Содержание депутатов Государственной Думы и их помощников 032 Обеспечение деятельности Государственной Думы 033 Содержание Председателя Правительства Российской Федерации и его заместителей 034 Содержание главы исполнительной власти субъекта Российской Федерации и его заместителей 035 Обеспечение деятельности Правительства Российской Федерации 036 Обеспечение деятельности органов исполнительной власти субъектов Российской Федерации 037 Центральный аппарат 038 Территориальные органы 039 Расходы на общегосударственное управление (не отнесенные к бюджетам других министерств и ведомств) 040 Проведение статистических обследований и переписей 041 Государственная поддержка архивной службы 042 Содержание Председателя Счетной палаты Российской Федерации и его заместителя 043 Содержание аудиторов Счетной палаты Российской Федерации 044 Обеспечение деятельности Счетной палаты Российской Федерации 045 Территориальные органы федерального казначейства 046 Содержание контрольно-ревизионных органов Министерства финансов Российской Федерации 047 Содержание Комитета угольной промышленности при Министерстве топлива и энергетики Российской Федерации 048 Обеспечение деятельности счетной палаты субъекта Российской Федерации 050 Содержание Председателя Конституционного Суда Российской Федерации и членов Конституционного Суда Российской Федерации 051 Обеспечение деятельности Конституционного Суда Российской Федерации 052 Содержание Председателя Верховного Суда Российской Федерации и членов Верховного Суда Российской Федерации 053 Обеспечение деятельности Верховного Суда Российской Федерации 054 Содержание системы судов общей юрисдикции субъектов Российской Федерации 055 Содержание системы судов общей юрисдикции районов и городов 057 Содержание Председателя Высшего Арбитражного Суда Российской Федерации и членов Высшего Арбитражного Суда Российской Федерации 058 Обеспечение деятельности Высшего Арбитражного Суда Российской Федерации 059 Содержание федеральных арбитражных судов 060 Содержание арбитражных судов субъектов Российской Федерации 061 Содержание службы судебных приставов Министерства юстиции Российской Федерации 062 Поддержка государственных нотариальных контор 063 Содержание мировых судей 064 Обеспечение деятельности мировых судей 065 Содержание Федерального агентства по правовой защите результатов интеллектуальной деятельности 080 Государственная автоматизированная информационная система "Выборы", повышение правовой культуры избирателей и организаторов федеральных выборов 120 Зарубежный аппарат 121 Взносы в международные организации 123 Экономическая и гуманитарная помощь другим государствам 125 Расходы на международные культурные, научные и информационные связи 127 Долевое участие в содержании координационных структур СНГ 128 Обеспечение сотрудничества в рамках СНГ 129 Мероприятия, осуществляемые в рамках совместных соглашений с финансовыми организациями 130 Расходы по обязательствам в рамках проектов, финансируемых с участием международных финансовых организаций 131 Расходы в сфере международной деятельности 134 Операции неторгового характера 135 Участие в миротворческой деятельности 136 Государственные гарантии по внешним заимствованиям 140* Содержание Вооруженных Сил Российской Федерации 141* Разработка, закупка, эксплуатация и ремонт вооружения, военной техники, средств связи и имущества в рамках оборонного заказа 142* Строительство в интересах национальной обороны 143* 144* Содержание военных (специальных) образовательных учреждений Мобилизационная подготовка и подготовка резервов, учебно-сборовые мероприятия с гражданами Российской Федерации 145* Расходы в рамках военной программы Министерства Российской Федерации по атомной энергии 146* Другие расходы в рамках военной программы 147* Содержание и оснащение РОСТО 150* Расходы на военную реформу 151 Мероприятия по гражданской обороне 200* Содержание и оснащение войск (органов, других формирований) 201 Содержание спецконтингента 209 Содержание Генерального прокурора Российской Федерации и его заместителей 210 Обеспечение деятельности Генеральной прокуратуры Российской Федерации 211 Содержание органов прокуратуры Российской Федерации 270 Проведение фундаментальных исследований 271 Государственная поддержка Российской академии сельскохозяйственных наук 273 Государственная поддержка Российской академии наук 274 Государственная поддержка отделений Российской академии наук 275 Государственная поддержка Российской академии медицинских наук 276 Государственная поддержка отделений Российской академии медицинских наук 278 Государственная поддержка Российской академии образования 279 Государственная поддержка Российской академии архитектуры и строительных наук 280 Государственная поддержка Российской академии художеств 281 НИОКР 284 Государственная поддержка космической деятельности 285 Закупки серийной космической техники 286 Расходы Российского фонда фундаментальных исследований 287 Расходы Российского гуманитарного научного фонда 288 Расходы Фонда содействия развитию малых форм предприятий в научно-технической сфере 293 Государственная поддержка энергетики и электрификации субъектов Российской Федерации 300 Государственная поддержка угольной отрасли 302 Государственная поддержка отраслей промышленности 306 Осуществление конверсии в оборонных отраслях промышленности 307 Государственная поддержка стандартизации, метрологии и сертификации 309 Государственная поддержка народных художественных промыслов 310 Государственная поддержка жилищного хозяйства субъектов Российской Федерации 311 Государственная поддержка коммунального хозяйства субъектов Российской Федерации 313 Государственные капитальные вложения 314 Государственная поддержка строительства 340 Государственная поддержка программ и мероприятий по развитию животноводства 341 Государственная поддержка программ и мероприятий по развитию растениеводства 342 Прочие расходы в области сельского хозяйства 343 Государственная поддержка развития фермерства 344 Мероприятия по улучшению землеустройства и землепользования, осуществляемые за счет средств земельного налога 345 Государственная поддержка мероприятий по коренному улучшению земель 346 Государственная поддержка рыболовства 347 Государственная поддержка органов хлебной инспекции 348 Формирование региональных продовольственных фондов 349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360 Финансирование мероприятий по регулированию, использованию и охране водных ресурсов 361 Финансирование лесоохранных и лесовосстановительных мероприятий 362 Финансирование мероприятий в области контроля за состоянием окружающей природной среды и охраны природы 363 Финансирование расходов на ведение работ по гидрометеорологии и мониторингу окружающей природной среды 364 Финансирование топографо-геодезических и картографических работ 365 Финансирование расходов по проведению российских антарктических экспедиций 370 Государственная поддержка железнодорожного транспорта 371 Государственная поддержка информационного обеспечения 372 Государственная поддержка автомобильного транспорта 373 Государственная поддержка воздушного транспорта 374 Государственная поддержка морского транспорта 375 Государственная поддержка речного транспорта 376 Государственная поддержка отрасли связи 377 Государственная поддержка почтовой связи 379 Государственная поддержка информационных центров 380 Государственная поддержка других видов транспорта субъектов Российской Федерации 395 Программы ликвидации последствий чрезвычайных ситуаций 396 Осуществление специальных программ 398 Содержание Комитета ветеранов подразделений особого риска Российской Федерации 399 Целевой финансовый резерв для предупреждения и ликвидации чрезвычайных ситуаций 400 Ведомственные расходы на дошкольное образование 401 Ведомственные расходы на общее образование 402 403 Ведомственные расходы на начальное профессиональное образование Ведомственные расходы на среднее профессиональное образование 404 Ведомственные расходы на переподготовку и повышение квалификации 405 Ведомственные расходы на высшее профессиональное образование 407 Прочие ведомственные расходы в области образования 410 Ведомственные расходы на культуру и искусство 411 Государственная поддержка театров, концертных организаций, цирков и других организаций исполнительских искусств 412 Прочие ведомственные расходы в области культуры и искусства 415 Государственная поддержка кинематографии 420 Государственная поддержка государственных телерадиокомпаний 421 Государственная поддержка издательств 422 Государственная поддержка периодической печати 423 Государственная поддержка периодических изданий, учрежденных органами исполнительной и законодательной власти 424 Государственная поддержка средств массовой информации 425 Государственная поддержка районных (городских) газет 430 Ведомственные расходы на здравоохранение 432 Ведомственные расходы на санитарно-эпидемиологический надзор 433 Финансирование части расходов на содержание спортивных команд 434 Ведомственные расходы на физическую культуру и спорт 440 Ведомственные расходы в области социального обеспечения 441 Средства, передаваемые Пенсионному фонду Российской Федерации на выплату пенсий и пособий в соответствии с законодательством Российской Федерации 442 Выплата пенсий и пособий другим категориям граждан 443 Компенсационные выплаты на возмещение материального ущерба и предоставление льгот реабилитированным лицам и лицам, признанным пострадавшими от политических репрессий 444 Компенсационные выплаты женщинам, имеющим детей в возрасте до трех лет, уволенным в связи с ликвидацией предприятий, учреждений и организаций 445 Прочие ведомственные расходы в области социальной политики 446 Государственная поддержка в области молодежной политики 447* Пенсии военнослужащим 447** Пенсии, пособия, компенсации военнослужащим и членам их семей, а также лицам, приравненным к ним по пенсионному обеспечению 448* Выплата пенсий и пособий в органах внутренних дел, уголовно-исполнительной системе, государственной противопожарной службе и во внутренних войсках 449* Выплата пенсий и пособий в органах безопасности и пограничной службы 450 Финансирование мероприятий по Основным направлениям социально-экономической поддержки обустройства российских немцев в России 451 Финансирование мероприятий по ликвидации последствий осетино-ингушского конфликта 452 Выплаты государственных пособий на детей военнослужащих и гражданского персонала 453 Выплаты пенсий и пособий в федеральных органах налоговой полиции 455 Выплаты пенсий и пособий в таможенных органах Российской Федерации 456 Расходы на перевозку несовершеннолетних, самостоятельно ушедших из семей, детских домов, школ-интернатов, специальных учебно-воспитательных учреждений 460 Процентные платежи по государственному внутреннему долгу 461 Процентные платежи по государственному внешнему долгу 470 Пополнение государственных запасов драгоценных металлов и драгоценных камней 471 Государственный материальный резерв 480 Федеральный фонд финансовой поддержки субъектов Российской Федерации 481 Региональный фонд финансовой поддержки в субъектах Российской Федерации 482 Средства, передаваемые бюджетам других уровней для осуществления государственных программ 483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485 Дотации и субвенции 487 Фонд регионального развития 488 Фонд развития региональных финансов 490* 490** Договоры по ликвидации, сокращению и ограничению вооружений Утилизация и ликвидация стратегических наступательных вооружений по международным договорам 491* Другие соглашения на утилизацию и ликвидацию вооружений 491** Работы по реализации конвенции о запрещении разработки, производства и накопления химического оружия и его уничтожении 492** Утилизация и ликвидация обычных видов вооружений по международным договорам 493** Разработка и утилизация ядерных боеприпасов и ядерных энергетических установок военного назначения, вывод из эксплуатации ядерных и радиационно опасных объектов 494** Работы по реализации конвенции о запрещении разработки, производства и накопления запасов бактериологического (биологического) и токсического оружия и об их уничтожении 495** Утилизация и ликвидация ядерных боеприпасов и ядерных энергетических установок военного назначения, вывод из эксплуатации ядерных и радиационно опасных объектов использования атомной энергии, исключая международные договоры 496** Утилизация и ликвидация обычных видов вооружений, исключая международные договоры 500 Мобилизационная подготовка экономики 510 Резервные фонды 511 Расходы на проведение выборов и референдумов 512 Содержание членов Центральной избирательной комиссии Российской Федерации 513 Обеспечение деятельности Центральной избирательной комиссии Российской Федерации 514 Бюджетные ссуды 515 Прочие расходы, не отнесенные к другим целевым статьям 516 Прочие расходы (нужды) на федеральные целевые программы 517 Взнос Российской Федерации в имущество государственной корпорации "Агентство по реструктуризации кредитных организаций" 520 Расходы за счет целевого фонда, консолидируемого в бюджете 530 Финансирование расходов, осуществляемое за счет средств, поступающих от сдачи в аренду недвижимого имущества, закрепленного за государственными организациями 531 Расходы Бюджета развития Российской Федерации, за исключением расходов на связанные кредиты 600** Центральные органы военного управления 601 ** Обеспечение личного состава войск (сил) 602** Боевая подготовка и материально-техническое обеспечение войск (сил) 603** Закупки вооружений, военной техники, продукции производственно-технического назначения и имущества 604** Ремонт вооружений, военной техники, продукции производственно-технического назначения и имущества на предприятиях 605** Строительство специальных и других объектов 606** Расходы военных (специальных) образовательных учреждений 607** Страховые гарантии военнослужащим 608** Мобилизационная подготовка и переподготовка резервов, учебно-сборовые мероприятия с гражданами Российской Федерации 609** Авиационно-спортивные организации Российской оборонной спортивно-технической организации (РОСТО ____________ * Наименование целевой статьи, указанное в настоящем приложении, применяется при исполнении бюджетов всех уровней в 2000 году. ** Наименование целевой статьи, указанное в настоящем приложении, применяется при составлении и исполнении бюджетов всех уровней в 2001 году. ____________ Приложение 5к Федеральному закону"О бюджетной классификацииРоссийской Федерации" ПЕРЕЧЕНЬ ВИДОВ РАСХОДОВ ФУНКЦИОНАЛЬНОЙ КЛАССИФИКАЦИИ РАСХОДОВ БЮДЖЕТОВ РОССИЙСКОЙ ФЕДЕРАЦИИ Код Наименование видов расходов 001 Денежное содержание Президента Российской Федерации 002 Денежное содержание президента республики в составе Российской Федерации и главы администрации субъекта Российской Федерации 003 Денежное содержание Руководителя Администрации Президента Российской Федерации и его заместителей 004 Содержание резиденций президента республики в составе Российской Федерации и главы администрации субъекта Российской Федерации 005 Денежное содержание Аппарата Администрации Президента Российской Федерации 006 Содержание резиденций Президента Российской Федерации 008 Денежное содержание Председателя Совета Федерации 009 Денежное содержание главы законодательной (представительной) власти субъекта Российской Федерации 010 Денежное содержание заместителей Председателя Совета Федерации 011 Денежное содержание членов Совета Федерации 012 Денежное содержание помощников членов Совета Федерации 013 Денежное содержание Аппарата Совета Федерации 014 Денежное содержание Председателя Государственной Думы 015 Денежное содержание заместителей Председателя Государственной Думы 016 Денежное содержание депутатов Государственной Думы 017 Денежное содержание помощников депутатов Государственной Думы 018 Денежное содержание аппаратов фракций и групп в Государственной Думе 019 Денежное содержание Аппарата Государственной Думы 020 Денежное содержание аппаратов комитетов Государственной Думы 021 Денежное содержание Председателя Правительства Российской Федерации 022 Денежное содержание заместителей Председателя Правительства Российской Федерации 024 Денежное содержание Председателя Счетной палаты Российской Федерации 025 Денежное содержание заместителя Председателя Счетной палаты Российской Федерации 026 Денежное содержание аудиторов Счетной палаты Российской Федерации 027 Денежное содержание аппарата 028 Представительские расходы 029 Расходы на содержание аппарата 030 Расходы, связанные с визитами делегаций высших органов власти за рубеж 031 Расходы по специальной охране посольств и представительств за рубежом 032 Денежное содержание членов законодательной (представительной) власти субъектов Российской Федерации 033 Денежное содержание главы исполнительной власти субъекта Российской Федерации и его заместителей 035 Расходы на содержание Федерального агентства по правовой защите результатов интеллектуальной деятельности 040 Денежное содержание Председателя Конституционного Суда Российской Федерации 041 Денежное содержание членов Конституционного Суда Российской Федерации 042 Денежное содержание Председателя Верховного Суда Российской Федерации 043 Денежное содержание членов Верховного Суда Российской Федерации 044 Денежное содержание судей 045 Денежное содержание Председателя Высшего Арбитражного Суда Российской Федерации 046 Денежное содержание членов Высшего Арбитражного Суда Российской Федерации 047 Расходы по оценке недвижимости, обеспечению признания прав и регулированию отношений по федеральной собственности 048 Расходы на аренду каналов связи и радиопередатчиков за рубежом 049 Участие в международных научных исследованиях, стажировки студентов за рубежом 050 Участие в международных конференциях 051 Проведение выставок, ярмарок за рубежом 052 Приобретение, строительство и реконструкция недвижимости за рубежом 053 Взносы в международные организации 054 Экономическая и гуманитарная помощь другим государствам 055 Долевое участие в содержании координационных структур СНГ 056 Расходы по реализации межгосударственных соглашений в рамках СНГ 057 Участие в миротворческой деятельности 058 Расходы на подготовку и участие военного и гражданского персонала в деятельности по поддержанию или восстановлению международного мира и безопасности 059 Расходы по обеспечению внешней безопасности 060* Обеспечение личного состава 061* Боевая подготовка и материально-техническое обеспечение войск 062* Содержание и эксплуатация командных пунктов, специальных объектов и сооружений, аэродромов 063* Ремонт и изготовление вооружения, военной техники и имущества 065* Закупки вооружения и военной техники 066* Закупки спецтехники и средств связи 067* Капитальное строительство 068 Разработка и производство ядерных боеприпасов 069 Испытание ядерного оружия 070 Содержание спецконтингента 071 Другие расходы Министерства Российской Федерации по атомной энергии в рамках военной программы 072* НИОКР 073* Содержание испытательных, научно-исследовательских и других учреждений 074* Военные (специальные) образовательные учреждения 075 Текущее содержание подведомственных структур 076* Обеспечение мобилизационной подготовки и подготовки резервов, учебно-сборовые мероприятия 083 Проведение мероприятий по гражданской обороне и защите населения от чрезвычайных ситуаций 150 Денежное содержание Генерального прокурора Российской Федерации 151 Денежное содержание заместителей Генерального прокурора Российской Федерации 152 Денежное содержание прокуроров 160 Содержание нотариальных контор 180 Конкурсный фонд индивидуальной поддержки ведущих ученых и научных школ 181 Создание компьютерных сетей связи и баз данных фундаментальной науки и образования 182 Финансирование приоритетных направлений науки и техники 183 Текущее содержание управления делами и президиума академии (или отделения) 187 Проведение научно-исследовательских и опытно-конструкторских работ в рамках федеральных целевых программ 193 Дотации подведомственным предприятиям в связи с конверсией 195 Поддержание и эксплуатация наземной космической инфраструктуры 197 Государственные капитальные вложения на возвратной основе 198 203 Государственные капитальные вложения на безвозвратной основе Содержание эталонной базы России 204 Содержание Государственной службы времени и частоты и определения параметров вращения Земли 205 Содержание Государственной службы стандартных образцов состава и свойства веществ и материалов 206 Содержание Государственной службы стандартных справочных данных 207 Расходы Федерального фонда стандартов и общероссийских классификаторов 209 Содержание государственных инспекторов территориальных органов 210 Дотации на животноводческую продукцию из бюджетов субъектов Российской Федерации 211 Кредитование сезонных затрат в сельском хозяйстве 212 Мероприятия по улучшению землеустройства и землепользования 213 Ведение государственного кадастра, мониторинга земель, землеустройства и водных биологических ресурсов 214 Формирование лизингового фонда 215 Компенсация части затрат на отопление жилого фонда и теплиц 216 Другие НИОКР 217 Финансирование мероприятий по племенному животноводству и элитному семеноводству 219 Дотации на производство льна и конопли 220 Дотации утильзаводам 221 Дотации на шерсть 222 Дотации на закупку комбикормов для животноводческих комплексов и птицефабрик 223 Финансирование лесоохранных и лесовосстановительных мероприятий 225 Организация и содержание заповедников и национальных парков 227 Финансирование мероприятий по тушению лесных пожаров 228 Расходы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229 Расходы по формированию региональных продовольственных фондов 230 Информационное обеспечение 232 Дотации предприятиям воздушного транспорта, расположенным в районах Крайнего Севера 233 Обеспечение безопасности воздушного транспорта 234 Обеспечение безопасности речного транспорта 235 Дотации на перевозку пассажиров в межобластном сообщении 236 Обеспечение безопасности морского транспорта 237 Дотации на содержание ледокольного флота 242 Содержание аварийно-спасательного флота 250 Программа ликвидации последствий аварии на Чернобыльской АЭС 251 Программа ликвидации последствий ядерного выброса в Челябинской области 252 Программа ликвидации последствий ядерных испытаний на Семипалатинском полигоне 253 Осуществление специальных программ 254 Целевой финансовый резерв 259 Детские дошкольные учреждения 260 Школы - детские сады, школы начальные, неполные средние и средние 261 Специальные школы 262 Вечерние и заочные средние образовательные школы 263 Школы-интернаты 264 Учреждения по внешкольной работе с детьми 265 Детские дома 266 Профессионально-технические училища 267 Специальные профессионально-технические училища 268 Средние специальные учебные заведения 269 Институты повышения квалификации 270 Учебные заведения и курсы по переподготовке кадров 271 Высшие учебные заведения 272 Прочие учреждения и мероприятия в области образования 273 Содержание особо ценных объектов культурного наследия народов Российской Федерации 274 Расходы на государственный заказ 280 Дворцы и дома культуры, другие учреждения клубного типа 281 Театры, концертные организации, цирки и другие организации исполнительских искусств 282 Организации кинематографии 283 Музеи и постоянные выставки 284 Библиотеки 285 Содержание объектов социально-культурной сферы 287 Прочие учреждения и мероприятия в области культуры и искусства 290 Целевые дотации и субсидии 291 Развитие материально-технической базы районных (городских) газет 292 Оплата расходов, связанных с производством и распространением районных (городских) газет (оплата полиграфических услуг, бумаги и услуг федеральной почтовой связи) 300 Больницы, родильные дома, клиники, госпитали 301* Поликлиники, амбулатории, диагностические центры 301** Поликлиники, госпитали, амбулатории, диагностические центры, учреждения санитарно-эпидемиологического надзора 302 Фельдшерско-акушерские пункты 303 Станции переливания крови 304 Дома ребенка 305 Станции скорой и неотложной помощи 306 Санатории для больных туберкулезом 307 Санатории для детей и подростков 308* Санатории и дома отдыха 308** Санатории, пансионаты и дома отдыха 309 Дезинфекционные станции 310 Прочие учреждения и мероприятия в области здравоохранения 311 Центры государственного санитарно-эпидемиологического надзора 312 Мероприятия по борьбе с эпидемиями 313 Прочие учреждения и мероприятия в области санитарно-эпидемиологического надзора 314 Прочие учреждения и мероприятия в области физической культуры и спорта 315 Целевые расходы на оказание дорогостоящих видов медицинской помощи гражданам Российской Федерации 316 Средства бюджета на обязательное медицинское страхование неработающего населения, перечисленные фондам обязательного медицинского страхования 317 Территориальные медицинские объединения 318 Территориальные центры и отделения оказания социальной помощи на дому 319 Финансирование мероприятий по организации оздоровительной кампании детей и подростков 320 Дома-интернаты для престарелых и инвалидов 321 Учреждения по обучению инвалидов 322 Пособия и социальная помощь 323 Прочие учреждения и мероприятия в области социальной политики 324 Выплата государственных пособий на детей военнослужащих и гражданского персонала 325* Пенсии военнослужащим 325** Пенсии военнослужащим и членам их семей 326 Выплаты пенсий и пособий 327 Расходы на изготовление и ремонт протезно-ортопедических изделий 328 Расходы на обеспечение инвалидов войны транспортными средствами или компенсация расходов на транспортное обслуживание вместо получения транспортного средства 329 Расходы на санаторно-курортное лечение участников войны и инвалидов 330 Выплаты процентов по государственному долгу 333 Расходы на оплату проезда ветеранов 334 Расходы на оплату установки и пользования телефоном ветеранам и инвалидам 340 Содержание и пополнение государственного материального резерва 350 Дотации и субвенции бюджетам закрытых административно-территориальных образований, в пределах которых расположены объекты Министерства обороны Российской Федерации, Министерства Российской Федерации по атомной энергии 351 Средства на формирование и использование федерального фонда семян 358 Средства, передаваемые для компенсации дополнительных расходов, возникших в результате решений, принятых органами власти другого уровня 359 Другие средства, передаваемые по взаимным расчетам 360 Финансирование расходов на содержание объектов социальной сферы и жилого фонда, переданных в ведение органов местного самоуправления 361 Дотация и субвенция на содержание инфраструктуры города Байконура (Республика Казахстан), связанной с арендой космодрома Байконур 362 Субвенции городу Москве для осуществления им функций столицы Российской Федерации 363 Дотация городу-курорту Сочи 364 Трансферты из федерального бюджета (за исключением видов расходов по кодам 455, 456, 470) 369 Дотации и субвенции из бюджетов субъектов Российской Федерации 370* Уничтожение ядерных боеприпасов, захоронение радиоактивных отходов 370** НИОКР в целях ликвидации и утилизации вооружений 371* Расходы на утилизацию и ликвидацию вооружений 371** Утилизация и ликвидация вооружений 372** Инспекционная деятельность и другие расходы 373** НИОКР в целях реализации конвенции 374** Демилитаризация и уничтожение объектов по производству химического оружия 380 Мобилизационная подготовка экономики 390 Резервный фонд Правительства Российской Федерации 391 Резервный фонд Президента Российской Федерации 392 Резервный фонд Правительства Российской Федерации по предупреждению и ликвидации чрезвычайных ситуаций и последствий стихийных бедствий 393 Выборы в Федеральное Собрание Российской Федерации 394 Выборы в органы законодательной (представительной) власти субъектов Российской Федерации 395 Выборы Президента Российской Федерации 396 Референдумы Российской Федерации 397* Прочие расходы, не отнесенные к другим видам расходов 398 Поддержка экспортно ориентированных производств (на возвратной основе) 399 Другие ссуды 407 Субсидии на природоохранные мероприятия 408 Геологическое изучение недр Российской Федерации, континентального шельфа и Мирового океана для федеральных нужд 409 Расходы на управление Государственным фондом недр 410 Геолого-разведочные работы 420 Технические работы по ликвидации особо убыточных и неперспективных угольных шахт и разрезов 421 Научно-техническое и проектное обеспечение реструктуризации угольной промышленности 422 Социальная защита работников, высвобождаемых в связи с реструктуризацией угольной промышленности, членов их семей, пенсионеров и инвалидов, работавших в угольной промышленности 423 Реализация программ местного развития и обеспечения занятости для шахтерских городов и поселков 424 Возмещение вреда, причиненного работникам ликвидируемых угольных шахт и разрезов вследствие производственной травмы или производственного заболевания 425 Формирование и использование централизованного резервного фонда социальной поддержки работников ликвидируемых угольных шахт и разрезов 426 Предоставление организациям угольной промышленности инвестиций и средств на разработку научно-технических программ 427 Селективная поддержка угледобывающих предприятий 428 Реализация отраслевых тарифных соглашений на предприятиях и в организациях угольной промышленности и шахтного строительства 429 Расходы на управление угольной отраслью 430 Формирование и использование централизованного резервного фонда реструктуризации угольной промышленности 431 Мероприятия по созданию безопасных условий работы в угольной отрасли 435 Формирование резервных фондов исполнительных органов власти субъектов Российской Федерации 440 Дотации на услуги, оказываемые населению электро- и теплоснабжающими организациями в субъектах Российской Федерации 441 Дотации на услуги, предоставляемые населению газоснабжающими организациями в субъектах Российской Федерации 442 Дотации на услуги, предоставляемые населению организациями водоснабжения и канализации в субъектах Российской Федерации 443 Расходы на благоустройство в субъектах Российской Федерации 444 Расходы на прочие структуры коммунального хозяйства в субъектах Российской Федерации 445 Трансферты из бюджетов субъектов Российской Федерации 446 Средства Бюджета развития Российской Федерации, за исключением связанных кредитов 450 Расходы на мероприятия по обеспечению безопасности гидротехнических сооружений и другие водохозяйственные мероприятия капитального характера 451 Прочие расходы на водохозяйственные мероприятия 453 Дополнительная финансовая помощь высокодотационным субъектам Российской Федерации 455 Компенсация тарифов на электроэнергию территориям Дальнего Востока и Архангельской области 456 Государственная финансовая поддержка закупки и доставки нефти, нефтепродуктов и топлива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457 Финансирование федеральных программ развития регионов 458 Средства на активизацию процессов финансового оздоровления бюджетов субъектов Российской Федерации, содействие реформированию бюджетной системы и бюджетного процесса, стимулирование экономических реформ 459 Другие дотации 460 Расходы на развитие и функционирование государственной автоматизированной информационной системы "Выборы", повышение правовой культуры избирателей, обучение организаторов федеральных выборов 462 Расходы на погашение кредиторской задолженности прошлых лет 465 Целевое направление средств на формирование целевого бюджетного фонда по охране озера Байкал 470 Частичная целевая помощь субъектам Российской Федерации для обеспечения ими выплат государственных пособий гражданам, имеющим детей 500 Расходы на содержание федеральных автомобильных дорог и искусственных сооружений на них 501 Расходы на ремонт мостов и путепроводов 502 Расходы на выполнение мероприятий по увеличению пропускной способности автомобильных дорог 503 Расходы на ликвидацию колейности на федеральных автомобильных дорогах 504 Расходы на восстановление нормативного сцепления дорожных покрытий 505 Расходы на реализацию мероприятий по обеспечению безопасности дорожного движения 506 Расходы на проведение диагностики и обследования состояния федеральных автомобильных дорог 507 Расходы на ремонт и обустройство памятников воинам Великой Отечественной войны 1941 - 1945 годов, расположенных в придорожных полосах федеральных автомобильных дорог, а также подъездов и примыкающих к ним площадок 508 Расходы на обустройство полос отвода федеральных автомобильных дорог, проходящих через населенные пункты 509 Расходы на природоохранные мероприятия 510 Расходы на финансирование переходящих объемов работ по ремонту действующей сети федеральных автомобильных дорог и сооружений на них 511 Расходы на совместное финансирование проектов по ремонту федеральных автомобильных дорог,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512 Расходы на страхование федеральных автомобильных дорог, сооружений на них, имущества, необходимого для обеспечения их функционирования 513 Резерв средств на финансирование работ по ремонту и восстановлению федеральных автомобильных дорог и сооружений на них 514 Расходы на реконструкцию и строительство федеральных автомобильных дорог и сооружений на них 515 Расходы на финансирование переходящих объемов работ по реконструкции и строительству федеральных автомобильных дорог и сооружений на них 516 Расходы на совместное финансирование проектов по строительству федеральных автомобильных дорог,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517 Выделение средств на возвратной основе для приобретения дорожно-строительной техники и оборудования в целях передачи в финансовую аренду (лизинг) предприятиям дорожного хозяйства 518 Расходы на долевое участие в строительстве объектов придорожной инфраструктуры 519 Расходы на развитие современных систем связи и диспетчеризации на федеральных автомобильных дорогах 520 Расходы на страхование имущества и строительных рисков при реконструкции и строительстве федеральных автомобильных дорог 521 Приобретение дорожной техники и другого имущества, необходимого для функционирования федеральных автомобильных дорог, предоставляемых на возвратной и безвозвратной основах 522 Расходы федерального органа исполнительной власти на управление дорожным хозяйством 523 Расходы на социальные нужды учреждений и организаций дорожной отрасли 524 Расходы на размещение органов управления федеральными автомобильными дорогами 525 Расходы на охрану федеральных автомобильных дорог и искусственных сооружений на них 526 Расходы на резервирование земель для реконструкции и строительства федеральных автомобильных дорог 527 Расходы на развитие опорных учебно-производственных центров 528 Расходы на научно-исследовательские и опытно-конструкторские работы общеотраслевого характера, а также на освоение инноваций в дорожном хозяйстве 529 Расходы на инвентаризацию имущества дорожного хозяйства, находящегося в федеральной собственности, а также на оценку стоимости и оформление правоудостоверяющих документов указанного имущества 530 Расходы на страхование имущества, необходимого для обеспечения функционирования федеральных автомобильных дорог 531 Прочие расходы в соответствии с Законом Российской Федерации "О дорожных фондах в Российской Федерации" 532 Субвенции и субсидии на строительство и реконструкцию автомобильных дорог общего пользования 533 Резерв средств на финансирование работ по восстановлению автомобильных дорог общего пользования и сооружений на них, подвергшихся разрушению в результате стихийных бедствий и техногенных катастроф 534 Дотации субъектам Российской Федерации на ремонт и содержание автомобильных дорог общего пользования 535 Дотации субъектам Российской Федерации на финансирование работ по контрактам на приведение в нормативное состояние сельских автомобильных дорог для приемки их в сеть автомобильных дорог общего пользования 536 Средства, направляемые на финансирование расходов на национальную оборону, правоохранительную деятельность и обеспечение безопасности государства 537 Резерв средств Федерального дорожного фонда Российской Федерации 538 Расходы на развитие муниципального образования как наукограда 600** Денежное содержание гражданского персонала 601** Денежное довольствие военнослужащих 602** Продовольственное обеспечение военнослужащих 603** Вещевое обеспечение военнослужащих 604** Транспортное обеспечение при проезде в отпуск и на лечение военнослужащих и членов их семей 605** Обеспечение льгот и компенсаций военнослужащим и членам их семей 606** Прочие расходы, связанные с обеспечением личного состава 607** Оплата и хранение специального топлива и горюче-смазочных материалов в рамках государственного оборонного заказа 608** Обеспечение электросвязью в рамках государственного оборонного заказа 609** Транспортное обеспечение в рамках государственного оборонного заказа 610** Содержание, эксплуатация и текущий ремонт вооружения, военной техники и имущества 611** Содержание командных пунктов, специальных объектов и сооружений, аэродромов 612** Содержание испытательных, научно-исследовательских учреждений 613** Содержание и эксплуатация учебных объектов боевой и физической подготовки 614** Квартирно-эксплуатационные расходы 615** Прочие расходы, связанные с боевой подготовкой и материально-техническим обеспечением войск (сил) 616** Фундаментальные и прикладные исследования (включая базовые военные технологии) 617** Ракетные комплексы с межконтинентальными баллистическими ракетами 618** Другая ракетная техника (включая средства ПРО, ЗРК, ЗРС, крылатые ракеты, тактические и оперативно-тактические ракетные комплексы) 619** Космические системы и комплексы (включая средства обеспечения связи, навигации, разведки, предупреждения и контроля космического пространства) 620** Авиационная техника 621** Подводные и надводные корабли, суда, катера 622** Автобронетанковая техника 623** Артиллерия 624** Стрелковое и холодное оружие 625** Автоматизированные системы и средства управления, связи, разведки, РЭП, информационного противодействия, другая радиоэлектронная и специальная техника 626** Средства радиационной, химической, биологической защиты, инженерного и тылового обеспечения 627** Ядерные боеприпасы 628** Другие боеприпасы 629** Прочие вооружение, военная и специальная техника, продукция производственно-технического назначения и имущество 630** Специальные объекты 631** Жилой фонд 632** Прочие объекты 633** Расходы на обеспечение учебного процесса военных (специальных) образовательных учреждений 634** Обязательное государственное страхование жизни и здоровья военнослужащих 635** Единовременные пособия в случае гибели (смерти) или повреждения здоровья военнослужащих при исполнении обязанностей военной службы 636** Обеспечение мобилизационной подготовки и подготовки резервов, учебно-сборовые мероприятия 637** Подготовка граждан по военно-учетным специальностям в общественных объединениях и образовательных учреждениях 638** Обучение по программе подготовки офицеров запаса на военных кафедрах при учреждениях высшего профессионального образования всех форм собственности 639** Содержание авиационно-спортивных организаций РОСТО 640** Пособия и компенсации военнослужащим и членам их семей 641** Текущее содержание __________ * Наименование вида расходов, указанное в настоящем приложении, применяется при исполнении бюджетов всех уровней в 2000 году. ** Наименование вида расходов, указанное в настоящем приложении, применяется при составлении и исполнении бюджетов всех уровней в 2001 году. ____________ Приложение 6к Федеральному закону"О бюджетной классификацииРоссийской Федерации" ЭКОНОМИЧЕСКАЯ КЛАССИФИКАЦИЯ РАСХОДОВ БЮДЖЕТОВ РОССИЙСКОЙ ФЕДЕРАЦИИ, ПРИМЕНЯЕМАЯ В 2000 ГОДУ Код Группа, подгруппа, предметная статья, подстатья, элемент расходов 100000 ТЕКУЩИЕ РАСХОДЫ 110000 ЗАКУПКИ ТОВАРОВ И ОПЛАТА УСЛУГ 110100 Оплата труда государственных служащих 110110 Оплата труда гражданских служащих 110111 основной оклад гражданских служащих 110112 надбавка к заработной плате, дополнительная оплата труда, прочие денежные выплаты гражданских служащих 110115 оплата ежегодных отпусков гражданских служащих 110120 Денежное довольствие военнослужащих 110121 оклады денежного содержания военнослужащих 110122 месячные и иные надбавки 110123 другие дополнительные денежные выплаты 110130 Выходное пособие при увольнении 110140 Оплата труда внештатных сотрудников 110200 Начисления на оплату труда (страховые взносы на государственное социальное страхование граждан) 110210 Страховые взносы в Фонд социального страхования Российской Федерации, Государственный фонд занятости населения Российской Федерации, фонды обязательного медицинского страхования 110220 Страховые взносы в Пенсионный фонд Российской Федерации 110300 Приобретение предметов снабжения и расходных материалов 110310 Канцелярские принадлежности, материалы и предметы для текущих хозяйственных целей 110320 Медицинские расходы 110321 медикаменты и перевязочные средства 110322 прочие лечебные расходы 110330 Мягкий инвентарь и обмундирование 110331 мягкий инвентарь 110332 обмундирование (вещевое довольствие) 110333 компенсация за обмундирование (вещевое довольствие) 110334 прочие расходы по мягкому инвентарю и обмундированию (вещевому довольствию 110340 Продукты питания (продовольственное обеспечение 110341 приобретение продуктов питания 110342 компенсация за продовольственное обеспечение 110343 котловое довольствие 110344 прочие расходы по продовольственному обеспечению 110350 Прочие расходные материалы и предметы снабжения 110360 Оплата мебели, казарменного и прочего инвентаря 110370 Оплата специального топлива и горюче-смазочных материалов 110400 Командировки и служебные разъезды 110410 Компенсационные выплаты работникам 110420 Прочие расходы на командировки и служебные разъезды 110430 Подъемные пособия и суточные при перемещении по службе 110500 Оплата транспортных услуг 110510 Оплата транспортных услуг при проезде в отпуск (по личным целям) 110520 Воинские пассажирские перевозки 110530 Воинские грузовые перевозки 110540 Спецперевозки 110550 Прочие транспортные услуги 110600 Оплата услуг связи 110610 Оплата аренды каналов связи 110620 Оплата услуг связи (льгота телефон) 110630 Оплата прочих услуг связи 110700 Оплата коммунальных услуг 110710 Оплата содержания помещений 110720 Оплата потребления тепловой энергии 110721 Оплата отопления и технологических нужд 110722 Оплата потребления газа 110723 Оплата потребления котельно-печного топлива 110730 Оплата потребления электрической энергии 110740 Оплата водоснабжения помещений 110750 Оплата аренды помещений 110760 Оплата льгот по коммунальным услугам 110770 Прочие коммунальные услуги 110800 Оплата геолого-разведочных работ 110900 Оплата услуг по типовому проектированию 111000 Прочие текущие расходы на закупки товаров и оплату услуг 111010 Оплата услуг научно-исследовательских организаций 111020 Оплата текущего ремонта оборудования и инвентаря 111030 Оплата текущего ремонта зданий и сооружений 111040 Прочие текущие расходы 111041 представительские расходы 111050 Оплата специальных НИР 111060 Оплата специальных ОКР 111070 Оплата специальных закупок 111080 Оплата специальной эксплуатации 111090 Оплата специального ремонта 111100 Операционные расходы, связанные с обеспечением личного состава 111110 Прочие операционные расходы 111120 Прочие расходы, связанные с обеспечением боевой (функциональной) подготовки и материально-техническим обеспечением войск (органов, служб) 111130 Оплата расходов по оборудованию и содержанию учебных объектов и социально-культурных объектов 120000 ВЫПЛАТА ПРОЦЕНТОВ 120100 Выплата процентов по государственному внутреннему долгу 120110 Выплата процентов по займам, предоставленным Центральным банком Российской Федерации 120120 Выплата процентов по прочим займам Российской Федерации, полученным внутри страны 120121 Выплата процентов по ГКО 120122 Выплата процентов по ОФЗ-ПК 120123 Выплата процентов по ОФЗ-ПД 120124 Выплата процентов по ОГНЗ 120125 Обслуживание займа 1992 года 120126 Обслуживание ОГСЗ 120127 Выплата процентов по ОФЗ-ФК 120128 Обслуживание золотых сертификатов 120129 Обслуживание государственных федеральных облигаций 120130 Выплата процентов Центральному банку Российской Федерации по векселям 120140 Выплата процентов по централизованным кредитам, выданным организациям АПК и организациям, осуществляющим завоз продукции на Север 120150 Обслуживание векселей, выданных Агропромбанку 120160 Выплата процентов по кредитам коммерческих банков 120180 Обслуживание прочих кредитов 120190 Выплата процентов по займам, предоставленным бюджетами других уровней 120200 Прочие расходы, связанные с обслуживанием внутреннего долга 120300 Выплата процентов по прочим займам субъектов Российской Федерации (муниципальных образований), полученным внутри страны 120310 Выплата процентов по ценным бумагам субъектов Российской Федерации (муниципальным ценным бумагам) 120400 Выплата процентов по государственному внешнему долгу Российской Федерации 120410 Платежи в погашение процентов по кредитам, полученным Российской Федерацией от правительств иностранных государств (включая платежи в погашение процентов по внешнему долгу бывшего Союза ССР) 120420 Платежи в погашение процентов по кредитам, полученным Российской Федерацией от иностранных коммерческих банков и фирм 120430 Платежи в погашение процентов по кредитам, полученным Российской Федерацией от международных финансовых организаций 120440 Выплата процентов по внутреннему валютному долгу 120500 Выплата процентов по государственному внешнему долгу субъектов Российской Федерации 120510 Платежи в погашение процентов по кредитам, полученным субъектом Российской Федерации от иностранных коммерческих банков и фирм 120520 Платежи в погашение процентов по кредитам, полученным субъектом Российской Федерации от международных финансовых организаций 130000 СУБСИДИИ, СУБВЕНЦИИ И ТЕКУЩИЕ ТРАНСФЕРТЫ 130100 Субсидии и субвенции 130110 Субсидии государственным организациям 130120 Субсидии финансовым организациям 130130 Убытки организаций, возникающие при продаже товаров (работ, услуг) 130140 Прочие субсидии 130150 Субвенции 130200 Текущие трансферты 130210 Средства, передаваемые бюджетам других уровней 130220 Трансферты неприбыльным организациям 130300 Трансферты населению 130310 Выплата пенсий и пособий 130320 Стипендии 130330 Прочие трансферты населению 130340 Выплата пособий пенсионерам из числа военнослужащих и приравненных к ним лиц 130350 Единовременные пособия военнослужащим и приравненным к ним лицам 130360 Выплата пособий и компенсаций военнослужащим и приравненным к ним лицам в соответствии с законодательством Российской Федерации 130370 Обязательное государственное страхование 130380 Компенсации на лечение 130390 Ссуды на обзаведение хозяйством 140000 ОПЛАТА УСЛУГ ПО ПРИЗНАНИЮ ПРАВ СОБСТВЕННОСТИ ЗА РУБЕЖОМ 200000 КАПИТАЛЬНЫЕ РАСХОДЫ 240000 КАПИТАЛЬНЫЕ ВЛОЖЕНИЯ В ОСНОВНЫЕ ФОНДЫ 240100 Приобретение оборудования и предметов длительного пользования 240110 Приобретение производственного оборудования и предметов длительного пользования для государственных предприятий 240120 Приобретение непроизводственного оборудования и предметов длительного пользования для государственных учреждений 240200 Капитальное строительство 240210 Жилищное строительство 240220 Строительство объектов производственного назначения, за исключением строительства военных объектов 240230 Строительство объектов непроизводственного назначения, за исключением жилищного строительства 240240 Строительство военных объектов 240300 Капитальный ремонт 240310 Капитальный ремонт жилого фонда 240320 Капитальный ремонт объектов производственного назначения, за исключением капитального ремонта военных объектов 240330 Капитальный ремонт объектов непроизводственного назначения, за исключением капитального ремонта жилого фонда 240340 Капитальный ремонт военных объектов 240350 Прочий капитальный ремонт 250000 СОЗДАНИЕ ГОСУДАРСТВЕННЫХ ЗАПАСОВ И РЕЗЕРВОВ 250100 Приобретение товарно-материальных ценностей для государственных запасов и резервов 260000 ПРИОБРЕТЕНИЕ ЗЕМЛИ И НЕМАТЕРИАЛЬНЫХ АКТИВОВ 260100 Приобретение земли 260200 Приобретение нематериальных активов 270000 КАПИТАЛЬНЫЕ ТРАНСФЕРТЫ 270100 Капитальные трансферты внутри страны 270110 Трансферты бюджетам других уровней 270120 Трансферты предприятиям и организациям 270130 Трансферты финансовым организациям 270140 Прочие трансферты внутри страны 270200 Капитальные трансферты за границу 300000 ПРЕДОСТАВЛЕНИЕ КРЕДИТОВ (БЮДЖЕТНЫХ ССУД) ЗА ВЫЧЕТОМ ПОГАШЕНИЯ 380000 ПРЕДОСТАВЛЕНИЕ КРЕДИТОВ (БЮДЖЕТНЫХ ССУД) 380100 Предоставление кредитов (бюджетных ссуд) внутри страны 380110 Кредиты (бюджетные ссуды) бюджетам других уровней 380120 Кредиты (бюджетные ссуды) государственным нефинансовым организациям 380130 Кредиты (бюджетные ссуды) финансовым организациям 380140 Прочие кредиты (бюджетные ссуды) внутри страны 380200 Возврат кредитов (бюджетных ссуд), предоставленных внутри страны 380210 Кредиты (бюджетные ссуды), возвращенные бюджетами других уровней 380220 Кредиты (бюджетные ссуды), возвращенные государственными нефинансовыми организациями 380230 Кредиты (бюджетные ссуды), возвращенные предприятиями и организациями 380240 Возврат прочих кредитов (бюджетных ссуд) 380300 Предоставление государственных кредитов правительствам иностранных государств 380400 Возврат государственных кредитов правительствами иностранных государств 380410 Государственные кредиты, возвращенные правительствами иностранных государств 800000 ИТОГО РАСХОДОВ ____________ Приложение 7к Федеральному закону"О бюджетной классификацииРоссийской Федерации" ЭКОНОМИЧЕСКАЯ КЛАССИФИКАЦИЯ РАСХОДОВ БЮДЖЕТОВ РОССИЙСКОЙ ФЕДЕРАЦИИ, ВВОДИМАЯ С 2001 ГОДА Код Группа, подгруппа, предметная статья, подстатья, элемент расходов 100000 ТЕКУЩИЕ РАСХОДЫ 110000 ЗАКУПКИ ТОВАРОВ И ОПЛАТА УСЛУГ 110100 Оплата труда государственных служащих 110110 Оплата труда гражданских служащих 110120 Денежное довольствие военнослужащих 110130 Выходное пособие при увольнении 110140 Оплата труда внештатных сотрудников 110200 Начисления на оплату труда (страховые взносы на государственное социальное страхование граждан) 110300 Приобретение предметов снабжения и расходных материалов 110310 Медикаменты, перевязочные средства и прочие лечебные расходы 110320 Мягкий инвентарь и обмундирование 110330 Продукты питания 110340 Оплата горюче-смазочных материалов 110350 Прочие расходные материалы и предметы снабжения 110400 Командировки и служебные разъезды 110500 Транспортные услуги 110600 Оплата услуг связи 110700 Оплата коммунальных услуг 110710 Оплата содержания помещений 110720 Оплата потребления тепловой энергии 110721 Оплата отопления и технологических нужд 110722 Оплата потребления газа 110723 Оплата потребления котельно-печного топлива 110730 Оплата потребления электрической энергии 110740 Оплата водоснабжения помещений 110750 Оплата аренды помещений 110760 Оплата льгот по коммунальным услугам 110770 Прочие коммунальные услуги 110800 Оплата геолого-разведочных работ 110900 Оплата услуг по типовому проектированию 111000 Прочие текущие расходы на закупки товаров и оплату услуг 111010 Оплата услуг научно-исследовательских организаций 111020 Оплата текущего ремонта оборудования и инвентаря 111030 Оплата текущего ремонта зданий и сооружений 111040 Прочие текущие расходы 111050 Прочие специальные расходы 120000 ВЫПЛАТА ПРОЦЕНТОВ 120100 Выплата процентов по государственному внутреннему долгу 120110 Выплата процентов по займам, предоставленным Центральным банком Российской Федерации 120120 Выплата процентов по прочим займам Российской Федерации, полученным внутри страны 120121 Выплата процентов по ГКО 120122 Выплата процентов по ОФЗ-ПК 120123 Выплата процентов по ОФЗ-ПД 120124 Выплата процентов по ОГНЗ 120125 Обслуживание займа 1992 года 120126 Обслуживание ОГСЗ 120127 Выплата процентов по ОФЗ-ФК 120128 Обслуживание золотых сертификатов 120129 Обслуживание государственных федеральных облигаций 120130 Выплата процентов Центральному банку Российской Федерации по векселям 120140 Выплата процентов по централизованным кредитам, выданным организациям АПК и организациям, осуществляющим завоз продукции на Север 120150 Обслуживание векселей, выданных Агропромбанку 120160 Выплата процентов по кредитам коммерческих банков 120180 Обслуживание прочих кредитов 120190 Выплата процентов по займам, предоставленным бюджетами других уровней 120200 Прочие расходы, связанные с обслуживанием внутреннего долга 120300 Выплата процентов по прочим займам субъектов Российской Федерации (муниципальных образований), полученным внутри страны 120310 Выплата процентов по ценным бумагам субъектов Российской Федерации (муниципальным ценным бумагам) 120400 Выплата процентов по государственному внешнему долгу Российской Федерации 120410 Платежи в погашение процентов по кредитам, полученным Российской Федерацией от правительств иностранных государств (включая платежи в погашение процентов по внешнему долгу бывшего Союза ССР) 120420 Платежи в погашение процентов по кредитам, полученным Российской Федерацией от иностранных коммерческих банков и фирм 120430 Платежи в погашение процентов по кредитам, полученным Российской Федерацией от международных финансовых организаций 120440 Выплата процентов по внутреннему валютному долгу 120500 Выплата процентов по государственному внешнему долгу субъектов Российской Федерации 120510 Платежи в погашение процентов по кредитам, полученным субъектом Российской Федерации от иностранных коммерческих банков и фирм 120520 Платежи в погашение процентов по кредитам, полученным субъектом Российской Федерации от международных финансовых организаций 130000 СУБСИДИИ, СУБВЕНЦИИ И ТЕКУЩИЕ ТРАНСФЕРТЫ 130100 Субсидии и субвенции 130110 Субсидии государственным организациям 130120 Субсидии финансовым организациям 130130 Убытки организаций, возникающие при продаже товаров (работ, услуг) 130140 Прочие субсидии 130150 Субвенции 130200 Текущие трансферты 130210 Средства, передаваемые бюджетам других уровней 130220 Трансферты неприбыльным организациям 130300 Трансферты населению 130310 Выплата пенсий и пособий 130320 Стипендии 130330 Прочие трансферты населению 130340 Компенсации на лечение 130350 Ссуды на обзаведение хозяйством 140000 ОПЛАТА УСЛУГ ПО ПРИЗНАНИЮ ПРАВ СОБСТВЕННОСТИ ЗА РУБЕЖОМ 200000 КАПИТАЛЬНЫЕ РАСХОДЫ 240000 КАПИТАЛЬНЫЕ ВЛОЖЕНИЯ В ОСНОВНЫЕ ФОНДЫ 240100 Приобретение оборудования и предметов длительного пользования 240110 Приобретение производственного оборудования и предметов длительного пользования для государственных предприятий 240120 Приобретение непроизводственного оборудования и предметов длительного пользования для государственных учреждений 240200 Капитальное строительство 240210 Жилищное строительство 240220 Строительство объектов производственного назначения, за исключением строительства военных объектов 240230 Строительство объектов непроизводственного назначения, за исключением жилищного строительства 240240 Строительство военных объектов 240300 Капитальный ремонт 240310 Капитальный ремонт жилого фонда 240320 Капитальный ремонт объектов производственного назначения, за исключением капитального ремонта военных объектов 240330 Капитальный ремонт объектов непроизводственного назначения, за исключением капитального ремонта жилого фонда 240340 Капитальный ремонт военных объектов 240350 Прочий капитальный ремонт 250000 СОЗДАНИЕ ГОСУДАРСТВЕННЫХ ЗАПАСОВ И РЕЗЕРВОВ 250100 Приобретение товарно-материальных ценностей для государственных запасов и резервов 260000 ПРИОБРЕТЕНИЕ ЗЕМЛИ И НЕМАТЕРИАЛЬНЫХ АКТИВОВ 260100 Приобретение земли 260200 Приобретение нематериальных активов 270000 КАПИТАЛЬНЫЕ ТРАНСФЕРТЫ 270100 Капитальные трансферты внутри страны 270110 Трансферты бюджетам других уровней 270120 Трансферты предприятиям и организациям 270130 Трансферты финансовым организациям 270140 Прочие трансферты внутри страны 270200 Капитальные трансферты за границу 300000 ПРЕДОСТАВЛЕНИЕ КРЕДИТОВ (БЮДЖЕТНЫХ ССУД) ЗА ВЫЧЕТОМ ПОГАШЕНИЯ 380000 ПРЕДОСТАВЛЕНИЕ КРЕДИТОВ (БЮДЖЕТНЫХ ССУД) 380100 Предоставление кредитов (бюджетных ссуд) внутри страны 380110 Кредиты (бюджетные ссуды) бюджетам других уровней 380120 Кредиты (бюджетные ссуды) государственным нефинансовым организациям 380130 Кредиты (бюджетные ссуды) финансовым организациям 380140 Прочие кредиты (бюджетные ссуды) внутри страны 380200 Возврат кредитов (бюджетных ссуд), предоставленных внутри страны 380210 Кредиты (бюджетные ссуды), возвращенные бюджетами других уровней 380220 Кредиты (бюджетные ссуды), возвращенные государственными нефинансовыми организациями 380230 Кредиты (бюджетные ссуды), возвращенные предприятиями и организациями 380240 Возврат прочих кредитов (бюджетных ссуд) 380300 Предоставление государственных кредитов правительствам иностранных государств 380400 Возврат государственных кредитов правительствами иностранных государств 380410 Государственные кредиты, возвращенные правительствами иностранных государств 800000 ИТОГО РАСХОДОВ ____________ Приложение 8к Федеральному закону"О бюджетной классификацииРоссийской Федерации" КЛАССИФИКАЦИЯ ИСТОЧНИКОВ ВНУТРЕННЕГО ФИНАНСИРОВАНИЯ ДЕФИЦИТОВ БЮДЖЕТОВ РОССИЙСКОЙ ФЕДЕРАЦИИ Код Наименование 0100 Финансирование дефицита бюджета за счет кредита Центрального банка Российской Федерации и изменения остатков средств бюджета 0110 Кредит Центрального банка Российской Федерации на финансирование дефицита федерального бюджета 0111 Получение кредитов 0112 Погашение основной суммы задолженности 0120 Изменение остатков средств бюджета на счетах в банках в рублях 0121 Остатки на начало отчетного периода 0122 Остатки на конец отчетного периода 0200 Государственные и муниципальные ценные бумаги 0210 Государственные краткосрочные облигации (ГКО) 0211 Привлечение средств 0212 Погашение основной суммы задолженности 0220 Облигации федеральных займов с переменным купонным доходом (ОФЗ-ПК) 0221 Привлечение средств 0222 Погашение основной суммы задолженности 0230 Облигации государственного сберегательного займа 0231 Привлечение средств 0232 Погашение основной суммы задолженности 0240 Государственные федеральные облигации (ГФО) 0241 Привлечение средств 0242 Погашение основной суммы задолженности 0250 Облигации государственных нерыночных займов (ОГНЗ) 0251 Привлечение средств 0252 Погашение основной суммы задолженности 0260 Облигации федеральных займов с постоянным купонным доходом (ОФЗ-ПД) 0261 Привлечение средств 0262 Погашение основной суммы задолженности 0270 Прочие государственные и муниципальные ценные бумаги 0271 Привлечение средств 0272 Погашение основной суммы задолженности 0273 Государственные ценные бумаги субъектов Российской Федерации 0274 Привлечение средств 0275 Погашение основной суммы задолженности 0276 Муниципальные ценные бумаги 0277 Привлечение средств 0278 Погашение основной суммы задолженности 0280 Облигации федерального займа с фиксированным купонным доходом (ОФЗ-ФК) 0281 Привлечение средств 0282 Погашение основной суммы задолженности 0290 Государственные облигации, погашаемые золотом 0291 Привлечение средств 0292 Погашение основной суммы задолженности 0300 Бюджетные ссуды, полученные от государственных внебюджетных фондов 0301 Получение бюджетных ссуд 0302 Погашение основной суммы задолженности 0400 Бюджетные ссуды, полученные от бюджетов других уровней 0401 Получение бюджетных ссуд 0402 Погашение основной суммы задолженности 0500 Прочие источники внутреннего финансирования 0501 Получение кредитов (бюджетных ссуд) 0502 Погашение основной суммы задолженности 0600 Поступления от продажи имущества, находящегося в государственной и муниципальной собственности 0610 Поступления от приватизации организаций, находящихся в государственной и муниципальной собственности 0620 Поступления от продажи государством принадлежащих ему акций организаций 0700 Государственные запасы драгоценных металлов и драгоценных камней 0710 Поступления от реализации государственных запасов драгоценных металлов и драгоценных камней 0711 Поступления от реализации государственных запасов драгоценных металлов и драгоценных камней на внутреннем рынке 0712 Поступления от реализации государственных запасов драгоценных металлов и драгоценных камней на внешнем рынке 0720 Расходы по финансированию государственных запасов драгоценных металлов и драгоценных камней 0800 Кредитные соглашения и договоры, заключенные от имени Российской Федерации 0801 Получение кредитов 0802 Погашение основной суммы долга 0810 Кредитные соглашения и договоры, заключенные от имени субъекта Российской Федерации 0811 Получение кредитов 0812 Погашение основной суммы долга 0820 Кредитные соглашения и договоры, заключенные от имени муниципальных образований 0821 Получение кредитов 0822 Погашение основной суммы задолженности ____________ Приложение 9к Федеральному закону"О бюджетной классификацииРоссийской Федерации" КЛАССИФИКАЦИЯ ИСТОЧНИКОВ ВНЕШНЕГО ФИНАНСИРОВАНИЯ ДЕФИЦИТОВ ФЕДЕРАЛЬНОГО БЮДЖЕТА И БЮДЖЕТОВ СУБЪЕКТОВ РОССИЙСКОЙ ФЕДЕРАЦИИ Код Наименование 0100 Кредиты международных финансовых организаций 0101 получение (использование) кредитов 0102 погашение основной суммы долга 0200 Кредиты правительств иностранных государств, предоставленные Российской Федерации 0201 получение (использование) кредитов 0202 погашение основной суммы долга 0300 Кредиты иностранных коммерческих банков и фирм, предоставленные Российской Федерации 0301 получение (использование) кредитов 0302 погашение основной суммы долга 0400 Изменение остатков средств бюджета на счетах в банках в иностранной валюте 0401 остатки на начало периода 0402 остатки на конец периода 0500 Прочее внешнее финансирование 0501 получение кредитов 0502 погашение основной суммы долга ____________ Приложение 10к Федеральному закону"О бюджетной классификацииРоссийской Федерации" КЛАССИФИКАЦИЯ ВИДОВ ГОСУДАРСТВЕННЫХ ВНУТРЕННИХ ДОЛГОВ РОССИЙСКОЙ ФЕДЕРАЦИИ И СУБЪЕКТОВ РОССИЙСКОЙ ФЕДЕРАЦИИ, ВИДОВ МУНИЦИПАЛЬНОГО ДОЛГА Код Наименование 001 Целевой заем 1990 года 002 Целевые вклады и чеки на автомобили 003 Государственный внутренний заем Российской Федерации 1991 года 004 Государственный внутренний долг Российской Федерации, принятый от бывшего Союза ССР 005 Государственный внутренний заем 1992 года 006 Задолженность Правительства Российской Федерации по кредитам, полученным от Центрального банка Российской Федерации на покрытие дефицита бюджета в 1991 - 1994 годах, включая задолженность по процентам 007 Казначейские обязательства 008 Государственные ценные бумаги, обеспеченные золотом 009 Задолженность по агропромышленному комплексу, переоформленная в вексель Министерства финансов Российской Федерации 010 Государственные краткосрочные облигации (ГКО) 011 Государственные казначейские векселя 012 Задолженность по централизованным кредитам и начисленным процентам организаций агропромышленного комплекса и организаций, осуществляющих завоз продукции в районы Крайнего Севера, переоформленная в вексель Министерства финансов Российской Федерации 013 Государственные гарантии 014 Задолженность предприятий текстильной промышленности Ивановской области по неуплаченным процентам за пользование централизованными кредитами, переоформленная в вексель Министерства финансов Российской Федерации 015 Задолженность по финансированию затрат на формирование мобилизационного резерва, переоформленная в вексель Министерства финансов Российской Федерации 016 Облигации федеральных займов с переменным купонным доходом (ОФЗ-ПК) 017 Государственный сберегательный заем 018 Государственный внутренний целевой заем Российской Федерации для погашения товарных обязательств 019 Облигации федеральных займов с постоянным купонным доходом (ОФЗ-ПД) 020 Индексация вкладов населения 021 Задолженность по техническим кредитам, предоставленным Центральным банком Российской Федерации странам СНГ 022 Задолженность Пенсионному фонду Российской Федерации по возмещению расходов по выплате государственных пенсий и пособий 023 Облигации государственных нерыночных займов 024 Задолженность по централизованным кредитам и процентам по ним организаций агропромышленного комплекса Челябинской области и АО "Чиркейгэсстрой" 025 Задолженность по авалированным векселям Агропромбанку 026 Задолженность предприятиям топливно-энергетического комплекса и другим отраслям промышленности 027 Облигации федерального займа с фиксированным купонным доходом (ОФЗ-ФК) 028 Кредитные соглашения и договоры, заключенные от имени Российской Федерации 029 Кредитные соглашения и договоры, заключенные от имени субъекта Российской Федерации 030 Государственные ценные бумаги субъектов Российской Федерации 031 Государственные гарантии и поручительства, предоставленные субъектами Российской Федерации 032 Задолженность третьих лиц, переоформленная в государственный долг субъекта Российской Федерации 033 Кредитные соглашения и договоры, заключенные от имени муниципального образования 034 Муниципальные ценные бумаги 035 Муниципальные гарантии и поручительства 036 Задолженность третьих лиц, переоформленная в муниципальный долг 037 Государственные федеральные облигации (ГФО) 038 Прочие государственные ценные бумаги Российской Федерации ____________ Приложение 11к Федеральному закону"О бюджетной классификацииРоссийской Федерации" 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Код Наименование 100000 Государственный внешний долг Российской Федерации (включая обязательства бывшего Союза ССР, принятые Российской Федерацией) 111000 по кредитам правительств иностранных государств в том числе: 111001 задолженность официальным кредиторам Парижского клуба 111002 задолженность кредиторам - нечленам Парижского клуба 111003 задолженность бывшим странам СЭВ 112000 по кредитам иностранных коммерческих банков и фирм в том числе: 112001 задолженность кредиторам Лондонского клуба 112002 коммерческая задолженность 113000 по кредитам международных финансовых организаций 114000 государственные ценные бумаги Российской Федерации, выраженные в иностранной валюте в том числе: 114001 еврооблигационные займы 114002 ОВГВЗ 115000 по кредитам Центрального банка Российской Федерации 200000 Внешний долг субъекта Российской Федерации 211000 по кредитам иностранных коммерческих банков и фирм 212000 по кредитам международных финансовых организаций 213000 государственные ценные бумаги субъектов Российской Федерации, выраженные в иностранной валюте 300000 Внешний долг перед Российской Федерацией 311000 правительств иностранных государств 312000 иностранных коммерческих банков и фирм ____________ Приложение 12к Федеральному закону"О бюджетной классификацииРоссийской Федерации" ВЕДОМСТВЕННАЯ КЛАССИФИКАЦИЯ РАСХОДОВ ФЕДЕРАЛЬНОГО БЮДЖЕТА, ПРИМЕНЯЕМАЯ В 2000 ГОДУ Наименование Мин Рз ПР ЦСР ВР Министерство торговли Российской Федерации 004 Государственное управление и местное самоуправление 004 01 Функционирование исполнительных органов государственной власти 004 01 03 Центральный аппарат 004 01 03 037 Денежное содержание аппарата 004 01 03 037 027 Расходы на содержание аппарата 004 01 03 037 029 Территориальные органы 004 01 03 038 Денежное содержание аппарата 004 01 03 038 027 Расходы на содержание аппарата 004 01 03 038 029 Международная деятельность 004 03 Международное сотрудничество 004 03 01 Зарубежный аппарат 004 03 01 120 Денежное содержание аппарата 004 03 01 120 027 Расходы на содержание аппарата 004 03 01 120 029 Фундаментальные исследования и содействие научно-техническому прогрессу 004 06 Разработка перспективных технологий и приоритетных направлений научно- технического прогресса 004 06 02 НИОКР 004 06 02 281 Другие НИОКР 004 06 02 281 216 Образование 004 14 Общее образование 004 14 02 Ведомственные расходы на общее образование 004 14 02 401 Школы-интернаты 004 14 02 401 263 Среднее профессиональное образование 004 14 04 Ведомственные расходы на среднее профессиональное образование 004 14 04 403 Средние специальные учебные заведения 004 14 04 403 268 Переподготовка и повышение квалификации 004 14 05 Ведомственные расходы на переподготовку и повышение квалификации 004 14 05 404 Институты повышения квалификации 004 14 05 404 269 Высшее профессиональное образование 004 14 06 Ведомственные расходы на высшее профессиональное образование 004 14 06 405 Высшие учебные заведения 004 14 06 405 271 Здравоохранение и физическая культура 004 17 Здравоохранение 004 17 01 Ведомственные расходы на здравоохранение 004 17 01 430 Больницы, родильные дома, клиники, госпитали 004 17 01 430 300 Поликлиники, амбулатории, диагностические центры 004 17 01 430 301 Министерство топлива и энергетики Российской Федерации 020 Государственное управление и местное самоуправление 020 01 Функционирование исполнительных органов государственной власти 020 01 03 Центральный аппарат 020 01 03 037 Денежное содержание аппарата 020 01 03 037 027 Расходы на содержание аппарата 020 01 03 037 029 Территориальные органы 020 01 03 038 Денежное содержание аппарата 020 01 03 038 027 Расходы на содержание аппарата 020 01 03 038 029 Содержание Комитета угольной промышленности при Министерстве топлива и энергетики Российской Федерации 020 01 03 047 Денежное содержание аппарата 020 01 03 047 027 Расходы на содержание аппарата 020 01 03 047 029 Фундаментальные исследования и содействие научно-техническому прогрессу 020 06 Разработка перспективных технологий и приоритетных направлений научно-технического прогресса 020 06 02 НИОКР 020 06 02 281 Проведение научно-исследовательских и опытно-конструкторских работ в рамках федеральных целевых программ 020 06 02 281 187 Другие НИОКР 020 06 02 281 216 Промышленность, энергетика и строительство 020 07 Топливно-энергетический комплекс 020 07 01 Государственная поддержка угольной отрасли 020 07 01 300 Технические работы по ликвидации особо убыточных и неперспективных угольных шахт и разрезов 020 07 01 300 420 Научно-техническое и проектное обеспечение реструктуризации угольной промышленности 020 07 01 300 421 Социальная защита работников, высвобождаемых в связи с реструктуризацией угольной промышленности, членов их семей, пенсионеров и инвалидов, работавших в угольной промышленности 020 07 01 300 422 Реализация программ местного развития и обеспечения занятости для шахтерских городов и поселков 020 07 01 300 423 Возмещение вреда, причиненного работникам ликвидируемых угольных шахт и разрезов вследствие производственной травмы или производственного заболевания 020 07 01 300 424 Формирование и использование централизованного резервного фонда социальной поддержки работников ликвидируемых угольных шахт и разрезов 020 07 01 300 425 Предоставление организациям угольной промышленности инвестиций и средств на разработку научно-технических программ 020 07 01 300 426 Селективная поддержка угледобывающих предприятий 020 07 01 300 427 Реализация отраслевых тарифных соглашений на предприятиях и в организациях угольной промышленности и шахтного строительства 020 07 01 300 428 Расходы на управление угольной отраслью 020 07 01 300 429 Формирование и использование централизованного резервного фонда реструктуризации угольной промышленности 020 07 01 300 430 Мероприятия по созданию безопасных условий работы в угольной отрасли 020 07 01 300 431 Образование 020 14 Дошкольное образование 020 14 01 Ведомственные расходы на дошкольное образование 020 14 01 400 Детские дошкольные учреждения 020 14 01 400 259 Среднее профессиональное образование 020 14 04 Ведомственные расходы на среднее профессиональное образование 020 14 04 403 Средние специальные учебные заведения 020 14 04 403 268 Прочие расходы в области образования 020 14 07 Прочие ведомственные расходы в области образования 020 14 07 407 Прочие учреждения и мероприятия в области образования 020 14 07 407 272 Здравоохранение и физическая культура 020 17 Здравоохранение 020 17 01 Ведомственные расходы на здравоохранение 020 17 01 430 Поликлиники, амбулатории, диагностические центры 020 17 01 430 301 Министерство путей сообщения Российской Федерации 022 Государственное управление и местное самоуправление 022 01 Функционирование исполнительных органов государственной власти 022 01 03 Центральный аппарат 022 01 03 037 Денежное содержание аппарата 022 01 03 037 027 Расходы на содержание аппарата 022 01 03 037 029 Образование 022 14 Дошкольное образование 022 14 01 Ведомственные расходы на дошкольное образование 022 14 01 400 Детские дошкольные учреждения 022 14 01 400 259 Общее образование 022 14 02 Ведомственные расходы на общее образование 022 14 02 401 Школы - детские сады, школы начальные, неполные средние и средние 022 14 02 401 260 Вечерние и заочные средние образовательные школы 022 14 02 401 262 Школы-интернаты 022 14 02 401 263 Учреждения по внешкольной работе с детьми 022 14 02 401 264 Начальное профессиональное образование 022 14 03 Ведомственные расходы на начальное профессиональное образование 022 14 03 402 Профессионально-технические училища 022 14 03 402 266 Среднее профессиональное образование 022 14 04 Ведомственные расходы на среднее профессиональное образование 022 14 04 403 Средние специальные учебные заведения 022 14 04 403 268 Переподготовка и повышение квалификации 022 14 05 Ведомственные расходы на переподготовку и повышение квалификации 022 14 05 404 Институты повышения квалификации 022 14 05 404 269 Высшее профессиональное образование 022 14 06 Ведомственные расходы на высшее профессиональное образование 022 14 06 405 Высшие учебные заведения 022 14 06 405 271 Прочие расходы в области образования 022 14 07 Прочие ведомственные расходы в области образования 022 14 07 407 Прочие учреждения и мероприятия в области образования 022 14 07 407 272 Культура, искусство и кинематография 022 15 Культура и искусство 022 15 01 Ведомственные расходы на культуру и искусство 022 15 01 410 Дворцы и дома культуры, другие учреждения клубного типа 022 15 01 410 280 Библиотеки 022 15 01 410 284 Прочие учреждения и мероприятия в области культуры и искусства 022 15 01 410 287 Здравоохранение и физическая культура 022 17 Здравоохранение 022 17 01 Ведомственные расходы на здравоохранение 022 17 01 430 Больницы, родильные дома, клиники, госпитали 022 17 01 430 300 Поликлиники, амбулатории, диагностические центры 022 17 01 430 301 Станции переливания крови 022 17 01 430 303 Санитарно-эпидемиологический надзор 022 17 02 Ведомственные расходы на санитарно- эпидемиологический надзор 022 17 02 432 Центры государственного санитарно- эпидемиологического надзора 022 17 02 432 311 Федеральная служба железнодорожных войск Российской Федерации 029 Промышленность, энергетика и строительство 029 07 Строительство, архитектура 029 07 07 Содержание и оснащение войск (органов, других формирований) 029 07 07 200 Обеспечение личного состава 029 07 07 200 060 Ремонт и изготовление вооружения, военной техники и имущества 029 07 07 200 063 Закупки вооружения и военной техники 029 07 07 200 065 НИОКР 029 07 07 200 072 Министерство природных ресурсов Российской Федерации 050 Государственное управление и местное самоуправление 050 01 Функционирование исполнительных органов государственной власти 050 01 03 Центральный аппарат 050 01 03 037 Денежное содержание аппарата 050 01 03 037 027 Расходы на содержание аппарата 050 01 03 037 029 Территориальные органы 050 01 03 038 Денежное содержание аппарата 050 01 03 038 027 Расходы на содержание аппарата 050 01 03 038 029 Фундаментальные исследования и содействие научно-техническому прогрессу 050 06 Разработка перспективных технологий и приоритетных направлений научно-технического прогресса 050 06 02 НИОКР 050 06 02 281 Проведение научно-исследовательских и опытно-конструкторских работ в рамках федеральных целевых программ 050 06 02 281 187 Другие НИОКР 050 06 02 281 216 Охрана окружающей природной среды и природных ресурсов, гидрометеорология, картография и геодезия 050 09 Водные ресурсы 050 09 01 Финансирование мероприятий по регулированию, использованию и охране водных ресурсов 050 09 01 360 Текущее содержание подведомственных структур 050 09 01 360 075 Целевые бюджетные фонды 050 31 Федеральный фонд воспроизводства минерально-сырьевой базы 050 31 07 Расходы за счет целевого фонда, консолидируемого в бюджете 050 31 07 520 Геологическое изучение недр Российской Федерации, континентального шельфа и Мирового океана для федеральных нужд 050 31 07 520 408 Расходы на управление Государственным фондом недр 050 31 07 520 409 Геолого-разведочные работы 050 31 07 520 410 Расходы на погашение кредиторской задолженности прошлых лет 050 31 07 520 462 Федеральный фонд восстановления и охраны водных объектов 050 31 14 Расходы за счет целевого фонда, консолидируемого в бюджете 050 31 14 520 Расходы на мероприятия по обеспечению безопасности гидротехнических сооружений и другие водохозяйственные мероприятия капитального характера 050 31 14 520 450 Прочие расходы на водохозяйственные мероприятия 050 31 14 520 451 Целевое направление средств на формирование целевого бюджетного фонда по охране озера Байкал 050 31 14 520 465 Федеральная служба России по валютному и экспортному контролю 053 Государственное управление и местное самоуправление 053 01 Функционирование исполнительных органов государственной власти 053 01 03 Центральный аппарат 053 01 03 037 Денежное содержание аппарата 053 01 03 037 027 Расходы на содержание аппарата 053 01 03 037 029 Территориальные органы 053 01 03 038 Денежное содержание аппарата 053 01 03 038 027 Расходы на содержание аппарата 053 01 03 038 029 Министерство здравоохранения Российской Федерации 054 Государственное управление и местное самоуправление 054 01 Функционирование исполнительных органов государственной власти 054 01 03 Центральный аппарат 054 01 03 037 Денежное содержание аппарата 054 01 03 037 027 Расходы на содержание аппарата 054 01 03 037 029 Территориальные органы 054 01 03 038 Денежное содержание аппарата 054 01 03 038 027 Расходы на содержание аппарата 054 01 03 038 029 Фундаментальные исследования и содействие научно-техническому прогрессу 054 06 Разработка перспективных технологий и приоритетных направлений научно-технического прогресса 054 06 02 НИОКР 054 06 02 281 Проведение научно-исследовательских и опытно-конструкторских работ в рамках федеральных целевых программ 054 06 02 281 187 Другие НИОКР 054 06 02 281 216 Расходы на погашение кредиторской задолженности прошлых лет 054 06 02 281 462 Образование 054 14 Дошкольное образование 054 14 01 Ведомственные расходы на дошкольное образование 054 14 01 400 Детские дошкольные учреждения 054 14 01 400 259 Среднее профессиональное образование 054 14 04 Ведомственные расходы на среднее профессиональное образование 054 14 04 403 Средние специальные учебные заведения 054 14 04 403 268 Переподготовка и повышение квалификации 054 14 05 Ведомственные расходы на переподготовку и повышение квалификации 054 14 05 404 Институты повышения квалификации 054 14 05 404 269 Высшее профессиональное образование 054 14 06 Ведомственные расходы на высшее профессиональное образование 054 14 06 405 Высшие учебные заведения 054 14 06 405 271 Прочие расходы в области образования 054 14 07 Прочие ведомственные расходы в области образования 054 14 07 407 Прочие учреждения и мероприятия в области образования 054 14 07 407 272 Здравоохранение и физическая культура 054 17 Здравоохранение 054 17 01 Ведомственные расходы на здравоохранение 054 17 01 430 Больницы, родильные дома, клиники, госпитали 054 17 01 430 300 Поликлиники, амбулатории, диагностические центры 054 17 01 430 301 Станции переливания крови 054 17 01 430 303 Санатории для больных туберкулезом 054 17 01 430 306 Санатории для детей и подростков 054 17 01 430 307 Прочие учреждения и мероприятия в области здравоохранения 054 17 01 430 310 Целевые расходы на оказание дорогостоящих видов медицинской помощи гражданам Российской Федерации 054 17 01 430 315 Прочие расходы (нужды) на федеральные целевые программы 054 17 01 516 Прочие расходы, не отнесенные к другим видам расходов 054 17 01 516 397 Санитарно-эпидемиологический надзор 054 17 02 Ведомственные расходы на санитарно- эпидемиологический надзор 054 17 02 432 Больницы, родильные дома, клиники, госпитали 054 17 02 432 300 Поликлиники, амбулатории, диагностические центры 054 17 02 432 301 Дезинфекционные станции 054 17 02 432 309 Прочие учреждения и мероприятия в области здравоохранения 054 17 02 432 310 Центры государственного санитарно- эпидемиологического надзора 054 17 02 432 311 Мероприятия по борьбе с эпидемиями 054 17 02 432 312 Прочие расходы (нужды) на федеральные целевые программы 054 17 02 516 Прочие расходы, не отнесенные к другим видам расходов 054 17 02 516 397 Министерство культуры Российской Федерации 056 Государственное управление и местное самоуправление 056 01 Функционирование исполнительных органов государственной власти 056 01 03 Центральный аппарат 056 01 03 037 Денежное содержание аппарата 056 01 03 037 027 Расходы на содержание аппарата 056 01 03 037 029 Территориальные органы 056 01 03 038 Денежное содержание аппарата 056 01 03 038 027 Расходы на содержание аппарата 056 01 03 038 029 Фундаментальные исследования и содействие научно-техническому прогрессу 056 06 Разработка перспективных технологий и приоритетных направлений научно-технического прогресса 056 06 02 НИОКР 056 06 02 281 Другие НИОКР 056 06 02 281 216 Расходы на погашение кредиторской задолженности прошлых лет 056 06 02 281 462 Образование 056 14 Общее образование 056 14 02 Ведомственные расходы на общее образование 056 14 02 401 Школы - детские сады, школы начальные, неполные средние и средние 056 14 02 401 260 Учреждения по внешкольной работе с детьми 056 14 02 401 264 Среднее профессиональное образование 056 14 04 Ведомственные расходы на среднее профессиональное образование 056 14 04 403 Средние специальные учебные заведения 056 14 04 403 268 Содержание особо ценных объектов культурного наследия народов Российской Федерации 056 14 04 403 273 Переподготовка и повышение квалификации 056 14 05 Ведомственные расходы на переподготовку и повышение квалификации 056 14 05 404 Институты повышения квалификации 056 14 05 404 269 Высшее профессиональное образование 056 14 06 Ведомственные расходы на высшее профессиональное образование 056 14 06 405 Высшие учебные заведения 056 14 06 405 271 Содержание особо ценных объектов культурного наследия народов Российской Федерации 056 14 06 405 273 Прочие расходы в области образования 056 14 07 Прочие ведомственные расходы в области образования 056 14 07 407 Прочие учреждения и мероприятия в области образования 056 14 07 407 272 Культура, искусство и кинематография 056 15 Культура и искусство 056 15 01 Ведомственные расходы на культуру и искусство 056 15 01 410 Содержание особо ценных объектов культурного наследия народов Российской Федерации 056 15 01 410 273 Музеи и постоянные выставки 056 15 01 410 283 Библиотеки 056 15 01 410 284 Прочие учреждения и мероприятия в области культуры и искусства 056 15 01 410 287 Прочие расходы, не отнесенные к другим видам расходов 056 15 01 410 397 Государственная поддержка театров, концертных организаций, цирков и других организаций исполнительских искусств 056 15 01 411 Содержание особо ценных объектов культурного наследия народов Российской Федерации 056 15 01 411 273 Театры, концертные организации, цирки и другие организации исполнительских искусств 056 15 01 411 281 Прочие расходы (нужды) на федеральные целевые программы 056 15 01 516 Содержание особо ценных объектов культурного наследия народов Российской Федерации 056 15 01 516 273 Прочие расходы, не отнесенные к другим видам расходов 056 15 01 516 397 Прочие расходы 056 30 Прочие расходы, не отнесенные к другим подразделам 056 30 04 Прочие расходы, не отнесенные к другим целевым статьям 056 30 04 515 Прочие расходы, не отнесенные к другим видам расходов 056 30 04 515 397 Российская государственная цирковая компания 057 Культура, искусство и кинематография 057 15 Культура и искусство 057 15 01 Государственная поддержка театров, концертных организаций, цирков и других организаций исполнительских искусств 057 15 01 411 Театры, концертные организации, цирки и другие организации исполнительских искусств 057 15 01 411 281 Расходы на погашение кредиторской задолженности прошлых лет 057 15 01 411 462 Государственный комитет Российской Федерации по охране окружающей среды 070 Государственное управление и местное самоуправление 070 01 Функционирование исполнительных органов государственной власти 070 01 03 Центральный аппарат 070 01 03 037 Денежное содержание аппарата 070 01 03 037 027 Расходы на содержание аппарата 070 01 03 037 029 Территориальные органы 070 01 03 038 Денежное содержание аппарата 070 01 03 038 027 Расходы на содержание аппарата 070 01 03 038 029 Фундаментальные исследования и содействие научно-техническому прогрессу 070 06 Разработка перспективных технологий и приоритетных направлений научно-технического прогресса 070 06 02 НИОКР 070 06 02 281 Проведение научно-исследовательских и опытно-конструкторских работ в рамках федеральных целевых программ 070 06 02 281 187 Другие НИОКР 070 06 02 281 216 Охрана окружающей природной среды и природных ресурсов, гидрометеорология, картография и геодезия 070 09 Охрана окружающей природной среды, животного и растительного мира 070 09 03 Финансирование мероприятий в области контроля за состоянием окружающей природной среды и охраны природы 070 09 03 362 Текущее содержание подведомственных структур 070 09 03 362 075 Организация и содержание заповедников и национальных парков 070 09 03 362 225 Образование 070 14 Дошкольное образование 070 14 01 Ведомственные расходы на дошкольное образование 070 14 01 400 Детские дошкольные учреждения 070 14 01 400 259 Переподготовка и повышение квалификации 070 14 05 Ведомственные расходы на переподготовку и повышение квалификации 070 14 05 404 Институты повышения квалификации 070 14 05 404 269 Целевые бюджетные фонды 070 31 Федеральный экологический фонд Российской Федерации 070 31 02 Расходы за счет целевого фонда, консолидируемого в бюджете 070 31 02 520 Субсидии на природоохранные мероприятия 070 31 02 520 407 Целевое направление средств на формирование целевого бюджетного фонда по охране озера Байкал 070 31 02 520 465 Государственный комитет Российской Федерации по земельной политике 071 Государственное управление и местное самоуправление 071 01 Функционирование исполнительных органов государственной власти 071 01 03 Центральный аппарат 071 01 03 037 Денежное содержание аппарата 071 01 03 037 027 Расходы на содержание аппарата 071 01 03 037 029 Территориальные органы 071 01 03 038 Денежное содержание аппарата 071 01 03 038 027 Расходы на содержание аппарата 071 01 03 038 029 Фундаментальные исследования и содействие научно-техническому прогрессу 071 06 Разработка перспективных технологий и приоритетных направлений научно-технического прогресса 071 06 02 НИОКР 071 06 02 281 Другие НИОКР 071 06 02 281 216 Сельское хозяйство и рыболовство 071 08 Земельные ресурсы 071 08 02 Мероприятия по улучшению землеустройства и землепользования, осуществляемые за счет средств земельного налога 071 08 02 344 Мероприятия по улучшению землеустройства и землепользования 071 08 02 344 212 Ведение государственного кадастра, мониторинга земель, землеустройства и водных биологических ресурсов 071 08 02 344 213 Образование 071 14 Переподготовка и повышение квалификации 071 14 05 Ведомственные расходы на переподготовку и повышение квалификации 071 14 05 404 Институты повышения квалификации 071 14 05 404 269 Министерство образования Российской Федерации 075 Государственное управление и местное самоуправление 075 01 Функционирование исполнительных органов государственной власти 075 01 03 Центральный аппарат 075 01 03 037 Денежное содержание аппарата 075 01 03 037 027 Расходы на содержание аппарата 075 01 03 037 029 Фундаментальные исследования и содействие научно-техническому прогрессу 075 06 Разработка перспективных технологий и приоритетных направлений научно-технического прогресса 075 06 02 НИОКР 075 06 02 281 Проведение научно-исследовательских и опытно-конструкторских работ в рамках федеральных целевых программ 075 06 02 281 187 Другие НИОКР 075 06 02 281 216 Содержание особо ценных объектов культурного наследия народов Российской Федерации 075 06 02 281 273 Расходы на погашение кредиторской задолженности прошлых лет 075 06 02 281 462 Образование 075 14 Дошкольное образование 075 14 01 Ведомственные расходы на дошкольное образование 075 14 01 400 Детские дошкольные учреждения 075 14 01 400 259 Общее образование 075 14 02 Ведомственные расходы на общее образование 075 14 02 401 Школы - детские сады, школы начальные, неполные средние и средние 075 14 02 401 260 Школы-интернаты 075 14 02 401 263 Учреждения по внешкольной работе с детьми 075 14 02 401 264 Детские дома 075 14 02 401 265 Начальное профессиональное образование 075 14 03 Ведомственные расходы на начальное профессиональное образование 075 14 03 402 Профессионально-технические училища 075 14 03 402 266 Специальные профессионально-технические училища 075 14 03 402 267 Среднее профессиональное образование 075 14 04 Ведомственные расходы на среднее профессиональное образование 075 14 04 403 Средние специальные учебные заведения 075 14 04 403 268 Переподготовка и повышение квалификации 075 14 05 Ведомственные расходы на переподготовку и повышение квалификации 075 14 05 404 Институты повышения квалификации 075 14 05 404 269 Высшее профессиональное образование 075 14 06 Ведомственные расходы на высшее профессиональное образование 075 14 06 405 Высшие учебные заведения 075 14 06 405 271 Содержание особо ценных объектов культурного наследия народов Российской Федерации 075 14 06 405 273 Расходы на погашение кредиторской задолженности прошлых лет 075 14 06 405 462 Прочие расходы в области образования 075 14 07 Прочие ведомственные расходы в области образования 075 14 07 407 Прочие учреждения и мероприятия в области образования 075 14 07 407 272 Прочие расходы (нужды) на федеральные целевые программы 075 14 07 516 Прочие расходы, не отнесенные к другим видам расходов 075 14 07 516 397 Прочие расходы 075 30 Прочие расходы, не отнесенные к другим подразделам 075 30 04 Прочие расходы, не отнесенные к другим целевым статьям 075 30 04 515 Прочие расходы, не отнесенные к другим видам расходов 075 30 04 515 397 Государственный комитет Российской Федерации по рыболовству 076 Государственное управление и местное самоуправление 076 01 Функционирование исполнительных органов государственной власти 076 01 03 Центральный аппарат 076 01 03 037 Денежное содержание аппарата 076 01 03 037 027 Расходы на содержание аппарата 076 01 03 037 029 Образование 076 14 Среднее профессиональное образование 076 14 04 Ведомственные расходы на среднее профессиональное образование 076 14 04 403 Средние специальные учебные заведения 076 14 04 403 268 Высшее профессиональное образование 076 14 06 Ведомственные расходы на высшее профессиональное образование 076 14 06 405 Высшие учебные заведения 076 14 06 405 271 Прочие расходы в области образования 076 14 07 Прочие ведомственные расходы в области образования 076 14 07 407 Прочие учреждения и мероприятия в области образования 076 14 07 407 272 Целевые бюджетные фонды 076 31 Фонд управления, изучения, сохранения и воспроизводства водных биологических ресурсов 076 31 13 Расходы за счет целевого фонда, консолидируемого в бюджете 076 31 13 520 Взносы в международные организации 076 31 13 520 053 Текущее содержание подведомственных структур 076 31 13 520 075 Кредитование сезонных затрат в сельском хозяйстве 076 31 13 520 211 Ведение государственного кадастра, мониторинга земель, землеустройства и водных биологических ресурсов 076 31 13 520 213 Другие НИОКР 076 31 13 520 216 Содержание аварийно-спасательного флота 076 31 13 520 242 Прочие учреждения и мероприятия в области образования 076 31 13 520 272 Прочие расходы, не отнесенные к другим видам расходов 076 31 13 520 397 Целевое направление средств на формирование целевого бюджетного фонда по охране озера Байкал 076 31 13 520 465 Министерство Российской Федерации по связи и информатизации 078 Государственное управление и местное самоуправление 078 01 Функционирование исполнительных органов государственной власти 078 01 03 Центральный аппарат 078 01 03 037 Денежное содержание аппарата 078 01 03 037 027 Расходы на содержание аппарата 078 01 03 037 029 Фундаментальные исследования и содействие научно-техническому прогрессу 078 06 Разработка перспективных технологий и приоритетных направлений научно-технического прогресса 078 06 02 НИОКР 078 06 02 281 Другие НИОКР 078 06 02 281 216 Транспорт, дорожное хозяйство, связь и информатика 078 10 Связь 078 10 07 Государственная поддержка отрасли связи 078 10 07 376 Текущее содержание подведомственных структур 078 10 07 376 075 Государственная поддержка почтовой связи 078 10 07 377 Целевые дотации и субсидии 078 10 07 377 290 Информатика (информационное обеспечение) 078 10 08 Государственная поддержка информационных центров 078 10 08 379 Информационное обеспечение 078 10 08 379 230 Образование 078 14 Среднее профессиональное образование 078 14 04 Ведомственные расходы на среднее профессиональное образование 078 14 04 403 Средние специальные учебные заведения 078 14 04 403 268 Высшее профессиональное образование 078 14 06 Ведомственные расходы на высшее профессиональное образование 078 14 06 405 Высшие учебные заведения 078 14 06 405 271 Министерство сельского хозяйства и продовольствия Российской Федерации 082 Государственное управление и местное самоуправление 082 01 Функционирование исполнительных органов государственной власти 082 01 03 Центральный аппарат 082 01 03 037 Денежное содержание аппарата 082 01 03 037 027 Расходы на содержание аппарата 082 01 03 037 029 Фундаментальные исследования и содействие научно-техническому прогрессу 082 06 Разработка перспективных технологий и приоритетных направлений научно-технического прогресса 082 06 02 НИОКР 082 06 02 281 Проведение научно-исследовательских и опытно-конструкторских работ в рамках федеральных целевых программ 082 06 02 281 187 Другие НИОКР 082 06 02 281 216 Сельское хозяйство и рыболовство 082 08 Сельскохозяйственное производство 082 08 01 Государственная поддержка программ и мероприятий по развитию животноводства 082 08 01 340 Финансирование мероприятий по племенному животноводству и элитному семеноводству 082 08 01 340 217 Дотации на шерсть 082 08 01 340 221 Дотации на закупку комбикормов для животноводческих комплексов и птицефабрик 082 08 01 340 222 Целевые дотации и субсидии 082 08 01 340 290 Государственная поддержка программ и мероприятий по развитию растениеводства 082 08 01 341 Финансирование мероприятий по племенному животноводству и элитному семеноводству 082 08 01 341 217 Дотации на производство льна и конопли 082 08 01 341 219 Целевые дотации и субсидии 082 08 01 341 290 Прочие расходы в области сельского хозяйства 082 08 01 342 Текущее содержание подведомственных структур 082 08 01 342 075 Кредитование сезонных затрат в сельском хозяйстве 082 08 01 342 211 Формирование лизингового фонда 082 08 01 342 214 Дотации утильзаводам 082 08 01 342 220 Целевые дотации и субсидии 082 08 01 342 290 Средства на формирование и использование федерального фонда семян 082 08 01 342 351 Прочие расходы, не отнесенные к другим видам расходов 082 08 01 342 397 Государственная поддержка развития фермерства 082 08 01 343 Прочие расходы, не отнесенные к другим видам расходов 082 08 01 343 397 Земельные ресурсы 082 08 02 Мероприятия по улучшению землеустройства и землепользования, осуществляемые за счет средств земельного налога 082 08 02 344 Мероприятия по улучшению землеустройства и землепользования 082 08 02 344 212 Образование 082 14 Дошкольное образование 082 14 01 Ведомственные расходы на дошкольное образование 082 14 01 400 Детские дошкольные учреждения 082 14 01 400 259 Общее образование 082 14 02 Ведомственные расходы на общее образование 082 14 02 401 Учреждения по внешкольной работе с детьми 082 14 02 401 264 Среднее профессиональное образование 082 14 04 Ведомственные расходы на среднее профессиональное образование 082 14 04 403 Средние специальные учебные заведения 082 14 04 403 268 Переподготовка и повышение квалификации 082 14 05 Ведомственные расходы на переподготовку и повышение квалификации 082 14 05 404 Институты повышения квалификации 082 14 05 404 269 Учебные заведения и курсы по переподготовке кадров 082 14 05 404 270 Высшее профессиональное образование 082 14 06 Ведомственные расходы на высшее профессиональное образование 082 14 06 405 Высшие учебные заведения 082 14 06 405 271 Расходы на погашение кредиторской задолженности прошлых лет 082 14 06 405 462 Прочие расходы в области образования 082 14 07 Прочие ведомственные расходы в области образования 082 14 07 407 Прочие учреждения и мероприятия в области образования 082 14 07 407 272 Государственная хлебная инспекция при Правительстве Российской Федерации 083 Государственное управление и местное самоуправление 083 01 Прочие расходы на общегосударственное управление 083 01 05 Расходы на общегосударственное управление (не отнесенные к бюджетам других министерств и ведомств) 083 01 05 039 Прочие расходы, не отнесенные к другим видам расходов 083 01 05 039 397 Сельское хозяйство и рыболовство 083 08 Прочие мероприятия в области сельского хозяйства 083 08 05 Государственная поддержка органов хлебной инспекции 083 08 05 347 Текущее содержание подведомственных структур 083 08 05 347 075 Государственная фельдъегерская служба при Правительстве Российской Федерации 089 Транспорт, дорожное хозяйство, связь и информатика 089 10 Связь 089 10 07 Содержание и оснащение войск (органов, других формирований) 089 10 07 200 Обеспечение личного состава 089 10 07 200 060 Министерство финансов Российской Федерации 092 Государственное управление и местное самоуправление 092 01 Деятельность финансовых и налоговых органов 092 01 04 Центральный аппарат 092 01 04 037 Денежное содержание аппарата 092 01 04 037 027 Расходы на содержание аппарата 092 01 04 037 029 Территориальные органы 092 01 04 038 Денежное содержание аппарата 092 01 04 038 027 Расходы на содержание аппарата 092 01 04 038 029 Территориальные органы казначейства 092 01 04 045 Денежное содержание аппарата 092 01 04 045 027 Расходы на содержание аппарата 092 01 04 045 029 Содержание контрольно-ревизионных органов Министерства финансов Российской Федерации 092 01 04 046 Денежное содержание аппарата 092 01 04 046 027 Расходы на содержание аппарата 092 01 04 046 029 Прочие расходы, не отнесенные к другим целевым статьям 092 01 04 515 Прочие расходы, не отнесенные к другим видам расходов 092 01 04 515 397 Прочие расходы (нужды) на федеральные целевые программы 092 01 04 516 Прочие расходы, не отнесенные к другим видам расходов 092 01 04 516 397 Прочие расходы на общегосударственное управление 092 01 05 Расходы на общегосударственное управление (не отнесенные к бюджетам других министерств и ведомств) 092 01 05 039 Прочие расходы, не отнесенные к другим видам расходов 092 01 05 039 397 Международная деятельность 092 03 Международное сотрудничество 092 03 01 Зарубежный аппарат 092 03 01 120 Денежное содержание аппарата 092 03 01 120 027 Расходы на содержание аппарата 092 03 01 120 029 Расходы по специальной охране посольств и представительств за рубежом 092 03 01 120 031 Взносы в международные организации 092 03 01 121 Взносы в международные организации 092 03 01 121 053 Мероприятия, осуществляемые в рамках совместных соглашений с финансовыми организациями 092 03 01 129 Прочие расходы, не отнесенные к другим видам расходов 092 03 01 129 397 Расходы по обязательствам в рамках проектов, финансируемых с участием международных финансовых организаций 092 03 01 130 Прочие расходы, не отнесенные к другим видам расходов 092 03 01 130 397 Расходы в сфере международной деятельности 092 03 01 131 Прочие расходы, не отнесенные к другим видам расходов 092 03 01 131 397 Операции неторгового характера 092 03 01 134 Расходы, связанные с визитами делегаций высших органов власти за рубеж 092 03 01 134 030 Расходы по оценке недвижимости, обеспечению признания прав и регулированию отношений по федеральной собственности 092 03 01 134 047 Приобретение, строительство и реконструкция недвижимости за рубежом 092 03 01 134 052 Расходы по обеспечению внешней безопасности 092 03 01 134 059 Прочие расходы, не отнесенные к другим видам расходов 092 03 01 134 397 Государственные гарантии по внешним заимствованиям 092 03 01 136 Прочие расходы, не отнесенные к другим видам расходов 092 03 01 136 397 Участие в миротворческой деятельности 092 03 02 Участие в миротворческой деятельности 092 03 02 135 Расходы на подготовку и участие военного и гражданского персонала в деятельности по поддержанию или восстановлению международного мира и безопасности 092 03 02 135 058 Реализация межгосударственных договоров в рамках СНГ 092 03 03 Долевое участие в содержании координационных структур СНГ 092 03 03 127 Долевое участие в содержании координационных структур СНГ 092 03 03 127 055 Обеспечение сотрудничества в рамках СНГ 092 03 03 128 Расходы по реализации межгосударственных соглашений в рамках СНГ 092 03 03 128 056 Прочие расходы, не отнесенные к другим целевым статьям 092 03 03 515 Прочие расходы, не отнесенные к другим видам расходов 092 03 03 515 397 Международные культурные, научные и информационные связи 092 03 04 Расходы на международные культурные, научные и информационные связи 092 03 04 125 Расходы на аренду каналов связи и радиопередатчиков за рубежом 092 03 04 125 048 Участие в международных научных исследованиях, стажировки студентов за рубежом 092 03 04 125 049 Участие в международных конференциях 092 03 04 125 050 Проведение выставок, ярмарок за рубежом 092 03 04 125 051 Экономическая и гуманитарная помощь другим государствам 092 03 05 Экономическая и гуманитарная помощь другим государствам 092 03 05 123 Экономическая и гуманитарная помощь другим государствам 092 03 05 123 054 Фундаментальные исследования и содействие научно-техническому прогрессу 092 06 Разработка перспективных технологий и приоритетных направлений научно-технического прогресса 092 06 02 НИОКР 092 06 02 281 Другие НИОКР 092 06 02 281 216 Промышленность, энергетика и строительство 092 07 Конверсия оборонной промышленности 092 07 04 Осуществление конверсии в оборонных отраслях промышленности 092 07 04 306 Дотации подведомственным предприятиям в связи с конверсией 092 07 04 306 193 Предупреждение и ликвидация последствий чрезвычайных ситуаций и стихийных бедствий 092 13 Государственные программы ликвидации последствий аварий и других катастроф 092 13 01 Программы ликвидации последствий чрезвычайных ситуаций 092 13 01 395 Программа ликвидации последствий аварии на Чернобыльской АЭС 092 13 01 395 250 Программа ликвидации последствий ядерного выброса в Челябинской области 092 13 01 395 251 Программа ликвидации последствий ядерных испытаний на Семипалатинском полигоне 092 13 01 395 252 Образование 092 14 Дошкольное образование 092 14 01 Ведомственные расходы на дошкольное образование 092 14 01 400 Детские дошкольные учреждения 092 14 01 400 259 Общее образование 092 14 02 Ведомственные расходы на общее образование 092 14 02 401 Учреждения по внешкольной работе с детьми 092 14 02 401 264 Среднее профессиональное образование 092 14 04 Ведомственные расходы на среднее профессиональное образование 092 14 04 403 Средние специальные учебные заведения 092 14 04 403 268 Переподготовка и повышение квалификации 092 14 05 Ведомственные расходы на переподготовку и повышение квалификации 092 14 05 404 Институты повышения квалификации 092 14 05 404 269 Высшее профессиональное образование 092 14 06 Ведомственные расходы на высшее профессиональное образование 092 14 06 405 Высшие учебные заведения 092 14 06 405 271 Прочие расходы в области образования 092 14 07 Прочие ведомственные расходы в области образования 092 14 07 407 Прочие учреждения и мероприятия в области образования 092 14 07 407 272 Культура, искусство и кинематография 092 15 Культура и искусство 092 15 01 Ведомственные расходы на культуру и искусство 092 15 01 410 Библиотеки 092 15 01 410 284 Здравоохранение и физическая культура 092 17 Здравоохранение 092 17 01 Ведомственные расходы на здравоохранение 092 17 01 430 Поликлиники, амбулатории, диагностические центры 092 17 01 430 301 Прочие учреждения и мероприятия в области здравоохранения 092 17 01 430 310 Социальная политика 092 18 Социальная помощь 092 18 02 Компенсационные выплаты на возмещение материального ущерба и предоставление льгот реабилитированным лицам и лицам, признанным пострадавшими от политических репрессий 092 18 02 443 Пособия и социальная помощь 092 18 02 443 322 Прочие ведомственные расходы в области социальной политики 092 18 02 445 Пособия и социальная помощь 092 18 02 445 322 Обслуживание государственного долга 092 19 Обслуживание государственного внутреннего долга 092 19 01 Процентные платежи по государственному внутреннему долгу 092 19 01 460 Выплаты процентов по государственному долгу 092 19 01 460 330 Обслуживание государственного внешнего долга 092 19 02 Процентные платежи по государственному внешнему долгу 092 19 02 461 Выплаты процентов по государственному долгу 092 19 02 461 330 Пополнение государственных запасов и резервов 092 20 Прочие государственные запасы и резервы (для 1999 года) 092 20 03 Прочие расходы, не отнесенные к другим целевым статьям 092 20 03 515 Текущее содержание подведомственных структур 092 20 03 515 075 Финансовая помощь бюджетам других уровней 092 21 Финансовая помощь бюджетам других уровней 092 21 01 Федеральный фонд финансовой поддержки субъектов Российской Федерации 092 21 01 480 Трансферты из федерального бюджета (за исключением видов расходов по кодам 455, 456, 470) 092 21 01 480 364 Компенсация тарифов на электроэнергию территориям Дальнего Востока и Архангельской области 092 21 01 480 455 Государственная финансовая поддержка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092 21 01 480 456 Частичная целевая помощь субъектам Российской Федерации для обеспечения ими выплат государственных пособий гражданам, имеющим детей 092 21 01 480 470 Дотации и субвенции 092 21 01 485 Дотации и субвенции бюджетам закрытых административно-территориальных образований, в пределах которых расположены объекты Министерства обороны Российской Федерации и Министерства Российской Федерации по атомной энергии 092 21 01 485 350 Дотация и субвенция на содержание инфраструктуры города Байконура (Республика Казахстан), связанной с арендой космодрома Байконур 092 21 01 485 361 Дотация городу-курорту Сочи 092 21 01 485 363 Другие дотации 092 21 01 485 459 Фонд регионального развития 092 21 01 487 Дополнительная финансовая помощь высокодотационным субъектам Российской Федерации 092 21 01 487 453 Финансирование федеральных программ развития регионов 092 21 01 487 457 Фонд развития региональных финансов 092 21 01 488 Средства на активизацию процессов финансового оздоровления бюджетов субъектов Российской Федерации, содействие реформированию бюджетной системы и бюджетного процесса, стимулирование экономических реформ 092 21 01 488 458 Прочие мероприятия в области регионального развития 092 21 03 Прочие расходы (нужды) на федеральные целевые программы 092 21 03 516 Прочие расходы, не отнесенные к другим видам расходов 092 21 03 516 397 Утилизация и ликвидация вооружений, включая выполнение международных договоров 092 22 Утилизация и ликвидация вооружений по международным договорам 092 22 01 Договоры по ликвидации, сокращению и ограничению вооружений 092 22 01 490 Расходы на утилизацию и ликвидацию вооружений 092 22 01 490 371 Мобилизационная подготовка экономики 092 23 Мобилизационная подготовка экономики 092 23 01 Мобилизационная подготовка экономики 092 23 01 500 Мобилизационная подготовка экономики 092 23 01 500 380 Прочие расходы 092 30 Резервные фонды 092 30 01 Резервные фонды 092 30 01 510 Резервный фонд Правительства Российской Федерации 092 30 01 510 390 Резервный фонд Президента Российской Федерации 092 30 01 510 391 Резервный фонд Правительства Российской Федерации по предупреждению и ликвидации чрезвычайных ситуаций и последствий стихийных бедствий 092 30 01 510 392 Бюджетные ссуды 092 30 03 Бюджетные ссуды 092 30 03 514 Другие ссуды 092 30 03 514 399 Прочие расходы, не отнесенные к другим подразделам 092 30 04 Прочие расходы, не отнесенные к другим целевым статьям 092 30 04 515 Прочие расходы, не отнесенные к другим видам расходов 092 30 04 515 397 Взнос Российской Федерации в имущество государственной корпорации "Агентство по реструктуризации кредитных организаций" 092 30 04 517 Прочие расходы, не отнесенные к другим видам расходов 092 30 04 517 397 Целевые бюджетные фонды 092 31 Государственный фонд борьбы с преступностью 092 31 06 Расходы за счет целевого фонда, консолидируемого в бюджете 092 31 06 520 Прочие расходы, не отнесенные к другим видам расходов 092 31 06 520 397 Фонд содействия военной реформе 092 31 10 Расходы за счет целевого фонда, консолидируемого в бюджете 092 31 10 520 Прочие расходы, не отнесенные к другим видам расходов 092 31 10 520 397 Министерство Российской Федерации по атомной энергии 099 Государственное управление и местное самоуправление 099 01 Функционирование исполнительных органов государственной власти 099 01 03 Центральный аппарат 099 01 03 037 Денежное содержание аппарата 099 01 03 037 027 Расходы на содержание аппарата 099 01 03 037 029 Международная деятельность 099 03 Реализация межгосударственных договоров в рамках СНГ 099 03 03 Обеспечение сотрудничества в рамках СНГ 099 03 03 128 Расходы по реализации межгосударственных соглашений в рамках СНГ 099 03 03 128 056 Национальная оборона 099 04 Военная программа Министерства Российской Федерации по атомной энергии 099 04 02 Расходы в рамках военной программы Министерства Российской Федерации по атомной энергии 099 04 02 145 Разработка и производство ядерных боеприпасов 099 04 02 145 068 Другие расходы в рамках военной программы 099 04 02 146 НИОКР 099 04 02 146 072 Фундаментальные исследования и содействие научно-техническому прогрессу 099 06 Разработка перспективных технологий и приоритетных направлений научно-технического прогресса 099 06 02 НИОКР 099 06 02 281 Проведение научно-исследовательских и опытно-конструкторских работ в рамках федеральных целевых программ 099 06 02 281 187 Другие НИОКР 099 06 02 281 216 Образование 099 14 Дошкольное образование 099 14 01 Ведомственные расходы на дошкольное образование 099 14 01 400 Детские дошкольные учреждения 099 14 01 400 259 Начальное профессиональное образование 099 14 03 Ведомственные расходы на начальное профессиональное образование 099 14 03 402 Профессионально-технические училища 099 14 03 402 266 Среднее профессиональное образование 099 14 04 Ведомственные расходы на среднее профессиональное образование 099 14 04 403 Средние специальные учебные заведения 099 14 04 403 268 Высшее профессиональное образование 099 14 06 Ведомственные расходы на высшее профессиональное образование 099 14 06 405 Высшие учебные заведения 099 14 06 405 271 Целевые бюджетные фонды 099 31 Фонд Министерства Российской Федерации по атомной энергии 099 31 09 Расходы за счет целевого фонда, консолидируемого в бюджете 099 31 09 520 Прочие расходы, не отнесенные к другим видам расходов 099 31 09 520 397 Министерство транспорта Российской Федерации 104 Государственное управление и местное самоуправление 104 01 Функционирование исполнительных органов государственной власти 104 01 03 Центральный аппарат 104 01 03 037 Денежное содержание аппарата 104 01 03 037 027 Расходы на содержание аппарата 104 01 03 037 029 Территориальные органы 104 01 03 038 Денежное содержание аппарата 104 01 03 038 027 Расходы на содержание аппарата 104 01 03 038 029 Фундаментальные исследования и содействие научно-техническому прогрессу 104 06 Разработка перспективных технологий и приоритетных направлений научно-технического прогресса 104 06 02 НИОКР 104 06 02 281 Проведение научно-исследовательских и опытно-конструкторских работ в рамках федеральных целевых программ 104 06 02 281 187 Другие НИОКР 104 06 02 281 216 Транспорт, дорожное хозяйство, связь и информатика 104 10 Автомобильный транспорт 104 10 01 Прочие расходы (нужды) на федеральные целевые программы 104 10 01 516 Прочие расходы, не отнесенные к другим видам расходов 104 10 01 516 397 Водный транспорт 104 10 04 Государственная поддержка морского транспорта 104 10 04 374 Обеспечение безопасности морского транспорта 104 10 04 374 236 Дотации на содержание ледокольного флота 104 10 04 374 237 Расходы на погашение кредиторской задолженности прошлых лет 104 10 04 374 462 Государственная поддержка речного транспорта 104 10 04 375 Обеспечение безопасности речного транспорта 104 10 04 375 234 Дотации на перевозки пассажиров в межобластном сообщении 104 10 04 375 235 Расходы на погашение кредиторской задолженности прошлых лет 104 10 04 375 462 Образование 104 14 Среднее профессиональное образование 104 14 04 Ведомственные расходы на среднее профессиональное образование 104 14 04 403 Средние специальные учебные заведения 104 14 04 403 268 Высшее профессиональное образование 104 14 06 Ведомственные расходы на высшее профессиональное образование 104 14 06 405 Высшие учебные заведения 104 14 06 405 271 Прочие расходы в области образования 104 14 07 Прочие ведомственные расходы в области образования 104 14 07 407 Прочие учреждения и мероприятия в области образования 104 14 07 407 272 Культура, искусство и кинематография 104 15 Культура и искусство 104 15 01 Ведомственные расходы на культуру и искусство 104 15 01 410 Музеи и постоянные выставки 104 15 01 410 283 Здравоохранение и физическая культура 104 17 Здравоохранение 104 17 01 Ведомственные расходы на здравоохранение 104 17 01 430 Поликлиники, амбулатории, диагностические центры 104 17 01 430 301 Российское агентство по боеприпасам 125 Государственное управление и местное самоуправление 125 01 Функционирование исполнительных органов государственной власти 125 01 03 Центральный аппарат 125 01 03 037 Денежное содержание аппарата 125 01 03 037 027 Расходы на содержание аппарата 125 01 03 037 029 Российское агентство по обычным вооружениям 126 Государственное управление и местное самоуправление 126 01 Функционирование исполнительных органов государственной власти 126 01 03 Центральный аппарат 126 01 03 037 Денежное содержание аппарата 126 01 03 037 027 Расходы на содержание аппарата 126 01 03 037 029 Культура, искусство и кинематография 126 15 Культура и искусство 126 15 01 Ведомственные расходы на культуру и искусство 126 15 01 410 Музеи и постоянные выставки 126 15 01 410 283 Российское агентство по системам управления 128 Государственное управление и местное самоуправление 128 01 Функционирование исполнительных органов государственной власти 128 01 03 Центральный аппарат 128 01 03 037 Денежное содержание аппарата 128 01 03 037 027 Расходы на содержание аппарата 128 01 03 037 029 Фундаментальные исследования и содействие научно-техническому прогрессу 128 06 Разработка перспективных технологий и приоритетных направлений научно-технического прогресса 128 06 02 НИОКР 128 06 02 281 Проведение научно-исследовательских и опытно-конструкторских работ в рамках федеральных целевых программ 128 06 02 281 187 Российское агентство по судостроению 129 Государственное управление и местное самоуправление 129 01 Функционирование исполнительных органов государственной власти 129 01 03 Центральный аппарат 129 01 03 037 Денежное содержание аппарата 129 01 03 037 027 Расходы на содержание аппарата 129 01 03 037 029 Фундаментальные исследования и содействие научно-техническому прогрессу 129 06 Разработка перспективных технологий и приоритетных направлений научно-технического прогресса 129 06 02 НИОКР 129 06 02 281 Проведение научно-исследовательских и опытно-конструкторских работ в рамках федеральных целевых программ 129 06 02 281 187 Государственный комитет Российской Федерации по строительству и жилищно-коммунальному комплексу 133 Государственное управление и местное самоуправление 133 01 Функционирование исполнительных органов государственной власти 133 01 03 Центральный аппарат 133 01 03 037 Денежное содержание аппарата 133 01 03 037 027 Расходы на содержание аппарата 133 01 03 037 029 Фундаментальные исследования и содействие научно-техническому прогрессу 133 06 Разработка перспективных технологий и приоритетных направлений научно-технического прогресса 133 06 02 НИОКР 133 06 02 281 Проведение научно-исследовательских и опытно-конструкторских работ в рамках федеральных целевых программ 133 06 02 281 187 Другие НИОКР 133 06 02 281 216 Промышленность, энергетика и строительство 133 07 Другие отрасли промышленности 133 07 05 Государственная поддержка отраслей промышленности 133 07 05 302 Целевые дотации и субсидии 133 07 05 302 290 Образование 133 14 Дошкольное образование 133 14 01 Ведомственные расходы на дошкольное образование 133 14 01 400 Детские дошкольные учреждения 133 14 01 400 259 Общее образование 133 14 02 Ведомственные расходы на общее образование 133 14 02 401 Учреждения по внешкольной работе с детьми 133 14 02 401 264 Среднее профессиональное образование 133 14 04 Ведомственные расходы на среднее профессиональное образование 133 14 04 403 Средние специальные учебные заведения 133 14 04 403 268 Переподготовка и повышение квалификации 133 14 05 Ведомственные расходы на переподготовку и повышение квалификации 133 14 05 404 Учебные заведения и курсы по переподготовке кадров 133 14 05 404 270 Прочие расходы в области образования 133 14 07 Прочие ведомственные расходы в области образования 133 14 07 407 Прочие учреждения и мероприятия в области образования 133 14 07 407 272 Культура, искусство и кинематография 133 15 Культура и искусство 133 15 01 Ведомственные расходы на культуру и искусство 133 15 01 410 Содержание особо ценных объектов культурного наследия народов Российской Федерации 133 15 01 410 273 Министерство Российской Федерации по делам печати, телерадиовещания и средств массовых коммуникаций 134 Государственное управление и местное самоуправление 134 01 Функционирование исполнительных органов государственной власти 134 01 03 Центральный аппарат 134 01 03 037 Денежное содержание аппарата 134 01 03 037 027 Расходы на содержание аппарата 134 01 03 037 029 Территориальные органы 134 01 03 038 Денежное содержание аппарата 134 01 03 038 027 Расходы на содержание аппарата 134 01 03 038 029 Фундаментальные исследования и содействие научно-техническому прогрессу 134 06 Разработка перспективных технологий и приоритетных направлений научно-технического прогресса 134 06 02 НИОКР 134 06 02 281 Проведение научно-исследовательских и опытно-конструкторских работ в рамках федеральных целевых программ 134 06 02 281 187 Другие НИОКР 134 06 02 281 216 Образование 134 14 Среднее профессиональное образование 134 14 04 Ведомственные расходы на среднее профессиональное образование 134 14 04 403 Средние специальные учебные заведения 134 14 04 403 268 Переподготовка и повышение квалификации 134 14 05 Ведомственные расходы на переподготовку и повышение квалификации 134 14 05 404 Институты повышения квалификации 134 14 05 404 269 Прочие расходы в области образования 134 14 07 Прочие ведомственные расходы в области образования 134 14 07 407 Прочие учреждения и мероприятия в области образования 134 14 07 407 272 Средства массовой информации 134 16 Телевидение и радиовещание 134 16 01 Государственная поддержка государственных телерадиокомпаний 134 16 01 420 Содержание особо ценных объектов культурного наследия народов Российской Федерации 134 16 01 420 273 Целевые дотации и субсидии 134 16 01 420 290 Расходы на погашение кредиторской задолженности прошлых лет 134 16 01 420 462 Периодическая печать и издательства 134 16 02 Государственная поддержка издательств 134 16 02 421 Целевые дотации и субсидии 134 16 02 421 290 Государственная поддержка периодической печати 134 16 02 422 Целевые дотации и субсидии 134 16 02 422 290 Государственная поддержка периодических изданий, учрежденных органами исполнительной и законодательной власти 134 16 02 423 Целевые дотации и субсидии 134 16 02 423 290 Государственная поддержка районных (городских) газет 134 16 02 425 Оплата расходов, связанных с производством и распространением районных (городских) газет (оплата полиграфических услуг, бумаги и услуг федеральной почтовой связи) 134 16 02 425 292 Прочие расходы 134 30 Прочие расходы, не отнесенные к другим подразделам 134 30 04 Прочие расходы, не отнесенные к другим целевым статьям 134 30 04 515 Прочие расходы, не отнесенные к другим видам расходов 134 30 04 515 397 Государственный комитет Российской Федерации по кинематографии 136 Государственное управление и местное самоуправление 136 01 Функционирование исполнительных органов государственной власти 136 01 03 Центральный аппарат 136 01 03 037 Денежное содержание аппарата 136 01 03 037 027 Расходы на содержание аппарата 136 01 03 037 029 Фундаментальные исследования и содействие научно-техническому прогрессу 136 06 Разработка перспективных технологий и приоритетных направлений научно-технического прогресса 136 06 02 НИОКР 136 06 02 281 Другие НИОКР 136 06 02 281 216 Образование 136 14 Среднее профессиональное образование 136 14 04 Ведомственные расходы на среднее профессиональное образование 136 14 04 403 Средние специальные учебные заведения 136 14 04 403 268 Расходы на погашение кредиторской задолженности прошлых лет 136 14 04 403 462 Переподготовка и повышение квалификации 136 14 05 Ведомственные расходы на переподготовку и повышение квалификации 136 14 05 404 Институты повышения квалификации 136 14 05 404 269 Высшее профессиональное образование 136 14 06 Ведомственные расходы на высшее профессиональное образование 136 14 06 405 Высшие учебные заведения 136 14 06 405 271 Расходы на погашение кредиторской задолженности прошлых лет 136 14 06 405 462 Прочие расходы в области образования 136 14 07 Прочие ведомственные расходы в области образования 136 14 07 407 Прочие учреждения и мероприятия в области образования 136 14 07 407 272 Культура, искусство и кинематография 136 15 Кинематография 136 15 02 Государственная поддержка кинематографии 136 15 02 415 Прочие расходы, не отнесенные к другим видам расходов 136 15 02 415 397 Прочие расходы (нужды) на федеральные целевые программы 136 15 02 516 Прочие расходы, не отнесенные к другим видам расходов 136 15 02 516 397 Прочие расходы 136 30 Прочие расходы, не отнесенные к другим подразделам 136 30 04 Прочие расходы, не отнесенные к другим целевым статьям 136 30 04 515 Прочие расходы, не отнесенные к другим видам расходов 136 30 04 515 397 Министерство науки и технологий Российской Федерации 139 Государственное управление и местное самоуправление 139 01 Функционирование исполнительных органов государственной власти 139 01 03 Центральный аппарат 139 01 03 037 Денежное содержание аппарата 139 01 03 037 027 Расходы на содержание аппарата 139 01 03 037 029 Фундаментальные исследования и содействие научно-техническому прогрессу 139 06 Фундаментальные исследования 139 06 01 Проведение фундаментальных исследований 139 06 01 270 Конкурсный фонд индивидуальной поддержки ведущих ученых и научных школ 139 06 01 270 180 Разработка перспективных технологий и приоритетных направлений научно-технического прогресса 139 06 02 НИОКР 139 06 02 281 Создание компьютерных сетей связи и баз данных фундаментальной науки и образования 139 06 02 281 181 Финансирование приоритетных направлений науки и техники 139 06 02 281 182 Проведение научно-исследовательских и опытно-конструкторских работ в рамках федеральных целевых программ 139 06 02 281 187 Другие НИОКР 139 06 02 281 216 Расходы на погашение кредиторской задолженности прошлых лет 139 06 02 281 462 Министерство экономики Российской Федерации 140 Государственное управление и местное самоуправление 140 01 Функционирование исполнительных органов государственной власти 140 01 03 Центральный аппарат 140 01 03 037 Денежное содержание аппарата 140 01 03 037 027 Расходы на содержание аппарата 140 01 03 037 029 Территориальные органы 140 01 03 038 Денежное содержание аппарата 140 01 03 038 027 Расходы на содержание аппарата 140 01 03 038 029 Прочие расходы на общегосударственное управление 140 01 05 Расходы на общегосударственное управление (не отнесенные к бюджетам других министерств и ведомств) 140 01 05 039 Прочие расходы, не отнесенные к другим видам расходов 140 01 05 039 397 Фундаментальные исследования и содействие научно-техническому прогрессу 140 06 Разработка перспективных технологий и приоритетных направлений научно-технического прогресса 140 06 02 НИОКР 140 06 02 281 Проведение научно-исследовательских и опытно-конструкторских работ в рамках федеральных целевых программ 140 06 02 281 187 Другие НИОКР 140 06 02 281 216 Промышленность, энергетика и строительство 140 07 Другие отрасли промышленности 140 07 05 Государственная поддержка отраслей промышленности 140 07 05 302 Текущее содержание подведомственных структур 140 07 05 302 075 Целевые дотации и субсидии 140 07 05 302 290 Прочие расходы, не отнесенные к другим видам расходов 140 07 05 302 397 Государственная поддержка народных художественных промыслов 140 07 05 309 Целевые дотации и субсидии 140 07 05 309 290 Строительство, архитектура 140 07 07 Государственные капитальные вложения 140 07 07 313 Государственные капитальные вложения на возвратной основе 140 07 07 313 197 Государственные капитальные вложения на безвозвратной основе 140 07 07 313 198 Расходы на погашение кредиторской задолженности прошлых лет 140 07 07 313 462 Предупреждение и ликвидация последствий чрезвычайных ситуаций и стихийных бедствий 140 13 Предупреждение и ликвидация последствий чрезвычайных ситуаций 140 13 02 Прочие расходы, не отнесенные к другим целевым статьям 140 13 02 515 Прочие расходы, не отнесенные к другим видам расходов 140 13 02 515 397 Образование 140 14 Дошкольное образование 140 14 01 Ведомственные расходы на дошкольное образование 140 14 01 400 Детские дошкольные учреждения 140 14 01 400 259 Общее образование 140 14 02 Ведомственные расходы на общее образование 140 14 02 401 Учреждения по внешкольной работе с детьми 140 14 02 401 264 Переподготовка и повышение квалификации 140 14 05 Ведомственные расходы на переподготовку и повышение квалификации 140 14 05 404 Учебные заведения и курсы по переподготовке кадров 140 14 05 404 270 Высшее профессиональное образование 140 14 06 Ведомственные расходы на высшее профессиональное образование 140 14 06 405 Высшие учебные заведения 140 14 06 405 271 Культура, искусство и кинематография 140 15 Культура и искусство 140 15 01 Ведомственные расходы на культуру и искусство 140 15 01 410 Библиотеки 140 15 01 410 284 Здравоохранение и физическая культура 140 17 Здравоохранение 140 17 01 Ведомственные расходы на здравоохранение 140 17 01 430 Поликлиники, амбулатории, диагностические центры 140 17 01 430 301 Прочие учреждения и мероприятия в области здравоохранения 140 17 01 430 310 Социальная политика 140 18 Прочие мероприятия в области социальной политики 140 18 06 Прочие ведомственные расходы в области социальной политики 140 18 06 445 Прочие расходы, не отнесенные к другим видам расходов 140 18 06 445 397 Федеральная служба лесного хозяйства России 142 Государственное управление и местное самоуправление 142 01 Функционирование исполнительных органов государственной власти 142 01 03 Центральный аппарат 142 01 03 037 Денежное содержание аппарата 142 01 03 037 027 Расходы на содержание аппарата 142 01 03 037 029 Территориальные органы 142 01 03 038 Денежное содержание аппарата 142 01 03 038 027 Расходы на содержание аппарата 142 01 03 038 029 Фундаментальные исследования и содействие научно-техническому прогрессу 142 06 Разработка перспективных технологий и приоритетных направлений научно-технического прогресса 142 06 02 НИОКР 142 06 02 281 Проведение научно-исследовательских и опытно-конструкторских работ в рамках федеральных целевых программ 142 06 02 281 187 Другие НИОКР 142 06 02 281 216 Расходы на погашение кредиторской задолженности прошлых лет 142 06 02 281 462 Охрана окружающей природной среды и природных ресурсов, гидрометеорология, картография и геодезия 142 09 Лесные ресурсы 142 09 02 Финансирование лесоохранных и лесовосстановительных мероприятий 142 09 02 361 Финансирование лесоохранных и лесовосстановительных мероприятий 142 09 02 361 223 Организация и содержание заповедников и национальных парков 142 09 02 361 225 Финансирование мероприятий по тушению лесных пожаров 142 09 02 361 227 Образование 142 14 Дошкольное образование 142 14 01 Ведомственные расходы на дошкольное образование 142 14 01 400 Детские дошкольные учреждения 142 14 01 400 259 Среднее профессиональное образование 142 14 04 Ведомственные расходы на среднее профессиональное образование 142 14 04 403 Средние специальные учебные заведения 142 14 04 403 268 Прочие расходы в области образования 142 14 07 Прочие ведомственные расходы в области образования 142 14 07 407 Прочие учреждения и мероприятия в области образования 142 14 07 407 272 Федеральная миграционная служба России 143 Государственное управление и местное самоуправление 143 01 Функционирование исполнительных органов государственной власти 143 01 03 Центральный аппарат 143 01 03 037 Денежное содержание аппарата 143 01 03 037 027 Расходы на содержание аппарата 143 01 03 037 029 Территориальные органы 143 01 03 038 Денежное содержание аппарата 143 01 03 038 027 Расходы на содержание аппарата 143 01 03 038 029 Международная деятельность 143 03 Международное сотрудничество 143 03 01 Зарубежный аппарат 143 03 01 120 Денежное содержание аппарата 143 03 01 120 027 Расходы на содержание аппарата 143 03 01 120 029 Фундаментальные исследования и содействие научно-техническому прогрессу 143 06 Разработка перспективных технологий и приоритетных направлений научно-технического прогресса 143 06 02 НИОКР 143 06 02 281 Проведение научно-исследовательских и опытно-конструкторских работ в рамках федеральных целевых программ 143 06 02 281 187 Другие НИОКР 143 06 02 281 216 Социальная политика 143 18 Миграционная политика 143 18 08 Прочие расходы (нужды) на федеральные целевые программы 143 18 08 516 Прочие учреждения и мероприятия в области социальной политики 143 18 08 516 323 Министерство труда и социального развития Российской Федерации 148 Государственное управление и местное самоуправление 148 01 Функционирование исполнительных органов государственной власти 148 01 03 Центральный аппарат 148 01 03 037 Денежное содержание аппарата 148 01 03 037 027 Расходы на содержание аппарата 148 01 03 037 029 Территориальные органы 148 01 03 038 Денежное содержание аппарата 148 01 03 038 027 Расходы на содержание аппарата 148 01 03 038 029 Прочие расходы на общегосударственное управление 148 01 05 Расходы на общегосударственное управление (не отнесенные к бюджетам других министерств и ведомств) 148 01 05 039 Прочие расходы, не отнесенные к другим видам расходов 148 01 05 039 397 Фундаментальные исследования и содействие научно-техническому прогрессу 148 06 Разработка перспективных технологий и приоритетных направлений научно-технического прогресса 148 06 02 НИОКР 148 06 02 281 Проведение научно-исследовательских и опытно-конструкторских работ в рамках федеральных целевых программ 148 06 02 281 187 Другие НИОКР 148 06 02 281 216 Образование 148 14 Дошкольное образование 148 14 01 Ведомственные расходы на дошкольное образование 148 14 01 400 Детские дошкольные учреждения 148 14 01 400 259 Общее образование 148 14 02 Ведомственные расходы на общее образование 148 14 02 401 Учреждения по внешкольной работе с детьми 148 14 02 401 264 Среднее профессиональное образование 148 14 04 Ведомственные расходы на среднее профессиональное образование 148 14 04 403 Средние специальные учебные заведения 148 14 04 403 268 Переподготовка и повышение квалификации 148 14 05 Ведомственные расходы на переподготовку и повышение квалификации 148 14 05 404 Институты повышения квалификации 148 14 05 404 269 Расходы на государственный заказ 148 14 05 404 274 Высшее профессиональное образование 148 14 06 Ведомственные расходы на высшее профессиональное образование 148 14 06 405 Высшие учебные заведения 148 14 06 405 271 Прочие расходы в области образования 148 14 07 Прочие ведомственные расходы в области образования 148 14 07 407 Прочие учреждения и мероприятия в области образования 148 14 07 407 272 Здравоохранение и физическая культура 148 17 Здравоохранение 148 17 01 Ведомственные расходы на здравоохранение 148 17 01 430 Больницы, родильные дома, клиники, госпитали 148 17 01 430 300 Прочие учреждения и мероприятия в области здравоохранения 148 17 01 430 310 Социальная политика 148 18 Учреждения социального обеспечения 148 18 01 Ведомственные расходы в области социального обеспечения 148 18 01 440 Дома-интернаты для престарелых и инвалидов 148 18 01 440 320 Учреждения по обучению инвалидов 148 18 01 440 321 Прочие учреждения и мероприятия в области социальной политики 148 18 01 440 323 Расходы на погашение кредиторской задолженности прошлых лет 148 18 01 440 462 Прочие ведомственные расходы в области социальной политики 148 18 01 445 Учреждения по обучению инвалидов 148 18 01 445 321 Прочие учреждения и мероприятия в области социальной политики 148 18 01 445 323 Социальная помощь 148 18 02 Выплаты пенсий и пособий другим категориям граждан 148 18 02 442 Пособия и социальная помощь 148 18 02 442 322 Выплаты пенсий и пособий 148 18 02 442 326 Компенсационные выплаты женщинам, имеющим детей в возрасте до трех лет, уволенным в связи с ликвидацией предприятий, учреждений и организаций 148 18 02 444 Пособия и социальная помощь 148 18 02 444 322 Прочие ведомственные расходы в области социальной политики 148 18 02 445 Финансирование мероприятий по организации оздоровительной кампании детей и подростков 148 18 02 445 319 Прочие мероприятия в области социальной политики 148 18 06 Ведомственные расходы в области социального обеспечения 148 18 06 440 Целевые дотации и субсидии 148 18 06 440 290 Прочие учреждения и мероприятия в области социальной политики 148 18 06 440 323 Расходы на изготовление и ремонт протезно- ортопедических изделий 148 18 06 440 327 Расходы на обеспечение инвалидов войны транспортными средствами или компенсация расходов на транспортное обслуживание вместо получения транспортного средства 148 18 06 440 328 Расходы на санаторно-курортное лечение участников войны и инвалидов 148 18 06 440 329 Расходы на оплату проезда ветеранов 148 18 06 440 333 Расходы на оплату установки и пользования телефоном ветеранам и инвалидам 148 18 06 440 334 Расходы на перевозку несовершеннолетних, самостоятельно ушедших из семей, детских домов, школ-интернатов, специальных учебно-воспитательных учреждений 148 18 06 456 Прочие учреждения и мероприятия в области социальной политики 148 18 06 456 323 Прочие расходы, не отнесенные к другим целевым статьям 148 18 06 515 Прочие учреждения и мероприятия в области социальной политики 148 18 06 515 323 Прочие расходы (нужды) на федеральные целевые программы 148 18 06 516 Прочие расходы, не отнесенные к другим видам расходов 148 18 06 516 397 Государственный комитет Российской Федерации по статистике 149 Государственное управление и местное самоуправление 149 01 Функционирование исполнительных органов государственной власти 149 01 03 Центральный аппарат 149 01 03 037 Денежное содержание аппарата 149 01 03 037 027 Расходы на содержание аппарата 149 01 03 037 029 Территориальные органы 149 01 03 038 Денежное содержание аппарата 149 01 03 038 027 Расходы на содержание аппарата 149 01 03 038 029 Прочие расходы на общегосударственное управление 149 01 05 Проведение статистических обследований и переписей 149 01 05 040 Прочие расходы, не отнесенные к другим видам расходов 149 01 05 040 397 Фундаментальные исследования и содействие научно-техническому прогрессу 149 06 Разработка перспективных технологий и приоритетных направлений научно-технического прогресса 149 06 02 НИОКР 149 06 02 281 Проведение научно-исследовательских и опытно-конструкторских работ в рамках федеральных целевых программ 149 06 02 281 187 Другие НИОКР 149 06 02 281 216 Образование 149 14 Общее образование 149 14 02 Ведомственные расходы на общее образование 149 14 02 401 Учреждения по внешкольной работе с детьми 149 14 02 401 264 Среднее профессиональное образование 149 14 04 Ведомственные расходы на среднее профессиональное образование 149 14 04 403 Средние специальные учебные заведения 149 14 04 403 268 Переподготовка и повышение квалификации 149 14 05 Ведомственные расходы на переподготовку и повышение квалификации 149 14 05 404 Институты повышения квалификации 149 14 05 404 269 Министерство Российской Федерации по делам Содружества Независимых Государств 150 Государственное управление и местное самоуправление 150 01 Функционирование исполнительных органов государственной власти 150 01 03 Центральный аппарат 150 01 03 037 Денежное содержание аппарата 150 01 03 037 027 Расходы на содержание аппарата 150 01 03 037 029 Государственный комитет Российской Федерации по делам Севера 151 Государственное управление и местное самоуправление 151 01 Функционирование исполнительных органов государственной власти 151 01 03 Центральный аппарат 151 01 03 037 Денежное содержание аппарата 151 01 03 037 027 Расходы на содержание аппарата 151 01 03 037 029 Территориальные органы 151 01 03 038 Денежное содержание аппарата 151 01 03 038 027 Расходы на содержание аппарата 151 01 03 038 029 Фундаментальные исследования и содействие научно-техническому прогрессу 151 06 Разработка перспективных технологий и приоритетных направлений научно-технического прогресса 151 06 02 НИОКР 151 06 02 281 Проведение научно-исследовательских и опытно-конструкторских работ в рамках федеральных целевых программ 151 06 02 281 187 Другие НИОКР 151 06 02 281 216 Социальная политика 151 18 Прочие мероприятия в области социальной политики 151 18 06 Прочие расходы (нужды) на федеральные целевые программы 151 18 06 516 Прочие расходы, не отнесенные к другим видам расходов 151 18 06 516 397 Государственный таможенный комитет Российской Федерации 152 Правоохранительная деятельность и обеспечение безопасности государства 152 05 Таможенные органы 152 05 07 Центральный аппарат 152 05 07 037 Денежное содержание аппарата 152 05 07 037 027 Содержание военных (специальных) образовательных учреждений 152 05 07 143 Военные (специальные) образовательные учреждения 152 05 07 143 074 Содержание и оснащение войск (органов, других формирований) 152 05 07 200 Обеспечение личного состава 152 05 07 200 060 Боевая подготовка и материально-техническое обеспечение войск 152 05 07 200 061 Содержание испытательных, научно- исследовательских и других учреждений 152 05 07 200 073 Ведомственные расходы на здравоохранение 152 05 07 430 Поликлиники, амбулатории, диагностические центры 152 05 07 430 301 Санатории и дома отдыха 152 05 07 430 308 Фундаментальные исследования и содействие научно-техническому прогрессу 152 06 Разработка перспективных технологий и приоритетных направлений научно-технического прогресса 152 06 02 НИОКР 152 06 02 281 Другие НИОКР 152 06 02 281 216 Социальная политика 152 18 Пенсии и пособия в правоохранительных органах 152 18 05 Выплаты пенсий и пособий в таможенных органах Российской Федерации 152 18 05 455 Выплаты пенсий и пособий 152 18 05 455 326 Министерство по делам Федерации и национальностей Российской Федерации 153 Государственное управление и местное самоуправление 153 01 Функционирование исполнительных органов государственной власти 153 01 03 Центральный аппарат 153 01 03 037 Денежное содержание аппарата 153 01 03 037 027 Расходы на содержание аппарата 153 01 03 037 029 Территориальные органы 153 01 03 038 Денежное содержание аппарата 153 01 03 038 027 Расходы на содержание аппарата 153 01 03 038 029 Фундаментальные исследования и содействие научно-техническому прогрессу 153 06 Разработка перспективных технологий и приоритетных направлений научно-технического прогресса 153 06 02 НИОКР 153 06 02 281 Другие НИОКР 153 06 02 281 216 Социальная политика 153 18 Прочие мероприятия в области социальной политики 153 18 06 Финансирование мероприятий по Основным направлениям социально-экономической поддержки обустройства российских немцев в России 153 18 06 450 Прочие учреждения и мероприятия в области социальной политики 153 18 06 450 323 Прочие расходы 153 30 Прочие расходы, не отнесенные к другим подразделам 153 30 04 Прочие расходы, не отнесенные к другим целевым статьям 153 30 04 515 Прочие расходы, не отнесенные к другим видам расходов 153 30 04 515 397 Федеральная архивная служба России 154 Государственное управление и местное самоуправление 154 01 Функционирование исполнительных органов государственной власти 154 01 03 Центральный аппарат 154 01 03 037 Денежное содержание аппарата 154 01 03 037 027 Расходы на содержание аппарата 154 01 03 037 029 Прочие расходы на общегосударственное управление 154 01 05 Государственная поддержка архивной службы 154 01 05 041 Содержание особо ценных объектов культурного наследия народов Российской Федерации 154 01 05 041 273 Прочие расходы, не отнесенные к другим видам расходов 154 01 05 041 397 Фундаментальные исследования и содействие научно-техническому прогрессу 154 06 Разработка перспективных технологий и приоритетных направлений научно-технического прогресса 154 06 02 НИОКР 154 06 02 281 Другие НИОКР 154 06 02 281 216 Расходы на погашение кредиторской задолженности прошлых лет 154 06 02 281 462 Прочие расходы 154 30 Прочие расходы, не отнесенные к другим подразделам 154 30 04 Прочие расходы, не отнесенные к другим целевым статьям 154 30 04 515 Прочие расходы, не отнесенные к другим видам расходов 154 30 04 515 397 Федеральная служба геодезии и картографии России 156 Государственное управление и местное самоуправление 156 01 Функционирование исполнительных органов государственной власти 156 01 03 Центральный аппарат 156 01 03 037 Денежное содержание аппарата 156 01 03 037 027 Расходы на содержание аппарата 156 01 03 037 029 Территориальные органы 156 01 03 038 Денежное содержание аппарата 156 01 03 038 027 Расходы на содержание аппарата 156 01 03 038 029 Фундаментальные исследования и содействие научно-техническому прогрессу 156 06 Разработка перспективных технологий и приоритетных направлений научно-технического прогресса 156 06 02 НИОКР 156 06 02 281 Проведение научно-исследовательских и опытно-конструкторских работ в рамках федеральных целевых программ 156 06 02 281 187 Другие НИОКР 156 06 02 281 216 Охрана окружающей природной среды и природных ресурсов, гидрометеорология, картография и геодезия 156 09 Картография и геодезия 156 09 05 Финансирование топографо-геодезических и картографических работ 156 09 05 364 Текущее содержание подведомственных структур 156 09 05 364 075 Образование 156 14 Среднее профессиональное образование 156 14 04 Ведомственные расходы на среднее профессиональное образование 156 14 04 403 Средние специальные учебные заведения 156 14 04 403 268 Федеральная служба России по гидрометеорологии и мониторингу окружающей среды 158 Государственное управление и местное самоуправление 158 01 Функционирование исполнительных органов государственной власти 158 01 03 Центральный аппарат 158 01 03 037 Денежное содержание аппарата 158 01 03 037 027 Расходы на содержание аппарата 158 01 03 037 029 Территориальные органы 158 01 03 038 Денежное содержание аппарата 158 01 03 038 027 Расходы на содержание аппарата 158 01 03 038 029 Фундаментальные исследования и содействие научно-техническому прогрессу 158 06 Разработка перспективных технологий и приоритетных направлений научно-технического прогресса 158 06 02 НИОКР 158 06 02 281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