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Испания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   от 08.10.2000 № 125-ФЗ</w:t>
      </w:r>
    </w:p>
    <w:p>
      <w:r>
        <w:t>О ратификации Договора между Российской Федерацией и Королевством Испания о передаче для отбывания наказания лиц, осужденных к лишению свободы РОССИЙСКАЯ ФЕДЕРАЦИЯ ФЕДЕРАЛЬНЫЙ ЗАКОН О ратификации Договора между Российской Федерацией и Королевством Испания о передаче для отбывания наказания лиц, осужденных к лишению свободы Принят Государственной Думой 22 сентября 2000 года Одобрен Советом Федерации 27 сентября 2000 года Ратифицировать Договор между Российской Федерацией и Королевством Испания о передаче для отбывания наказания лиц, осужденных к лишению свободы, подписанный в городе Москве 16 января 1998 года. Президент Российской Федерации В.Путин Москва, Кремль 8 октября 2000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