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Испания об оказании правовой помощи по уголовным делам</w:t>
      </w:r>
    </w:p>
    <w:p>
      <w:r>
        <w:rPr>
          <w:b/>
        </w:rPr>
        <w:t>Статья None. Федеральный закон   от 08.10.2000 № 127-ФЗ</w:t>
      </w:r>
    </w:p>
    <w:p>
      <w:r>
        <w:t>О ратификации Договора между Российской Федерацией и Королевством Испания об оказании правовой помощи по уголовным делам РОССИЙСКАЯ ФЕДЕРАЦИЯ ФЕДЕРАЛЬНЫЙ ЗАКОН О ратификации Договора между Российской Федерацией и Королевством Испания об оказании правовой помощи по уголовным делам Принят Государственной Думой 22 сентября 2000 года Одобрен Советом Федерации 27 сентября 2000 года Ратифицировать Договор между Российской Федерацией и Королевством Испания об оказании правовой помощи по уголовным делам, подписанный в городе Москве 25 марта 1996 года. Президент Российской Федерации В.Путин Москва, Кремль 8 октября 2000 года № 127-ФЗ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