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социальных гарантиях граждан Российской Федерации и Республики Казахстан, проживающих и/или работающих на комплексе "Байконур"</w:t>
      </w:r>
    </w:p>
    <w:p>
      <w:r>
        <w:rPr>
          <w:b/>
        </w:rPr>
        <w:t>Статья None. Федеральный закон   от 06.12.2000 № 144-ФЗ</w:t>
      </w:r>
    </w:p>
    <w:p>
      <w:r>
        <w:t>О ратификации Соглашения между Правительством Российской Федерации и Правительством Республики Казахстан о социальных гарантиях граждан Российской Федерации и Республики Казахстан, проживающих и/или работающих на комплексе "Байконур" РОССИЙСКАЯ ФЕДЕРАЦИЯ ФЕДЕРАЛЬНЫЙ ЗАКОН О ратификации Соглашения между Правительством Российской Федерации и Правительством Республики Казахстан о социальных гарантиях граждан Российской Федерации и Республики Казахстан, проживающих и/или работающих на комплексе "Байконур" Принят Государственной Думой 27 октября 2000 года Одобрен Советом Федерации 24 ноября 2000 года Ратифицировать Соглашение между Правительством Российской Федерации и Правительством Республики Казахстан о социальных гарантиях граждан Российской Федерации и Республики Казахстан, проживающих и/или работающих на комплексе "Байконур", подписанное в городе Алма-Ате 12 октября 1998 года. Президент Российской Федерации В.Путин Москва, Кремль 6 декабря 2000 года № 144-ФЗ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