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Корея о взаимной правовой помощи по уголовным делам</w:t>
      </w:r>
    </w:p>
    <w:p>
      <w:r>
        <w:rPr>
          <w:b/>
        </w:rPr>
        <w:t>Статья None. Федеральный закон   от 16.04.2001 № 41-ФЗ</w:t>
      </w:r>
    </w:p>
    <w:p>
      <w:r>
        <w:t>О ратификации Договора между Российской Федерацией и Республикой Корея о взаимной правовой помощи по уголовным делам РОССИЙСКАЯ ФЕДЕРАЦИЯ ФЕДЕРАЛЬНЫЙ ЗАКОН О ратификации Договора между Российской Федерацией и Республикой Корея о взаимной правовой помощи по уголовным делам Принят Государственной Думой 14 марта 2001 года Одобрен Советом Федерации 4 апреля 2001 года Ратифицировать Договор между Российской Федерацией и Республикой Корея о взаимной правовой помощи по уголовным делам, подписанный в городе Москве 28 мая 1999 года. Президент Российской Федерации В.Путин Москва, Кремль 16 апреля 2001 года №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