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о партнерских отношениях между Российской Федерацией и Федеративной Республикой Бразилией</w:t>
      </w:r>
    </w:p>
    <w:p>
      <w:r>
        <w:rPr>
          <w:b/>
        </w:rPr>
        <w:t>Статья None. Федеральный закон   от 18.06.2001 № 79-ФЗ</w:t>
      </w:r>
    </w:p>
    <w:p>
      <w:r>
        <w:t>О ратификации Договора о партнерских отношениях между Российской Федерацией и Федеративной Республикой Бразилией РОССИЙСКАЯ ФЕДЕРАЦИЯ ФЕДЕРАЛЬНЫЙ ЗАКОН О ратификации Договора о партнерских отношениях между Российской Федерацией и Федеративной Республикой Бразилией Принят Государственной Думой 23 мая 2001 года Одобрен Советом Федерации 6 июня 2001 года Ратифицировать Договор о партнерских отношениях между Российской Федерацией и Федеративной Республикой Бразилией, подписанный в городе Москве 22 июня 2000 года. Президент Российской Федерации В.Путин Москва, Кремль 18 июня 2001 года № 79-ФЗ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