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найме и трудоустройстве моряков (Конвенция № 179)</w:t>
      </w:r>
    </w:p>
    <w:p>
      <w:r>
        <w:rPr>
          <w:b/>
        </w:rPr>
        <w:t>Статья None. Федеральный закон   от 10.07.2001 № 88-ФЗ</w:t>
      </w:r>
    </w:p>
    <w:p>
      <w:r>
        <w:t>О ратификации Конвенции о найме и трудоустройстве моряков (Конвенция № 179) РОССИЙСКАЯ ФЕДЕРАЦИЯ ФЕДЕРАЛЬНЫЙ ЗАКОН О ратификации Конвенции о найме и трудоустройстве моряков (Конвенция № 179) Принят Государственной Думой 21 июня 2001 года Одобрен Советом Федерации 29 июня 2001 года Ратифицировать Конвенцию о найме и трудоустройстве моряков (Конвенция № 179), принятую 84-й сессией Генеральной конференции Международной организации труда в городе Женеве 22 октября 1996 года. Президент Российской Федерации В.Путин Москва, Кремль 10 июля 2001 года № 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