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Республики Беларусь, Правительством Республики Казахстан, Правительством Кыргызской Республики, Правительством Российской Федерации и Правительством Республики Таджикистан о взаимных безвизовых поездках граждан</w:t>
      </w:r>
    </w:p>
    <w:p>
      <w:r>
        <w:rPr>
          <w:b/>
        </w:rPr>
        <w:t>Статья None. Федеральный закон   от 07.08.2001 № 114-ФЗ</w:t>
      </w:r>
    </w:p>
    <w:p>
      <w:r>
        <w:t>О ратификации Соглашения между Правительством Республики Беларусь, Правительством Республики Казахстан, Правительством Кыргызской Республики, Правительством Российской Федерации и Правительством Республики Таджикистан о взаимных безвизовых поездках граждан РОССИЙСКАЯ ФЕДЕРАЦИЯ ФЕДЕРАЛЬНЫЙ ЗАКОН О ратификации Соглашения между Правительством Республики Беларусь, Правительством Республики Казахстан, Правительством Кыргызской Республики, Правительством Российской Федерации и Правительством Республики Таджикистан о взаимных безвизовых поездках граждан Принят Государственной Думой 4 июля 2001 года Одобрен Советом Федерации 20 июля 2001 года Ратифицировать Соглашение между Правительством Республики Беларусь, Правительством Республики Казахстан, Правительством Кыргызской Республики, Правительством Российской Федерации и Правительством Республики Таджикистан о взаимных безвизовых поездках граждан, подписанное в городе Минске 30 ноября 2000 года. Президент Российской Федерации В.Путин Москва, Кремль 7 августа 2001 года № 114-ФЗ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