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Армения по вопросам совместного планирования применения войск (сил) в интересах обеспечения совместной безопасности</w:t>
      </w:r>
    </w:p>
    <w:p>
      <w:r>
        <w:rPr>
          <w:b/>
        </w:rPr>
        <w:t>Статья None. Федеральный закон   от 18.12.2001 № 176-ФЗ</w:t>
      </w:r>
    </w:p>
    <w:p>
      <w:r>
        <w:t>О ратификации Соглашения между Российской Федерацией и Республикой Армения по вопросам совместного планирования применения войск (сил) в интересах обеспечения совместной безопасности РОССИЙСКАЯ ФЕДЕРАЦИЯ ФЕДЕРАЛЬНЫЙ ЗАКОН О ратификации Соглашения между Российской Федерацией и Республикой Армения по вопросам совместного планирования применения войск (сил) в интересах обеспечения совместной безопасности Принят Государственной Думой 21 ноября 2001 года Одобрен Советом Федерации 5 декабря 2001 года Ратифицировать Соглашение между Российской Федерацией и Республикой Армения по вопросам совместного планирования применения войск (сил) в интересах обеспечения совместной безопасности, подписанное в городе Сочи 27 сентября 2000 года. Президент Российской Федерации В.Путин Москва, Кремль 18 декабря 2001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