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взаимоотношений и принципах сотрудничества между Российской Федерацией и Исламской Республикой Иран</w:t>
      </w:r>
    </w:p>
    <w:p>
      <w:r>
        <w:rPr>
          <w:b/>
        </w:rPr>
        <w:t>Статья None. Федеральный закон   от 29.12.2001 № 191-ФЗ</w:t>
      </w:r>
    </w:p>
    <w:p>
      <w:r>
        <w:t>О ратификации Договора об основах взаимоотношений и принципах сотрудничества между Российской Федерацией и Исламской Республикой Иран РОССИЙСКАЯ ФЕДЕРАЦИЯ ФЕДЕРАЛЬНЫЙ ЗАКОН О ратификации Договора об основах взаимоотношений и принципах сотрудничества между Российской Федерацией и Исламской Республикой Иран Принят Государственной Думой 19 декабря 2001 года Одобрен Советом Федерации 26 декабря 2001 года Ратифицировать Договор об основах взаимоотношений и принципах сотрудничества между Российской Федерацией и Исламской Республикой Иран, подписанный в городе Москве 12 марта 2001 года. Президент Российской Федерации В.Путин Москва, Кремль 29 декабря 2001 года № 191-ФЗ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