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статью 4 Федерального закона "О порядке установления размеров стипендий и социальных выплат в Российской Федерации"</w:t>
      </w:r>
    </w:p>
    <w:p>
      <w:r>
        <w:rPr>
          <w:b/>
        </w:rPr>
        <w:t>Статья None. Федеральный закон   от 29.12.2001 № 189-ФЗ</w:t>
      </w:r>
    </w:p>
    <w:p>
      <w:r>
        <w:rPr>
          <w:b/>
        </w:rPr>
        <w:t xml:space="preserve">1. </w:t>
      </w:r>
      <w:r>
        <w:t>В пункте 3</w:t>
      </w:r>
    </w:p>
    <w:p>
      <w:r>
        <w:rPr>
          <w:b/>
        </w:rPr>
        <w:t xml:space="preserve">2. </w:t>
      </w:r>
      <w:r>
        <w:t>(Утратил силу - Федеральный закон от 30.12.2012 № 283-ФЗ )</w:t>
      </w:r>
    </w:p>
    <w:p>
      <w:r>
        <w:rPr>
          <w:b/>
        </w:rPr>
        <w:t xml:space="preserve">3. </w:t>
      </w:r>
      <w:r>
        <w:t>Пункты 18 - 22 считать соответственно пунктами 19 - 23</w:t>
      </w:r>
    </w:p>
    <w:p>
      <w:r>
        <w:rPr>
          <w:b/>
        </w:rPr>
        <w:t xml:space="preserve">4. </w:t>
      </w:r>
      <w:r>
        <w:t>Дополнить пунктом 24 следующего содержания: "24. В Федеральном законе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 (Собрание законодательства Российской Федерации, 1998, № 48, ст. 5850)</w:t>
      </w:r>
    </w:p>
    <w:p>
      <w:r>
        <w:rPr>
          <w:b/>
        </w:rPr>
        <w:t xml:space="preserve">1. </w:t>
      </w:r>
      <w:r>
        <w:t>подпункт 6 дополнить абзацами следующего содержания: "в пункте 4: в абзаце пятом слова "в двукратном размере установленного законом минимального размера оплаты труда" заменить словами "в размере 200 рублей";"</w:t>
      </w:r>
    </w:p>
    <w:p>
      <w:r>
        <w:rPr>
          <w:b/>
        </w:rPr>
        <w:t xml:space="preserve">1. </w:t>
      </w:r>
      <w:r>
        <w:t>подпункт 8 дополнить новым абзацем девятым следующего содержания: "последнее предложение части третьей исключить;"; абзац девятый считать абзацем десятым</w:t>
      </w:r>
    </w:p>
    <w:p>
      <w:r>
        <w:rPr>
          <w:b/>
        </w:rPr>
        <w:t xml:space="preserve">4. </w:t>
      </w:r>
      <w:r>
        <w:t>в статье 8 слова "в размере двукратного установленного федеральным законом минимального размера оплаты труда" заменить словами "в размере 200 рублей"</w:t>
      </w:r>
    </w:p>
    <w:p>
      <w:r>
        <w:rPr>
          <w:b/>
        </w:rPr>
        <w:t xml:space="preserve">4. </w:t>
      </w:r>
      <w:r>
        <w:t>в статье 9 слова "в размере установленного федеральным законом минимального размера оплаты труда" заменить словами "в размере 100 рублей".". Президент Российской Федерации В.Путин Москва, Кремль 29 декабря 2001 года № 189-ФЗ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