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добрососедстве, дружбе и сотрудничестве между Российской Федерацией и Китайской Народной Республикой</w:t>
      </w:r>
    </w:p>
    <w:p>
      <w:r>
        <w:rPr>
          <w:b/>
        </w:rPr>
        <w:t>Статья None. Федеральный закон   от 25.01.2002 № 9-ФЗ</w:t>
      </w:r>
    </w:p>
    <w:p>
      <w:r>
        <w:t>О ратификации Договора о добрососедстве, дружбе и сотрудничестве между Российской Федерацией и Китайской Народной Республикой РОССИЙСКАЯ ФЕДЕРАЦИЯ ФЕДЕРАЛЬНЫЙ ЗАКОН О ратификации Договора о добрососедстве, дружбе и сотрудничестве между Российской Федерацией и Китайской Народной Республикой Принят Государственной Думой 26 декабря 2001 года Одобрен Советом Федерации 16 января 2002 года Ратифицировать Договор о добрососедстве, дружбе и сотрудничестве между Российской Федерацией и Китайской Народной Республикой, подписанный в городе Москве 16 июля 2001 года. Президент Российской Федерации В.Путин Москва, Кремль 25 января 2002 года № 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