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по вопросам юрисдикции и взаимной правовой помощи по делам, связанным с пребыванием воинских формирований Вооруженных Сил Российской Федерации на территории Республики Таджикистан</w:t>
      </w:r>
    </w:p>
    <w:p>
      <w:r>
        <w:rPr>
          <w:b/>
        </w:rPr>
        <w:t>Статья None. Федеральный закон   от 30.01.2002 № 14-ФЗ</w:t>
      </w:r>
    </w:p>
    <w:p>
      <w:r>
        <w:t>О ратификации Соглашения между Российской Федерацией и Республикой Таджикистан по вопросам юрисдикции и взаимной правовой помощи по делам, связанным с пребыванием воинских формирований Вооруженных Сил Российской Федерации на территории Республики Таджикистан РОССИЙСКАЯ ФЕДЕРАЦИЯ ФЕДЕРАЛЬНЫЙ ЗАКОН О ратификации Соглашения между Российской Федерацией и Республикой Таджикистан по вопросам юрисдикции и взаимной правовой помощи по делам, связанным с пребыванием воинских формирований Вооруженных Сил Российской Федерации на территории Республики Таджикистан Принят Государственной Думой 26 декабря 2001 года Одобрен Советом Федерации 16 января 2002 года Ратифицировать Соглашение между Российской Федерацией и Республикой Таджикистан по вопросам юрисдикции и взаимной правовой помощи по делам, связанным с пребыванием воинских формирований Вооруженных Сил Российской Федерации на территории Республики Таджикистан, подписанное в городе Москве 21 января 1997 года. Президент Российской Федерации В.Путин Москва, Кремль 30 января 2002 года № 14-ФЗ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