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Казахстан о сотрудничестве в охране внешних границ</w:t>
      </w:r>
    </w:p>
    <w:p>
      <w:r>
        <w:rPr>
          <w:b/>
        </w:rPr>
        <w:t>Статья None. Федеральный закон   от 30.01.2002 № 12-ФЗ</w:t>
      </w:r>
    </w:p>
    <w:p>
      <w:r>
        <w:t>О ратификации Договора между Российской Федерацией и Республикой Казахстан о сотрудничестве в охране внешних границ РОССИЙСКАЯ ФЕДЕРАЦИЯ ФЕДЕРАЛЬНЫЙ ЗАКОН О ратификации Договора между Российской Федерацией и Республикой Казахстан о сотрудничестве в охране внешних границ Принят Государственной Думой 26 декабря 2001 года Одобрен Советом Федерации 16 января 2002 года Ратифицировать Договор между Российской Федерацией и Республикой Казахстан о сотрудничестве в охране внешних границ, подписанный в городе Москве 21 октября 1994 года. Президент Российской Федерации В.Путин Москва, Кремль 30 января 2002 года № 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