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Арабской Республикой Египет о взаимной правовой помощи и правовых отношениях по гражданским, коммерческим и семейным делам</w:t>
      </w:r>
    </w:p>
    <w:p>
      <w:r>
        <w:rPr>
          <w:b/>
        </w:rPr>
        <w:t>Статья None. Федеральный закон   от 11.06.2002 № 64-ФЗ</w:t>
      </w:r>
    </w:p>
    <w:p>
      <w:r>
        <w:t>О ратификации Договора между Российской Федерацией и Арабской Республикой Египет о взаимной правовой помощи и правовых отношениях по гражданским, коммерческим и семейным делам РОССИЙСКАЯ ФЕДЕРАЦИЯ ФЕДЕРАЛЬНЫЙ ЗАКОН О ратификации Договора между Российской Федерацией и Арабской Республикой Египет о взаимной правовой помощи и правовых отношениях по гражданским, коммерческим и семейным делам Принят Государственной Думой 22 мая 2002 года Одобрен Советом Федерации 29 мая 2002 года Ратифицировать Договор между Российской Федерацией и Арабской Республикой Египет о взаимной правовой помощи и правовых отношениях по гражданским, коммерческим и семейным делам, подписанный в городе Москве 23 сентября 1997 года. Президент Российской Федерации В.Путин Москва, Кремль 11 июня 2002 года № 64-ФЗ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