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основных гарантиях избирательных прав и права на участие в референдуме граждан Российской Федерации</w:t>
      </w:r>
    </w:p>
    <w:p>
      <w:pPr>
        <w:pStyle w:val="Heading3"/>
      </w:pPr>
      <w:r>
        <w:t>Общие положения</w:t>
      </w:r>
    </w:p>
    <w:p>
      <w:r>
        <w:rPr>
          <w:b/>
        </w:rPr>
        <w:t>Статья 1. Пределы действия настоящего Федерального закона</w:t>
      </w:r>
    </w:p>
    <w:p>
      <w:r>
        <w:rPr>
          <w:b/>
        </w:rPr>
        <w:t xml:space="preserve">1. </w:t>
      </w:r>
      <w:r>
        <w:t>Настоящим Федеральным законом определяются основные гарантии реализации гражданами Российской Федерации конституционного права на участие в выборах и референдумах, проводимых на территории Российской Федерации в соответствии с Конституцией Российской Федерации, федеральными законами, конституциями (уставами), законами субъектов Российской Федерации, уставами муниципальных образований</w:t>
      </w:r>
    </w:p>
    <w:p>
      <w:r>
        <w:rPr>
          <w:b/>
        </w:rPr>
        <w:t xml:space="preserve">2. </w:t>
      </w:r>
      <w:r>
        <w:t>Настоящий Федеральный закон имеет прямое действие и применяется на всей территории Российской Федерации</w:t>
      </w:r>
    </w:p>
    <w:p>
      <w:r>
        <w:rPr>
          <w:b/>
        </w:rPr>
        <w:t xml:space="preserve">3. </w:t>
      </w:r>
      <w:r>
        <w:t>Федеральными конституционными законами, иными федеральными законами, законами субъектов Российской Федерации могут устанавливаться гарантии избирательных прав и права на участие в референдуме граждан Российской Федерации, дополняющие гарантии, установленные настоящим Федеральным законом</w:t>
      </w:r>
    </w:p>
    <w:p>
      <w:r>
        <w:rPr>
          <w:b/>
        </w:rPr>
        <w:t xml:space="preserve">4. </w:t>
      </w:r>
      <w:r>
        <w:t>Отношения, связанные с назначением, подготовкой и проведением референдума Российской Федерации, регулируются Конституцией Российской Федерации, Федеральным конституционным законом "О референдуме Российской Федерации" и настоящим Федеральным законом</w:t>
      </w:r>
    </w:p>
    <w:p>
      <w:r>
        <w:rPr>
          <w:b/>
        </w:rPr>
        <w:t xml:space="preserve">5. </w:t>
      </w:r>
      <w:r>
        <w:t>Основные гарантии избирательных прав и права на участие в референдуме граждан Российской Федерации, установленные настоящим Федеральным законом, а также дополнительные гарантии, устанавливаемые иным законом, могут быть изменены не иначе как путем внесения изменений в соответствующие законы. (В редакции Федерального закона от 21.07.2005 № 93-ФЗ)</w:t>
      </w:r>
    </w:p>
    <w:p>
      <w:r>
        <w:rPr>
          <w:b/>
        </w:rPr>
        <w:t xml:space="preserve">6. </w:t>
      </w:r>
      <w:r>
        <w:t>Федеральные законы, конституции (уставы), законы субъектов Российской Федерации, иные нормативные правовые акты о выборах и референдумах, принимаемые в Российской Федерации, не должны противоречить настоящему Федеральному закону. Если федеральный закон, конституция (устав), закон субъекта Российской Федерации, иной нормативный правовой акт о выборах и (или) референдуме противоречат настоящему Федеральному закону, применяются нормы настоящего Федерального закона</w:t>
      </w:r>
    </w:p>
    <w:p>
      <w:r>
        <w:rPr>
          <w:b/>
        </w:rPr>
        <w:t>Статья 2. Основные термины и понятия</w:t>
      </w:r>
    </w:p>
    <w:p>
      <w:r>
        <w:t>Для целей настоящего Федерального закона применяемые термины и понятия означают</w:t>
      </w:r>
    </w:p>
    <w:p>
      <w:r>
        <w:t>агитационные материалы - печатные, аудиовизуальные и иные материалы, содержащие признаки предвыборной агитации, агитации по вопросам референдума и предназначенные для массового распространения, обнародования в период избирательной кампании, кампании референдума</w:t>
      </w:r>
    </w:p>
    <w:p>
      <w:r>
        <w:t>агитационный период - период, в течение которого разрешается проводить предвыборную агитацию, агитацию по вопросам референдума</w:t>
      </w:r>
    </w:p>
    <w:p>
      <w:r>
        <w:t>агитация по вопросам референдума - деятельность, осуществляемая в период кампании референдума и имеющая целью побудить или побуждающая участников референдума поддержать инициативу проведения референдума либо отказаться от такой поддержки, голосовать либо отказаться от голосования на референдуме, поддержать либо отвергнуть вынесенный на референдум вопрос</w:t>
      </w:r>
    </w:p>
    <w:p>
      <w:r>
        <w:t>агитация предвыборная (предвыборная агитация) - деятельность, осуществляемая в период избирательной кампании и имеющая целью побудить или побуждающая избирателей к голосованию за кандидата, кандидатов, список, списки кандидатов или против него (них); (В редакции Федерального закона от 21.07.2005 № 93-ФЗ) 5) адрес места жительства - адрес (наименование субъекта Российской Федерации, района, города, иного населенного пункта, улицы, номера дома и квартиры), по которому гражданин Российской Федерации зарегистрирован по месту жительства в органах регистрационного учета граждан по месту пребывания и по месту жительства в пределах Российской Федерации</w:t>
      </w:r>
    </w:p>
    <w:p>
      <w:r>
        <w:t>бюллетень - избирательный бюллетень, бюллетень для голосования на референдуме</w:t>
      </w:r>
    </w:p>
    <w:p>
      <w:r>
        <w:t>вопрос (вопросы) референдума - вопрос (вопросы), проект закона, иного нормативного правового акта, по которым предлагается провести или проводится референдум</w:t>
      </w:r>
    </w:p>
    <w:p>
      <w:r>
        <w:t>выборное должностное лицо - Президент Российской Федерации, высшее должностное лицо субъекта Российской Федерации, а также избираемый непосредственно гражданами Российской Федерации, проживающими на территории муниципального образования, глава муниципального образования; (В редакции федеральных законов от 11.12.2004 № 159-ФЗ, от 02.05.2012 № 40-ФЗ, от 14.03.2022 № 60-ФЗ) 9) выборы - форма прямого волеизъявления граждан, осуществляемого в соответствии с Конституцией Российской Федерации, федеральными законами, конституциями (уставами), законами субъектов Российской Федерации, уставами муниципальных образований в целях формирования органа государственной власти, органа местного самоуправления или наделения полномочиями должностного лица</w:t>
      </w:r>
    </w:p>
    <w:p>
      <w:r>
        <w:t>выдвижение кандидата - самовыдвижение кандидата, инициатива избирательного объединения в определении кандидата в выборный орган, на выборную государственную или муниципальную должность; (В редакции Федерального закона от 21.07.2005 № 93-ФЗ) 11) гарантии избирательных прав и права на участие в референдуме - установленные Конституцией Российской Федерации, законом, иным нормативным правовым актом условия, правила и процедуры, обеспечивающие реализацию избирательных прав и права на участие в референдуме граждан Российской Федерации</w:t>
      </w:r>
    </w:p>
    <w:p>
      <w:r>
        <w:t>ГАС "Выборы" - Государственная автоматизированная система Российской Федерации "Выборы"; (В редакции Федерального закона от 21.07.2005 № 93-ФЗ) 121) государственная система регистрации (учета) избирателей, участников референдума - комплекс обеспечивающих гарантии и реализацию избирательных прав и права на участие в референдуме граждан Российской Федерации мер по сбору, систематизации и использованию сведений об избирателях, участниках референдума; (Дополнение подпунктом - Федеральный закон от 21.07.2005 № 93-ФЗ) 13) депутат - лицо, избранное избирателями соответствующего избирательного округа в представительный орган государственной власти или в представительный орган муниципального образования на основе всеобщего равного и прямого избирательного права при тайном голосовании; (В редакции Федерального закона от 21.07.2005 № 93-ФЗ) 14) добровольное пожертвование гражданина - безвозмездное внесение гражданином Российской Федерации собственных денежных средств на специальный избирательный счет кандидата, избирательного объединения, специальный счет референдума; (В редакции Федерального закона от 21.07.2005 № 93-ФЗ) 15) добровольное пожертвование юридического лица - безвозмездное перечисление юридическим лицом денежных средств со своего расчетного счета на специальный избирательный счет кандидата, избирательного объединения, специальный счет референдума; (В редакции Федерального закона от 21.07.2005 № 93-ФЗ) 16) документ, заменяющий паспорт гражданина, - документ, удостоверяющий личность гражданина, выданный уполномоченным государственным органом. На территории Российской Федерации для граждан Российской Федерации такими документами являются: военный билет, временное удостоверение, выдаваемое взамен военного билета, или удостоверение личности (для лиц, которые проходят военную службу); 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 (В редакции Федерального закона от 23.07.2008 № 160-ФЗ) документ, удостоверяющий личность гражданина Российской Федерации, по которому гражданин Российской Федерации осуществляет въезд в Российскую Федерацию в соответствии с федеральным законом, регулирующим порядок выезда из Российской Федерации и въезда в Российскую Федерацию (для лиц, постоянно проживающих за пределами территории Российской Федерации); абзац; (Утратил силу - Федеральный закон от 30.12.2008 № 322-ФЗ) справка установленной формы, выдаваемая гражданам Российской Федерации, находящимся в местах содержания под стражей подозреваемых и обвиняемых, в порядке, утверждаемом уполномоченным федеральным органом исполнительной власти. (В редакции Федерального закона от 23.07.2008 № 160-ФЗ) Для иностранных граждан, указанных в пункте 10 статьи 4 настоящего Федерального закона, - документ, удостоверяющий право иностранного гражданина на постоянное проживание в Российской Федерации в соответствии с федеральным законом, регулирующим правовое положение иностранных граждан в Российской Федерации. За пределами территории Российской Федерации документами, заменяющими паспорт гражданина Российской Федерации, являются документы, удостоверяющие личность гражданина Российской Федерации, по которым граждане Российской Федерации осуществляют въезд в Российскую Федерацию, а также иные документы, по которым граждане Российской Федерации вправе пребывать на территории иностранного государства в соответствии с международным договором Российской Федерации</w:t>
      </w:r>
    </w:p>
    <w:p>
      <w:r>
        <w:t>закон - федеральный конституционный закон, федеральный закон, закон субъекта Российской Федерации</w:t>
      </w:r>
    </w:p>
    <w:p>
      <w:r>
        <w:t>избиратель - гражданин Российской Федерации, обладающий активным избирательным правом</w:t>
      </w:r>
    </w:p>
    <w:p>
      <w:r>
        <w:t>избирательная кампания - деятельность по подготовке и проведению выборов, осуществляемая в период со дня официального опубликования (публикации) решения уполномоченного на то должностного лица, государственного органа, органа местного самоуправления о назначении выборов до дня представления избирательной комиссией, организующей выборы, отчета о расходовании средств соответствующего бюджета, выделенных на подготовку и проведение выборов; (В редакции Федерального закона от 21.07.2005 № 93-ФЗ) 20) избирательная кампания кандидата, избирательного объединения - деятельность, направленная на достижение определенного результата на выборах и осуществляемая в период со дня выдвижения кандидата, списка кандидатов до дня представления итогового финансового отчета кандидатом, избирательным объединением, а также уполномоченными ими лицами; (В редакции Федерального закона от 21.07.2005 № 93-ФЗ) 21) избирательная комиссия - коллегиальный орган, формируемый в порядке и сроки, которые установлены законом, организующий и обеспечивающий подготовку и проведение выборов</w:t>
      </w:r>
    </w:p>
    <w:p>
      <w:r>
        <w:t>избирательная комиссия вышестоящая (вышестоящая избирательная комиссия) - определенная в качестве таковой законом избирательная комиссия, организующая и обеспечивающая подготовку и проведение выборов, по отношению к иным избирательным комиссиям, организующим и обеспечивающим подготовку и проведение этих же выборов</w:t>
      </w:r>
    </w:p>
    <w:p>
      <w:r>
        <w:t>избирательная комиссия нижестоящая (нижестоящая избирательная комиссия) - определенная в качестве таковой законом избирательная комиссия, организующая и обеспечивающая подготовку и проведение выборов, по отношению к иным избирательным комиссиям, организующим и обеспечивающим подготовку и проведение этих же выборов</w:t>
      </w:r>
    </w:p>
    <w:p>
      <w:r>
        <w:t>избирательная комиссия, организующая выборы (организующая выборы избирательная комиссия), - избирательная комиссия, на которую законом возложено руководство деятельностью всех избирательных комиссий по подготовке и проведению соответствующих выборов</w:t>
      </w:r>
    </w:p>
    <w:p>
      <w:r>
        <w:t>избирательное объединение - политическая партия, имеющая в соответствии с федеральным законом право участвовать в выборах, а также региональное отделение или иное структурное подразделение политической партии, имеющие в соответствии с федеральным законом право участвовать в выборах соответствующего уровня. При проведении выборов депутатов представительных органов муниципальных образований по одномандатным и (или) многомандатным избирательным округам, глав муниципальных образований избирательным объединением является также иное общественное объединение, устав которого предусматривает участие в выборах и которое создано в форме общественной организации либо общественного движения и зарегистрировано в соответствии с законом на уровне, соответствующем уровню выборов, или на более высоком уровне, или соответствующее структурное подразделение указанного общественного объединения. При этом указанное общественное объединение либо внесенные в его устав изменения и дополнения, предусматривающие участие в выборах, должны быть зарегистрированы не позднее чем за один год до дня голосования, а в случае назначения выборов в орган местного самоуправления в связи с досрочным прекращением его полномочий - не позднее чем за шесть месяцев до дня голосования. Указанные сроки не распространяются на иные изменения и дополнения, вносимые в устав общественного объединения; (В редакции Федерального закона от 05.04.2009 № 42-ФЗ) 26) избирательное право активное (активное избирательное право) - право граждан Российской Федерации избирать в органы государственной власти и органы местного самоуправления</w:t>
      </w:r>
    </w:p>
    <w:p>
      <w:r>
        <w:t>избирательное право пассивное (пассивное избирательное право) - право граждан Российской Федерации быть избранными в органы государственной власти и органы местного самоуправления</w:t>
      </w:r>
    </w:p>
    <w:p>
      <w:r>
        <w:t>избирательные права граждан - конституционное право граждан Российской Федерации избирать и быть избранными в органы государственной власти и органы местного самоуправления, а также право участвовать в выдвижении кандидатов, списков кандидатов, в предвыборной агитации, в наблюдении за проведением выборов, работой избирательных комиссий, включая установление итогов голосования и определение результатов выборов, в других избирательных действиях в порядке, установленном Конституцией Российской Федерации, настоящим Федеральным законом, иными федеральными законами, конституциями (уставами), законами субъектов Российской Федерации</w:t>
      </w:r>
    </w:p>
    <w:p>
      <w:r>
        <w:t>(Подпункт утратил силу - Федеральный закон от 21.07.2005 № 93-ФЗ) 30) избирательный округ - территория, которая образована (определена) в соответствии с законом и от которой непосредственно гражданами Российской Федерации избираются депутат (депутаты), выборное должностное лицо (выборные должностные лица)</w:t>
      </w:r>
    </w:p>
    <w:p>
      <w:r>
        <w:t>избирательный округ единый (единый избирательный округ) - избирательный округ, включающий в себя всю территорию, на которой проводятся выборы</w:t>
      </w:r>
    </w:p>
    <w:p>
      <w:r>
        <w:t>избирательный округ многомандатный (многомандатный избирательный округ) - избирательный округ, в котором избираются несколько депутатов и в котором за каждого из них избиратели голосуют персонально</w:t>
      </w:r>
    </w:p>
    <w:p>
      <w:r>
        <w:t>избирательный округ одномандатный (одномандатный избирательный округ) - избирательный округ, в котором избирается один депутат</w:t>
      </w:r>
    </w:p>
    <w:p>
      <w:r>
        <w:t>кампания референдума - деятельность по подготовке и проведению референдума, осуществляемая в период со дня регистрации инициативной группы по проведению референдума до дня представления комиссией референдума, организующей референдум, отчета о расходовании средств соответствующего бюджета, выделенных на подготовку и проведение референдума, либо до дня отказа в проведении референдума</w:t>
      </w:r>
    </w:p>
    <w:p>
      <w:r>
        <w:t>кандидат - лицо, выдвинутое в установленном настоящим Федеральным законом, иным законом порядке в качестве претендента на замещаемую посредством прямых выборов должность или на членство в органе (палате органа) государственной власти или органе местного самоуправления либо зарегистрированное соответствующей избирательной комиссией в качестве кандидата</w:t>
      </w:r>
    </w:p>
    <w:p>
      <w:r>
        <w:t>кандидат, аффилированный с иностранным агентом, - кандидат, который не является иностранным агентом и который в период, составляющий два года до дня официального опубликования (публикации) решения о назначении выборов, и (или) в период избирательной кампании на соответствующих выборах: входит (входил) в состав органов юридического лица - иностранного агента и (или) является (являлся) его учредителем, членом, участником, руководителем либо работником; входит (входил) в состав органов незарегистрированного общественного объединения, иного объединения лиц, иностранной структуры без образования юридического лица - иностранных агентов и (или) является (являлся) их учредителем, членом, участником, руководителем; осуществляет (осуществлял) политическую деятельность и получает (получал) денежные средства и (или) иное имущество от иностранных агентов, в том числе через посредников, для осуществления политической деятельности; (Дополнение подпунктом - Федеральный закон от 20.04.2021 № 91-ФЗ) (В редакции Федерального закона от 05.12.2022 № 498-ФЗ) 352) кандидат, являющийся иностранным агентом, - кандидат, являющийся физическим лицом, которое включено в реестр иностранных агентов; (Дополнение подпунктом - Федеральный закон от 20.04.2021 № 91-ФЗ) (В редакции Федерального закона от 05.12.2022 № 498-ФЗ) 36) кандидат зарегистрированный (зарегистрированный кандидат) - лицо, зарегистрированное соответствующей избирательной комиссией в качестве кандидата</w:t>
      </w:r>
    </w:p>
    <w:p>
      <w:r>
        <w:t>комиссия - избирательная комиссия, комиссия референдума</w:t>
      </w:r>
    </w:p>
    <w:p>
      <w:r>
        <w:t>комиссия референдума - коллегиальный орган, формируемый в порядке и сроки, которые установлены законом, организующий и обеспечивающий подготовку и проведение референдума</w:t>
      </w:r>
    </w:p>
    <w:p>
      <w:r>
        <w:t>комиссия референдума вышестоящая (вышестоящая комиссия референдума) - определенная в качестве таковой законом, уставом муниципального образования комиссия референдума, организующая и обеспечивающая подготовку и проведение референдума, по отношению к иным комиссиям референдума, организующим и обеспечивающим подготовку и проведение этого же референдума</w:t>
      </w:r>
    </w:p>
    <w:p>
      <w:r>
        <w:t>комиссия референдума нижестоящая (нижестоящая комиссия референдума) - определенная в качестве таковой законом, уставом муниципального образования комиссия референдума, организующая и обеспечивающая подготовку и проведение референдума, по отношению к иным комиссиям референдума, организующим и обеспечивающим подготовку и проведение этого же референдума</w:t>
      </w:r>
    </w:p>
    <w:p>
      <w:r>
        <w:t>комиссия референдума, организующая референдум (организующая референдум комиссия референдума), - комиссия референдума, на которую законом, уставом муниципального образования возложено руководство деятельностью всех комиссий референдума по подготовке и проведению соответствующего референдума</w:t>
      </w:r>
    </w:p>
    <w:p>
      <w:r>
        <w:t>комплекс для электронного голосования - программно-техническое средство, которое предоставляется избирателям, участникам референдума для проведения электронного голосования и с помощью которого обеспечиваются сохранение данных о волеизъявлении избирателей, участников референдума, их передача для установления итогов голосования или автоматизированный подсчет голосов избирателей, участников референдума, установление итогов голосования и составление протокола участковой комиссии об итогах голосования; (Дополнение подпунктом - Федеральный закон от 21.07.2005 № 93-ФЗ) (В редакции Федерального закона от 23.05.2025 № 115-ФЗ) 42) наблюдатель - гражданин Российской Федерации, уполномоченный осуществлять наблюдение за проведением голосования, подсчетом голосов и иной деятельностью комиссии в период проведения голосования, установления его итогов, определения результатов выборов, референдума, включая деятельность комиссии по проверке правильности установления итогов голосования и определения результатов выборов, референдума</w:t>
      </w:r>
    </w:p>
    <w:p>
      <w:r>
        <w:t>наблюдатель иностранный (международный) (иностранный (международный) наблюдатель) - представитель иностранной или международной организации, наделенный правом осуществлять в порядке, установленном Федеральным конституционным законом "О референдуме Российской Федерации", федеральным законом, наблюдение за подготовкой и проведением выборов в федеральные органы государственной власти и референдума Российской Федерации; (В редакции Федерального закона от 15.05.2024 № 99-ФЗ) 44) (Подпункт утратил силу - Федеральный закон от 23.07.2011 № 259-ФЗ) 45) (Подпункт утратил силу - Федеральный закон от 23.07.2011 № 259-ФЗ) 46) организации, осуществляющие выпуск средств массовой информации, - организации, осуществляющие теле- и (или) радиовещание, и редакции периодических печатных изданий</w:t>
      </w:r>
    </w:p>
    <w:p>
      <w:r>
        <w:t>органы государственной власти субъектов Российской Федерации - законодательные органы субъектов Российской Федерации и высшие должностные лица субъектов Российской Федерации, избираемые непосредственно гражданами Российской Федерации в соответствии с Конституцией Российской Федерации, настоящим Федеральным законом, иными федеральными законами, конституциями (уставами), законами субъектов Российской Федерации, а также иные органы государственной власти субъектов Российской Федерации, предусмотренные конституциями (уставами) субъектов Российской Федерации; (В редакции федеральных законов от 02.05.2012 № 40-ФЗ, от 14.03.2022 № 60-ФЗ) 48) органы государственной власти федеральные (федеральные органы государственной власти) - Президент Российской Федерации, Государственная Дума Федерального Собрания Российской Федерации, иные федеральные органы государственной власти, предусмотренные Конституцией Российской Федерации и избираемые непосредственно гражданами Российской Федерации в соответствии с Конституцией Российской Федерации, федеральными законами</w:t>
      </w:r>
    </w:p>
    <w:p>
      <w:r>
        <w:t>органы местного самоуправления - избираемые непосредственно населением муниципального образования и (или) образуемые представительным органом муниципального образования в соответствии с Конституцией Российской Федерации, настоящим Федеральным законом, иными федеральными законами, уставами муниципальных образований органы, наделенные собственными полномочиями по решению вопросов местного значения; (В редакции Федерального закона от 22.08.2004 № 122-ФЗ) 50) (Подпункт утратил силу - Федеральный закон от 29.05.2023 № 184-ФЗ) 51) право на участие в референдуме - конституционное право граждан Российской Федерации голосовать по вопросам референдума, а также участвовать в других действиях по подготовке и проведению референдума</w:t>
      </w:r>
    </w:p>
    <w:p>
      <w:r>
        <w:t>представитель средства массовой информации - лицо, имеющее редакционное удостоверение или иной документ, удостоверяющий его полномочия представителя организации, осуществляющей выпуск средств массовой информации</w:t>
      </w:r>
    </w:p>
    <w:p>
      <w:r>
        <w:t>регистр избирателей, участников референдума - информационный ресурс ГАС "Выборы", содержащий совокупность персональных данных об избирателях, участниках референдума; (Дополнение подпунктом - Федеральный закон от 21.07.2005 № 93-ФЗ) 53) референдум - форма прямого волеизъявления граждан Российской Федерации по наиболее важным вопросам государственного и местного значения в целях принятия решений, осуществляемого посредством голосования граждан Российской Федерации, обладающих правом на участие в референдуме</w:t>
      </w:r>
    </w:p>
    <w:p>
      <w:r>
        <w:t>референдум местный (местный референдум) - референдум, проводимый в соответствии с Конституцией Российской Федерации, настоящим Федеральным законом, иными федеральными законами, конституцией (уставом), законом субъекта Российской Федерации, уставом муниципального образования среди обладающих правом на участие в референдуме граждан Российской Федерации, место жительства которых расположено в границах муниципального образования</w:t>
      </w:r>
    </w:p>
    <w:p>
      <w:r>
        <w:t>референдум Российской Федерации - референдум, проводимый в соответствии с Конституцией Российской Федерации, Федеральным конституционным законом "О референдуме Российской Федерации", настоящим Федеральным законом среди обладающих правом на участие в референдуме граждан Российской Федерации, место жительства которых расположено на территории Российской Федерации, а также граждан Российской Федерации, проживающих или находящихся за пределами территории Российской Федерации</w:t>
      </w:r>
    </w:p>
    <w:p>
      <w:r>
        <w:t>референдум субъекта Российской Федерации - референдум, проводимый в соответствии с Конституцией Российской Федерации, настоящим Федеральным законом, иными федеральными законами, конституцией (уставом), законом субъекта Российской Федерации среди обладающих правом на участие в референдуме граждан Российской Федерации, место жительства которых расположено на территории субъекта Российской Федерации</w:t>
      </w:r>
    </w:p>
    <w:p>
      <w:r>
        <w:t>род занятий - документально подтвержденные деятельность лица, приносящая ему доход, а также статус неработающего лица (пенсионер, безработный, учащийся (с указанием наименования учебного заведения), домохозяйка, временно неработающий). Лицо, поставленное на учет как плательщик налога на профессиональный доход, вправе указать в качестве своего рода занятий, что оно является самозанятым, за исключением случая, если указанное лицо зарегистрировано в качестве индивидуального предпринимателя; (В редакции Федерального закона от 29.12.2025 № 546-ФЗ) 58)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кандидат,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(В редакции федеральных законов от 21.02.2014 № 19-ФЗ; от 09.03.2016 № 66-ФЗ) 59) список кандидатов - единый список кандидатов, выдвинутый избирательным объединением на выборах в законодательный (представительный) орган государственной власти, представительный или иной выборный орган местного самоуправления, а также указанный список, заверенный либо зарегистрированный организующей выборы избирательной комиссией; (В редакции Федерального закона от 21.07.2005 № 93-ФЗ) 60) участник референдума - гражданин Российской Федерации, обладающий правом на участие в референдуме</w:t>
      </w:r>
    </w:p>
    <w:p>
      <w:r>
        <w:t>федеральный закон - федеральный конституционный закон, федеральный закон</w:t>
      </w:r>
    </w:p>
    <w:p>
      <w:r>
        <w:t>электронное голосование - голосование на избирательном участке, участке референдума без использования бюллетеня, изготовленного на бумажном носителе, с использованием комплекса для электронного голосования; (Дополнение подпунктом - Федеральный закон от 21.07.2005 № 93-ФЗ) (В редакции Федерального закона от 23.05.2025 № 115-ФЗ) 621) дистанционное электронное голосование - голосование без использования бюллетеня, изготовленного на бумажном носителе, с использованием специального программного обеспечения, размещенного на специальном портале, доступ к которому через информационно-телекоммуникационные сети предоставляется на техническом устройстве избирателя, участника референдума; (Дополнение подпунктом - Федеральный закон от 23.05.2020 № 154-ФЗ) (В редакции Федерального закона от 23.05.2025 № 115-ФЗ) 63) электронный бюллетень - бюллетень, подготовленный программно-техническими средствами в электронном виде, применяемый при проведении электронного голосования, дистанционного электронного голосования. (Дополнение подпунктом - Федеральный закон от 21.07.2005 № 93-ФЗ) (В редакции Федерального закона от 23.05.2025 № 115-ФЗ)</w:t>
      </w:r>
    </w:p>
    <w:p>
      <w:r>
        <w:rPr>
          <w:b/>
        </w:rPr>
        <w:t>Статья 3. Принципы проведения в Российской Федерации выборов и референдума</w:t>
      </w:r>
    </w:p>
    <w:p>
      <w:r>
        <w:rPr>
          <w:b/>
        </w:rPr>
        <w:t xml:space="preserve">1. </w:t>
      </w:r>
      <w:r>
        <w:t>Гражданин Российской Федерации участвует в выборах на основе всеобщего равного и прямого избирательного права при тайном голосовании</w:t>
      </w:r>
    </w:p>
    <w:p>
      <w:r>
        <w:rPr>
          <w:b/>
        </w:rPr>
        <w:t xml:space="preserve">2. </w:t>
      </w:r>
      <w:r>
        <w:t>Гражданин Российской Федерации участвует в референдуме на основе всеобщего равного и прямого волеизъявления при тайном голосовании</w:t>
      </w:r>
    </w:p>
    <w:p>
      <w:r>
        <w:rPr>
          <w:b/>
        </w:rPr>
        <w:t xml:space="preserve">3. </w:t>
      </w:r>
      <w:r>
        <w:t>Участие гражданина Российской Федерации в выборах и референдуме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и референдуме либо воспрепятствовать его свободному волеизъявлению</w:t>
      </w:r>
    </w:p>
    <w:p>
      <w:r>
        <w:rPr>
          <w:b/>
        </w:rPr>
        <w:t xml:space="preserve">4. </w:t>
      </w:r>
      <w:r>
        <w:t>Гражданин Российской Федерации, проживающий за пределами ее территории, обладает всей полнотой избирательных прав при проведении выборов в федеральные органы государственной власти, а также обладает в полном объеме правом на участие в референдуме Российской Федерации. Дипломатические представительства, консульские учреждения Российской Федерации обязаны оказывать содействие гражданину Российской Федерации в реализации установленных настоящим Федеральным законом, иным федеральным законом избирательных прав при проведении выборов в федеральные органы государственной власти и права на участие в референдуме Российской Федерации</w:t>
      </w:r>
    </w:p>
    <w:p>
      <w:r>
        <w:rPr>
          <w:b/>
        </w:rPr>
        <w:t xml:space="preserve">5. </w:t>
      </w:r>
      <w:r>
        <w:t>Деятельность комиссий при подготовке и проведении выборов, референдума, подсчете голосов, установлении итогов голосования, определении результатов выборов, референдума осуществляется открыто и гласно</w:t>
      </w:r>
    </w:p>
    <w:p>
      <w:r>
        <w:rPr>
          <w:b/>
        </w:rPr>
        <w:t xml:space="preserve">6. </w:t>
      </w:r>
      <w:r>
        <w:t>Иностранные граждане, за исключением случая, указанного в пункте 10 статьи 4 настоящего Федерального закона, лица без гражданства, иностранные организации, международные организации и международные общественные движения, иностранные агенты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выдвижению инициативы проведения референдума и проведению референдума, достижению определенного результата на выборах, референдуме, а также в иных формах участвовать в избирательных кампаниях, кампаниях референдума. Участие в избирательных кампаниях, кампаниях референдума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 (В редакции федеральных законов от 20.04.2021 № 91-ФЗ, от 05.12.2022 № 498-ФЗ)</w:t>
      </w:r>
    </w:p>
    <w:p>
      <w:r>
        <w:rPr>
          <w:b/>
        </w:rPr>
        <w:t xml:space="preserve">7. </w:t>
      </w:r>
      <w:r>
        <w:t>Выборы и референдумы организуют и проводят комиссии. Вмешательство в деятельность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иных граждан не допускается</w:t>
      </w:r>
    </w:p>
    <w:p>
      <w:r>
        <w:rPr>
          <w:b/>
        </w:rPr>
        <w:t>Статья 4. Всеобщее избирательное право и право на участие в референдуме</w:t>
      </w:r>
    </w:p>
    <w:p>
      <w:r>
        <w:rPr>
          <w:b/>
        </w:rPr>
        <w:t xml:space="preserve">1. </w:t>
      </w:r>
      <w:r>
        <w:t>Гражданин Российской Федерации, достигший на день голосования возраста 18 лет, имеет право избирать, быть избранным депутатом представительного органа муниципального образования, голосовать на референдуме, а по достижении возраста, установленного Конституцией Российской Федерации, федеральными законами, конституциями (уставами), законами субъектов Российской Федерации, - быть избранным депутатом законодательного (представительного) органа государственной власти, выборным должностным лицом.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избирательных действиях, других действиях по подготовке и проведению назначенного референдума. 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 (В редакции федеральных законов от 09.11.2009 № 250-ФЗ; от 02.05.2012 № 40-ФЗ; от 09.03.2016 № 66-ФЗ)</w:t>
      </w:r>
    </w:p>
    <w:p>
      <w:r>
        <w:rPr>
          <w:b/>
        </w:rPr>
        <w:t xml:space="preserve">2. </w:t>
      </w:r>
      <w:r>
        <w:t>Гражданин Российской Федерации имеет право избирать, быть избранным, участвовать в референдуме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 xml:space="preserve">3. </w:t>
      </w:r>
      <w:r>
        <w:t>Не имеют права избирать, быть избранными, осуществлять другие избирательные действия, участвовать в референдуме граждане, признанные судом недееспособными или содержащиеся в местах лишения свободы по приговору суда. (В редакции Федерального закона от 09.03.2016 № 66-ФЗ)</w:t>
      </w:r>
    </w:p>
    <w:p>
      <w:r>
        <w:rPr>
          <w:b/>
        </w:rPr>
        <w:t xml:space="preserve">31. </w:t>
      </w:r>
      <w:r>
        <w:t>Не имеют права быть избранными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 (Дополнение пунктом - Федеральный закон от 25.07.2006 № 128-ФЗ) (В редакции Федерального закона от 14.03.2022 № 60-ФЗ)</w:t>
      </w:r>
    </w:p>
    <w:p>
      <w:r>
        <w:rPr>
          <w:b/>
        </w:rPr>
        <w:t xml:space="preserve">32. </w:t>
      </w:r>
      <w:r>
        <w:t>Не имеют права быть избранными граждане Российской Федерации:</w:t>
      </w:r>
    </w:p>
    <w:p>
      <w:r>
        <w:rPr>
          <w:b/>
        </w:rPr>
        <w:t xml:space="preserve">33. </w:t>
      </w:r>
      <w:r>
        <w:t>Если срок действия ограничений пассивного избирательного права, предусмотренных подпунктами "а1", "а2", "б" и "б1" пункта 32 настоящей статьи,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 (Дополнение пунктом - Федеральный закон от 21.02.2014 № 19-ФЗ) (В редакции федеральных законов от 23.05.2020 № 153-ФЗ, от 14.03.2022 № 60-ФЗ)</w:t>
      </w:r>
    </w:p>
    <w:p>
      <w:r>
        <w:rPr>
          <w:b/>
        </w:rPr>
        <w:t xml:space="preserve">34. </w:t>
      </w:r>
      <w:r>
        <w:t>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подпунктами "а", "а1" и "а2" пункта 32 настоящей статьи, прекращается со дня вступления в силу этого уголовного закона. (Дополнение пунктом - Федеральный закон от 21.02.2014 № 19-ФЗ)</w:t>
      </w:r>
    </w:p>
    <w:p>
      <w:r>
        <w:rPr>
          <w:b/>
        </w:rPr>
        <w:t xml:space="preserve">35. </w:t>
      </w:r>
      <w: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подпунктами "а1" и "а2" пункта 32 настоящей статьи, действуют до истечения десяти лет со дня снятия или погашения судимости. (Дополнение пунктом - Федеральный закон от 21.02.2014 № 19-ФЗ)</w:t>
      </w:r>
    </w:p>
    <w:p>
      <w:r>
        <w:rPr>
          <w:b/>
        </w:rPr>
        <w:t xml:space="preserve">36. </w:t>
      </w:r>
      <w:r>
        <w:t>Не имеют права быть избранными граждане Российской Федерации,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от 25 июля 2002 года № 114-ФЗ "О противодействии экстремистской деятельности" либо Федеральным законом от 6 марта 2006 года № 35-ФЗ "О противодействии терроризму" (далее - решение суда о ликвидации или запрете деятельности экстремистской или террористической организации). Данное ограничение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ликвидации или запрете деятельности экстремистской или террористической организации -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 Положения настоящего пункта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"Интернет", либо иными действиями (предоставление денежных средств, имущественной, организационно-методической,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могут быть избраны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могут быть избраны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 (Дополнение пунктом - Федеральный закон от 04.06.2021 № 157-ФЗ)</w:t>
      </w:r>
    </w:p>
    <w:p>
      <w:r>
        <w:rPr>
          <w:b/>
        </w:rPr>
        <w:t xml:space="preserve">4. </w:t>
      </w:r>
      <w:r>
        <w:t>Активным избирательным правом обладает гражданин, место жительства которого расположено в пределах избирательного округа. Пребывание гражданина Российской Федерации вне его места жительства во время проведения в округе, в котором расположено данное место жительства, выборов не может служить основанием для лишения его права на участие в выборах в органы государственной власти соответствующего субъекта Российской Федерации, органы местного самоуправления. Законом активное избирательное право может быть предоставлено гражданину, место жительства которого расположено за пределами избирательного округа</w:t>
      </w:r>
    </w:p>
    <w:p>
      <w:r>
        <w:rPr>
          <w:b/>
        </w:rPr>
        <w:t xml:space="preserve">41. </w:t>
      </w:r>
      <w:r>
        <w:t>Активным избирательным правом на выборах в органы государственной власти субъекта Российской Федерации, правом голосовать на референдуме субъекта Российской Федерации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округа референдума не менее чем за три месяца до дня голосования, в случае подачи им заявления о включении в список избирателей, участников референдума по месту нахождения в соответствии с пунктом 16 статьи 64 настоящего Федерального закона для голосования в пределах избирательного округа, округа референдума, где он зарегистрирован по месту пребывания. (Дополнение пунктом - Федеральный закон от 29.05.2019 № 104-ФЗ)</w:t>
      </w:r>
    </w:p>
    <w:p>
      <w:r>
        <w:rPr>
          <w:b/>
        </w:rPr>
        <w:t xml:space="preserve">5. </w:t>
      </w:r>
      <w:r>
        <w:t>Ограничения пассивного избирательного права, связанные с нахождением места жительства гражданина Российской Федерации на определенной территории Российской Федерации, включая требования к продолжительности и сроку проживания гражданина Российской Федерации на данной территории, устанавливаются только Конституцией Российской Федерации</w:t>
      </w:r>
    </w:p>
    <w:p>
      <w:r>
        <w:rPr>
          <w:b/>
        </w:rPr>
        <w:t xml:space="preserve">6. </w:t>
      </w:r>
      <w:r>
        <w:t>Федеральным законом, конституцией (уставом), законом субъекта Российской Федерации могут устанавливаться дополнительные условия реализации гражданином Российской Федерации пассивного избирательного права, не позволяющие одному и тому же лицу занимать одну и ту же выборную должность более установленного количества сроков подряд. Уставом муниципального образования могут устанавливаться дополнительные условия реализации гражданином Российской Федерации пассивного избирательного права, не позволяющие одному и тому же лицу занимать должность главы муниципального образования более установленного количества сроков подряд</w:t>
      </w:r>
    </w:p>
    <w:p>
      <w:r>
        <w:rPr>
          <w:b/>
        </w:rPr>
        <w:t xml:space="preserve">7. </w:t>
      </w:r>
      <w:r>
        <w:t>При наличии в отношении гражданина Российской Федерации вступившего в силу решения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государственной власти, органы местного самоуправления состоится до истечения указанного срока</w:t>
      </w:r>
    </w:p>
    <w:p>
      <w:r>
        <w:rPr>
          <w:b/>
        </w:rPr>
        <w:t xml:space="preserve">8. </w:t>
      </w:r>
      <w:r>
        <w:t>Кандидатом на должность высшего должностного лица субъекта Российской Федерации может быть выдвинут гражданин Российской Федерации, достигший на день голосования возраста 30 лет. Конституцией (уставом), законом субъекта Российской Федерации могут устанавливаться дополнительные условия реализации гражданином Российской Федерации пассивного избирательного права, связанные с достижением гражданином определенного возраста. Устанавливаемый минимальный возраст кандидата не может превышать 21 год на день голосования на выборах депутатов законодательного органа субъекта Российской Федерации и выборного должностного лица местного самоуправления. Установление максимального возраста кандидата не допускается. (В редакции федеральных законов от 11.12.2004 № 159-ФЗ, от 09.11.2009 № 250-ФЗ, от 02.05.2012 № 40-ФЗ, от 09.03.2016 № 66-ФЗ, от 14.03.2022 № 60-ФЗ)</w:t>
      </w:r>
    </w:p>
    <w:p>
      <w:r>
        <w:rPr>
          <w:b/>
        </w:rPr>
        <w:t xml:space="preserve">9. </w:t>
      </w:r>
      <w:r>
        <w:t>Депутаты, выборные должностные лица, работающие на постоянной основе, не вправе заниматься предпринимательской деятельностью,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Депутаты Государственной Думы Федерального Собрания Российской Федерации, депутаты законодательных органов субъектов Российской Федерации не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за исключением случаев, предусмотренных федеральным законом, быть депутатами иных законодательных (представительных) органов государственной власти или представительных органов муниципальных образований, выборными должностными лицами местного самоуправления, за исключением случаев, предусмотренных федеральным законом. Выборные должностные лица местного самоуправления не могут быть сенаторами Российской Федерации 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(далее также - государственные должности), должности государственной гражданской службы и должности муниципальной службы, за исключением случаев, предусмотренных федеральным законом.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Иные ограничения, связанные со статусом депутата, выборного должностного лица, могут устанавливаться федеральным законом. (В редакции федеральных законов от 21.07.2005 № 93-ФЗ, от 02.03.2007 № 24-ФЗ, от 25.12.2008 № 281-ФЗ, от 05.04.2021 № 89-ФЗ, от 14.03.2022 № 60-ФЗ)</w:t>
      </w:r>
    </w:p>
    <w:p>
      <w:r>
        <w:rPr>
          <w:b/>
        </w:rPr>
        <w:t xml:space="preserve">10. </w:t>
      </w:r>
      <w: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а также участвовать в местном референдуме на тех же условиях, что и граждане Российской Федерации</w:t>
      </w:r>
    </w:p>
    <w:p>
      <w:r>
        <w:rPr>
          <w:b/>
        </w:rPr>
        <w:t xml:space="preserve">11. </w:t>
      </w:r>
      <w:r>
        <w:t>В случае принятия комиссией решений, предусмотренных пунктом 1 или 2 статьи 631 настоящего Федерального закона, установленные настоящим Федеральным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права на участие в референдуме, других действиях по подготовке и проведению референдума, связанные с достижением возраста 18 лет, определяются исходя из последнего возможного дня голосования на соответствующих выборах, референдумах. (Дополнение пунктом - Федеральный закон от 31.07.2020 № 267-ФЗ) (В редакции Федерального закона от 03.04.2023 № 109-ФЗ)</w:t>
      </w:r>
    </w:p>
    <w:p>
      <w:r>
        <w:rPr>
          <w:b/>
        </w:rPr>
        <w:t xml:space="preserve">12. </w:t>
      </w:r>
      <w:r>
        <w:t>В случае принятия комиссией решений, предусмотренных пунктом 1 или 2 статьи 631 настоящего Федерального закона, установленные настоящим Федеральным законом условия реализации гражданами Российской Федерации права быть избранными определяются исходя из первого возможного дня голосования на соответствующих выборах. (Дополнение пунктом - Федеральный закон от 31.07.2020 № 267-ФЗ) (В редакции Федерального закона от 03.04.2023 № 109-ФЗ)</w:t>
      </w:r>
    </w:p>
    <w:p>
      <w:r>
        <w:rPr>
          <w:b/>
        </w:rPr>
        <w:t xml:space="preserve">32. </w:t>
      </w:r>
      <w:r>
        <w:t>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за указанные преступления; (В редакции Федерального закона от 21.02.2014 № 19-ФЗ) а1) осужденные к лишению свободы за совершение тяжких преступлений, судимость которых снята или погашена, - до истечения десяти лет со дня снятия или погашения судимости; (Дополнение подпунктом - Федеральный закон от 21.02.2014 № 19-ФЗ) а2) осужденные к лишению свободы за совершение особо тяжких преступлений, судимость которых снята или погашена, - до истечения пятнадцати лет со дня снятия или погашения судимости; (Дополнение подпунктом - Федеральный закон от 21.02.2014 № 19-ФЗ)</w:t>
      </w:r>
    </w:p>
    <w:p>
      <w:r>
        <w:rPr>
          <w:b/>
        </w:rPr>
        <w:t xml:space="preserve">32. </w:t>
      </w:r>
      <w:r>
        <w:t>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 до истечения пяти лет со дня снятия или погашения судимости, если на таких лиц не распространяется действие подпунктов "а1" и "а2" настоящего пункта; (В редакции федеральных законов от 21.02.2014 № 19-ФЗ, от 14.03.2022 № 60-ФЗ) б1)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частью второй статьи 133, частью первой статьи 134, статьей 136, частями второй и третьей статьи 141, частью первой статьи 142, статьей 1421, частями первой и третьей статьи 1422, частью 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 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 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 до истечения пяти лет со дня снятия или погашения судимости; (Дополнение подпунктом - Федеральный закон от 23.05.2020 № 153-ФЗ) (В редакции Федерального закона от 14.03.2022 № 60-ФЗ)</w:t>
      </w:r>
    </w:p>
    <w:p>
      <w:r>
        <w:rPr>
          <w:b/>
        </w:rPr>
        <w:t xml:space="preserve">32. </w:t>
      </w:r>
      <w:r>
        <w:t>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 (В редакции Федерального закона от 24.07.2007 № 211-ФЗ)</w:t>
      </w:r>
    </w:p>
    <w:p>
      <w:r>
        <w:rPr>
          <w:b/>
        </w:rPr>
        <w:t xml:space="preserve">32. </w:t>
      </w:r>
      <w:r>
        <w:t>в отношении которых вступившим в силу решением суда установлен факт нарушения ограничений, предусмотренных пунктом 1 статьи 56 настоящего Федерального закона, либо совершения действий, предусмотренных подпунктом "ж" пункта 7 и подпунктом "ж" пункта 8 статьи 76 настоящего Федерального закона, если указанные нарушения либо действия совершены до дня голосования на выборах в течение установленного законом срока полномочий органа государственной власти или органа местного самоуправления, в которые назначены выборы, либо должностного лица, для избрания которого назначены выборы. (Дополнение пунктом - Федеральный закон от 05.12.2006 № 225-ФЗ)</w:t>
      </w:r>
    </w:p>
    <w:p>
      <w:r>
        <w:rPr>
          <w:b/>
        </w:rPr>
        <w:t>Статья 5. Равное избирательное право и право на участие в референдуме</w:t>
      </w:r>
    </w:p>
    <w:p>
      <w:r>
        <w:rPr>
          <w:b/>
        </w:rPr>
        <w:t xml:space="preserve">1. </w:t>
      </w:r>
      <w:r>
        <w:t>Граждане Российской Федерации участвуют в выборах и референдуме на равных основаниях</w:t>
      </w:r>
    </w:p>
    <w:p>
      <w:r>
        <w:rPr>
          <w:b/>
        </w:rPr>
        <w:t xml:space="preserve">2. </w:t>
      </w:r>
      <w:r>
        <w:t>Если на выборах в законодательный (представительный) орган государственной власти или в представительный орган муниципального образования образуются избирательные округа с разным числом мандатов, каждый избиратель имеет число голосов, равное числу мандатов, подлежащих распределению в избирательном округе с наименьшим числом мандатов, либо один голос. (В редакции Федерального закона от 21.07.2005 № 93-ФЗ)</w:t>
      </w:r>
    </w:p>
    <w:p>
      <w:r>
        <w:rPr>
          <w:b/>
        </w:rPr>
        <w:t>Статья 6. Прямое избирательное право и право на прямое волеизъявление на референдуме</w:t>
      </w:r>
    </w:p>
    <w:p>
      <w:r>
        <w:t>Граждане Российской Федерации голосуют на выборах и референдумах соответственно за кандидатов (списки кандидатов), а в случаях, предусмотренных законом, - за или против кандидата, за вынесенные на референдумы вопросы или против них непосредственно. На выборах в органы местного самоуправления граждане Российской Федерации также могут голосовать против всех кандидатов (против всех списков кандидатов) непосредственно. (В редакции федеральных законов от 12.07.2006 № 107-ФЗ; от 04.06.2014 № 146-ФЗ) (Статья в редакции Федерального закона от 21.07.2005 № 93-ФЗ)</w:t>
      </w:r>
    </w:p>
    <w:p>
      <w:r>
        <w:rPr>
          <w:b/>
        </w:rPr>
        <w:t>Статья 7. Тайное голосование</w:t>
      </w:r>
    </w:p>
    <w:p>
      <w:r>
        <w:t>Голосование на выборах и референдуме является тайным, исключающим возможность какого-либо контроля за волеизъявлением гражданина.</w:t>
      </w:r>
    </w:p>
    <w:p>
      <w:r>
        <w:rPr>
          <w:b/>
        </w:rPr>
        <w:t>Статья 8. Срок полномочий органов государственной власти и органов местного самоуправления</w:t>
      </w:r>
    </w:p>
    <w:p>
      <w:r>
        <w:rPr>
          <w:b/>
        </w:rPr>
        <w:t xml:space="preserve">1. </w:t>
      </w:r>
      <w:r>
        <w:t>Срок, на который избираются федеральные органы государственной власти, устанавливается Конституцией Российской Федерации. Срок, на который избираются органы государственной власти субъектов Российской Федерации, депутаты указанных органов, и срок полномочий указанных органов и депутатов устанавливаются конституциями (уставами), законами субъектов Российской Федерации в соответствии с Федеральным законом от 21 декабря 2021 года № 414-ФЗ "Об общих принципах организации публичной власти в субъектах Российской Федерации". Срок, на который избираются органы местного самоуправления, депутаты указанных органов, и срок полномочий указанных органов и депутатов устанавливаются уставом муниципального образования в соответствии с законом субъекта Российской Федерации, при этом устанавливаемый срок не может составлять менее двух и более пяти лет. Днем окончания срока, на который избираются органы государственной власти субъектов Российской Федерации, органы местного самоуправления, депутаты указанных органов, является второе воскресенье сентября года, в котором истекает срок полномочий указанных органов или депутатов, а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 (В редакции федеральных законов от 02.10.2012 № 157-ФЗ, от 14.03.2022 № 60-ФЗ)</w:t>
      </w:r>
    </w:p>
    <w:p>
      <w:r>
        <w:rPr>
          <w:b/>
        </w:rPr>
        <w:t xml:space="preserve">2. </w:t>
      </w:r>
      <w:r>
        <w:t>Изменение (продление или сокращение) срока полномочий действующих органов или депутатов, указанных в пункте 1 настоящей статьи, не допускается, за исключением случаев, установленных статьями 811 и 82 настоящего Федерального закона. Норма об изменении (продлении или сокращении) установленного федеральным законом, конституцией (уставом), законом субъекта Российской Федерации, уставом муниципального образования срока, на который избираются органы государственной власти, органы местного самоуправления, депутаты, и (или) срока полномочий органа государственной власти, органа местного самоуправления, депутатов может применяться только к органам и депутатам, избранным на выборах, назначенных после вступления в силу такой нормы. (В редакции федеральных законов от 21.07.2005 № 93-ФЗ; от 22.07.2008 № 149-ФЗ; от 08.03.2011 № 34-ФЗ; от 02.10.2012 № 157-ФЗ)</w:t>
      </w:r>
    </w:p>
    <w:p>
      <w:r>
        <w:rPr>
          <w:b/>
        </w:rPr>
        <w:t xml:space="preserve">3. </w:t>
      </w:r>
      <w:r>
        <w:t>Если срок полномочий действующих органов или депутатов, указанных в пункте 1 настоящей статьи, истекает в период действия чрезвычайного или военного положения, то указанные органы и депутаты исполняют свои полномочия до прекращения действия чрезвычайного или военного положения и избрания нового состава указанных органов или депутатов</w:t>
      </w:r>
    </w:p>
    <w:p>
      <w:r>
        <w:rPr>
          <w:b/>
        </w:rPr>
        <w:t>Статья 9. Обязательность проведения выборов</w:t>
      </w:r>
    </w:p>
    <w:p>
      <w:r>
        <w:t>Выборы указанных в пункте 1 статьи 8 настоящего Федерального закона органов или депутатов являются обязательными, периодическими и проводятся в сроки, обеспечивающие соблюдение сроков полномочий этих органов или депутатов. (В редакции Федерального закона от 21.07.2005 № 93-ФЗ)</w:t>
      </w:r>
    </w:p>
    <w:p>
      <w:r>
        <w:rPr>
          <w:b/>
        </w:rPr>
        <w:t>Статья 10. Назначение выборов</w:t>
      </w:r>
    </w:p>
    <w:p>
      <w:r>
        <w:rPr>
          <w:b/>
        </w:rPr>
        <w:t xml:space="preserve">1. </w:t>
      </w:r>
      <w:r>
        <w:t>Выборы указанных в пункте 1 статьи 8 настоящего Федерального закона органов или депутатов назначает уполномоченный на то орган или должностное лицо</w:t>
      </w:r>
    </w:p>
    <w:p>
      <w:r>
        <w:rPr>
          <w:b/>
        </w:rPr>
        <w:t xml:space="preserve">2. </w:t>
      </w:r>
      <w:r>
        <w:t>День голосования на выборах в федеральные органы государственной власти определяется в соответствии с федеральным законом</w:t>
      </w:r>
    </w:p>
    <w:p>
      <w:r>
        <w:rPr>
          <w:b/>
        </w:rPr>
        <w:t xml:space="preserve">3. </w:t>
      </w:r>
      <w:r>
        <w:t>Днем голосования на выборах в органы государственной власти субъектов Российской Федерации,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настоящей статьи. (В редакции Федерального закона от 02.10.2012 № 157-ФЗ)</w:t>
      </w:r>
    </w:p>
    <w:p>
      <w:r>
        <w:rPr>
          <w:b/>
        </w:rPr>
        <w:t xml:space="preserve">4. </w:t>
      </w:r>
      <w:r>
        <w:t>В случае досрочного прекращения полномочий органов или депутатов, указанных в пункте 3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субъекта Российской Федерации, которые проводятся с учетом сроков назначения выборов, предусмотренных пунктом 7 настоящей статьи, в ближайшее второе воскресенье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 При этом в период, который начинается за пять месяцев до предусмотренного пунктом 3 настоящей статьи дня голосования и заканчивается через месяц после указанного дня голосования, досрочные выборы главы муниципального образования не могут быть проведены в иной день, кроме указанного дня голосования, и назначаются на указанный день с учетом положений, предусмотренных пунктами 6 - 9 настоящей статьи. (В редакции федеральных законов от 02.10.2012 № 157-ФЗ, от 03.11.2015 № 302-ФЗ, от 14.03.2022 № 60-ФЗ, от 29.05.2023 № 184-ФЗ)</w:t>
      </w:r>
    </w:p>
    <w:p>
      <w:r>
        <w:rPr>
          <w:b/>
        </w:rPr>
        <w:t xml:space="preserve">5. </w:t>
      </w:r>
      <w:r>
        <w:t>Выборы в органы государственной власти субъектов Российской Федерации, вновь образуемые в соответствии с федеральным конституционным законом, федеральным законом, конституцией (уставом) субъекта Российской Федерации, назначаются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указанных выборах либо на иной день в соответствии с федеральным конституционным законом, федеральным законом, указом Президента Российской Федерации. (В редакции Федерального закона от 02.10.2012 № 157-ФЗ)</w:t>
      </w:r>
    </w:p>
    <w:p>
      <w:r>
        <w:rPr>
          <w:b/>
        </w:rPr>
        <w:t xml:space="preserve">51. </w:t>
      </w:r>
      <w:r>
        <w:t>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 При этом в период, который начинается за пять месяцев до предусмотренного пунктом 3 настоящей статьи дня голосования и заканчивается через месяц после указанного дня голосования, такие выборы не могут быть проведены в иной день, кроме указанного дня голосования, и назначаются на указанный день с учетом положений, предусмотренных пунктами 6 - 9 настоящей статьи. (Дополнение пунктом - Федеральный закон от 25.11.2008 № 222-ФЗ) (В редакции федеральных законов от 23.05.2020 № 154-ФЗ, от 29.05.2023 № 184-ФЗ)</w:t>
      </w:r>
    </w:p>
    <w:p>
      <w:r>
        <w:rPr>
          <w:b/>
        </w:rPr>
        <w:t xml:space="preserve">6. </w:t>
      </w:r>
      <w: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 (В редакции Федерального закона от 02.10.2012 № 157-ФЗ)</w:t>
      </w:r>
    </w:p>
    <w:p>
      <w:r>
        <w:rPr>
          <w:b/>
        </w:rPr>
        <w:t xml:space="preserve">7. </w:t>
      </w:r>
      <w:r>
        <w:t>Решение о назначении выборов в федеральный орган государственной власти должно быть принято не ранее чем за 110 дней и не позднее чем за 90 дней до дня голосования. Решение о назначении выборов в орган государственной власти субъекта Российской Федерации должно быть принято не ранее чем за 100 дней и не позднее чем за 90 дней до дня голосования. Решение о назначении выборов в орган местного самоуправления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
        <w:rPr>
          <w:b/>
        </w:rPr>
        <w:t xml:space="preserve">8. </w:t>
      </w:r>
      <w:r>
        <w:t>Если уполномоченный на то орган или должностное лицо не назначит выборы в сроки, предусмотренные пунктом 7 настоящей статьи, а также если уполномоченный на то орган или должностное лицо отсутствует, выборы назначаются: в федеральные органы государственной власти - Центральной избирательной комиссией Российской Федерации в порядке, установленном федеральным законом; в органы государственной власти субъекта Российской Федерации - избирательной комиссией субъекта Российской Федерации не позднее чем за 80 дней до дня голосования; в органы местного самоуправления - соответствующей избирательной комиссией не позднее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пунктом 7 настоящей статьи срока официального опубликования решения о назначении выборов</w:t>
      </w:r>
    </w:p>
    <w:p>
      <w:r>
        <w:rPr>
          <w:b/>
        </w:rPr>
        <w:t xml:space="preserve">9. </w:t>
      </w:r>
      <w:r>
        <w:t>Если соответствующая избирательная комиссия не назначит в установленный пунктом 8 настоящей статьи срок выборы указанных в пункте 1 статьи 8 настоящего Федерального закона органов или депутатов либо если такая избирательная комиссия отсутствует и не может быть сформирована в порядке, предусмотренном настоящим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 При этом суд также вправе возложить на Центральную избирательную комиссию Российской Федерации или избирательную комиссию субъекта Российской Федерации (соответственно уровню выборов)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22, 23 и 29 настоящего Федерального закона, а при отсутствии уполномоченного назначить выборы органа или должностного лица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 (В редакции Федерального закона от 14.03.2022 № 60-ФЗ) (Статья в редакции Федерального закона от 21.07.2005 № 93-ФЗ)</w:t>
      </w:r>
    </w:p>
    <w:p>
      <w:r>
        <w:rPr>
          <w:b/>
        </w:rPr>
        <w:t>Статья 101. Проведение выборов, референдума при введении режима повышенной готовности или чрезвычайной ситуации, военного положения</w:t>
      </w:r>
    </w:p>
    <w:p>
      <w:r>
        <w:t>(Наименование в редакции Федерального закона от 29.05.2023 № 184-ФЗ)</w:t>
      </w:r>
    </w:p>
    <w:p>
      <w:r>
        <w:rPr>
          <w:b/>
        </w:rPr>
        <w:t xml:space="preserve">1. </w:t>
      </w:r>
      <w:r>
        <w:t>При введении режима повышенной готовности или чрезвычайной ситуации в соответствии с Федеральным законом от 21 декабря 1994 года № 68-ФЗ "О защите населения и территорий от чрезвычайных ситуаций природного и техногенного характера" на всей территории или на части территории избирательного округа, округа референдума в случае, если в соответствии с законодательством Российской Федерации о выборах и референдумах назначены или должны быть назначены выборы в соответствии со сроками, предусмотренными статьей 10 настоящего Федерального закона, референдум, голосование может быть отложено. (В редакции Федерального закона от 14.03.2022 № 60-ФЗ)</w:t>
      </w:r>
    </w:p>
    <w:p>
      <w:r>
        <w:rPr>
          <w:b/>
        </w:rPr>
        <w:t xml:space="preserve">2. </w:t>
      </w:r>
      <w:r>
        <w:t>В случае, указанном в пункте 1 настоящей статьи, решение об отложении голосования может быть принято при введении режима повышенной готовности или чрезвычайной ситуации</w:t>
      </w:r>
    </w:p>
    <w:p>
      <w:r>
        <w:rPr>
          <w:b/>
        </w:rPr>
        <w:t xml:space="preserve">3. </w:t>
      </w:r>
      <w:r>
        <w:t>Сроки и порядок совершения избирательных действий, действий по подготовке и проведению референдума в случае принятия соответствующей избирательной комиссией решения, предусмотренного пунктом 2 настоящей статьи, определяются этой комиссией в каждом конкретном случае исходя из особенностей режима повышенной готовности и (или) чрезвычайной ситуации на соответствующей территории. (В редакции Федерального закона от 14.03.2022 № 60-ФЗ)</w:t>
      </w:r>
    </w:p>
    <w:p>
      <w:r>
        <w:rPr>
          <w:b/>
        </w:rPr>
        <w:t xml:space="preserve">4. </w:t>
      </w:r>
      <w:r>
        <w:t>В случае принятия избирательной комиссией решения об отложении голосования на соответствующих выборах органы и депутаты исполняют свои полномочия до отмены режима повышенной готовности и (или) чрезвычайной ситуации и избрания нового состава указанных органов или депутатов</w:t>
      </w:r>
    </w:p>
    <w:p>
      <w:r>
        <w:rPr>
          <w:b/>
        </w:rPr>
        <w:t xml:space="preserve">5. </w:t>
      </w:r>
      <w:r>
        <w:t>При введении военного положения в соответствии с Федеральным конституционным законом от 30 января 2002 года № 1-ФКЗ "О военном положении" высшее должностное лицо субъекта Российской Федерации, на территории которого действует военное положение, вправе направить в Центральную избирательную комиссию Российской Федерации предложение о назначении выборов, референдума на территории соответствующего субъекта Российской Федерации</w:t>
      </w:r>
    </w:p>
    <w:p>
      <w:r>
        <w:rPr>
          <w:b/>
        </w:rPr>
        <w:t xml:space="preserve">51. </w:t>
      </w:r>
      <w:r>
        <w:t>В случае совмещения дней голосования на выборах разных уровней, предусмотренных пунктом 5 настоящей статьи, предложение о назначении выборов должно быть направлено в течение сроков, установленных для выборов более высокого уровня. (Дополнение пунктом - Федеральный закон от 14.11.2023 № 531-ФЗ)</w:t>
      </w:r>
    </w:p>
    <w:p>
      <w:r>
        <w:rPr>
          <w:b/>
        </w:rPr>
        <w:t xml:space="preserve">52. </w:t>
      </w:r>
      <w:r>
        <w:t>В случае введения военного положения на части территории Российской Федерации после назначения выборов, референдума, предусмотренных пунктом 5 настоящей статьи, если соответствующий избирательный округ, округ референдума включает в себя такую часть территории, высшее должностное лицо субъекта Российской Федерации, на территории которого введено военное положение, вправе направить в Центральную избирательную комиссию Российской Федерации предложение о проведении соответствующих выборов, референдума в течение пяти дней со дня введения военного положения, но не позднее дня, предшествующего дню голосования. (Дополнение пунктом - Федеральный закон от 14.11.2023 № 531-ФЗ)</w:t>
      </w:r>
    </w:p>
    <w:p>
      <w:r>
        <w:rPr>
          <w:b/>
        </w:rPr>
        <w:t xml:space="preserve">6. </w:t>
      </w:r>
      <w:r>
        <w:t>Центральная избирательная комиссия Российской Федерации не позднее чем через пять дней со дня поступления предложения, предусмотренного пунктом 5 или 52 настоящей статьи, но не позднее дня, предшествующего дню голосования, проводит консультации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и федеральным органом исполнительной власти в области обеспечения безопасности. (Дополнение пунктом - Федеральный закон от 29.05.2023 № 184-ФЗ) (В редакции Федерального закона от 14.11.2023 № 531-ФЗ)</w:t>
      </w:r>
    </w:p>
    <w:p>
      <w:r>
        <w:rPr>
          <w:b/>
        </w:rPr>
        <w:t xml:space="preserve">61. </w:t>
      </w:r>
      <w:r>
        <w:t>В случае введения военного положения на части территории Российской Федерации до назначения выборов в федеральные органы государственной власти Центральная избирательная комиссия Российской Федерации не позднее чем через пять дней со дня официального опубликования решения о назначении таких выборов, а в случае введения военного положения после назначения выборов - не позднее чем через пять дней со дня введения военного положения, но не позднее дня, предшествующего дню голосования, проводит консультации с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 федеральным органом исполнительной власти в области обеспечения безопасности и высшим должностным лицом субъекта Российской Федерации, на территории которого введено военное положение. (Дополнение пунктом - Федеральный закон от 14.11.2023 № 531-ФЗ)</w:t>
      </w:r>
    </w:p>
    <w:p>
      <w:r>
        <w:rPr>
          <w:b/>
        </w:rPr>
        <w:t xml:space="preserve">7. </w:t>
      </w:r>
      <w:r>
        <w:t>По итогам консультаций, предусмотренных пунктом 6 или 61 настоящей статьи, Центральная избирательная комиссия Российской Федерации с учетом сроков, предусмотренных пунктом 7 статьи 10 настоящего Федерального закона, принимает решение о назначении соответствующих выборов (в том числе с возможностью сокращения сроков избирательных действий), референдума или об отклонении предложения высшего должностного лица субъекта Российской Федерации об их назначении, а в случаях, предусмотренных пунктами 52 и 61 настоящей статьи, незамедлительно принимает решение о проведении выборов, референдума либо о невозможности проведения выборов, референдума на части территории Российской Федерации, на которой введено военное положение. (Дополнение пунктом - Федеральный закон от 29.05.2023 № 184-ФЗ) (В редакции Федерального закона от 14.11.2023 № 531-ФЗ)</w:t>
      </w:r>
    </w:p>
    <w:p>
      <w:r>
        <w:rPr>
          <w:b/>
        </w:rPr>
        <w:t xml:space="preserve">8. </w:t>
      </w:r>
      <w:r>
        <w:t>Центральная избирательная комиссия Российской Федерации принимает решение о назначении (проведении) выборов, референдума на территории соответствующего субъекта Российской Федерации, о чем незамедлительно информирует Президента Российской Федерации, а в случае проведения выборов Президента Российской Федерации - также Совет Федерации Федерального Собрания Российской Федерации. При этом выборы, референдум организуются и проводятся комиссией соответствующего уровня. (Дополнение пунктом - Федеральный закон от 29.05.2023 № 184-ФЗ) (В редакции Федерального закона от 14.11.2023 № 531-ФЗ)</w:t>
      </w:r>
    </w:p>
    <w:p>
      <w:r>
        <w:rPr>
          <w:b/>
        </w:rPr>
        <w:t xml:space="preserve">9. </w:t>
      </w:r>
      <w:r>
        <w:t>В случае, если по итогам консультаций, предусмотренных пунктом 6 настоящей статьи, Центральная избирательная комиссия Российской Федерации отклонит предложение высшего должностного лица субъекта Российской Федерации о назначении (проведении) выборов, референдума, Центральная избирательная комиссия Российской Федерации незамедлительно информирует об этом высшее должностное лицо субъекта Российской Федерации. (Дополнение пунктом - Федеральный закон от 29.05.2023 № 184-ФЗ) (В редакции Федерального закона от 14.11.2023 № 531-ФЗ)</w:t>
      </w:r>
    </w:p>
    <w:p>
      <w:r>
        <w:rPr>
          <w:b/>
        </w:rPr>
        <w:t xml:space="preserve">10. </w:t>
      </w:r>
      <w:r>
        <w:t>В случае, если подготовка и проведение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после их назначения в соответствии с пунктом 8 настоящей статьи либо принятия решения об их проведении в соответствии с пунктом 52 настоящей статьи могут представлять угрозу жизни и здоровью граждан Российской Федерации, соответствующие выборы, референдум откладываются по решению Центральной избирательной комиссии Российской Федерации, о чем она незамедлительно информирует Президента Российской Федерации. (Дополнение пунктом - Федеральный закон от 29.05.2023 № 184-ФЗ) (В редакции Федерального закона от 14.11.2023 № 531-ФЗ)</w:t>
      </w:r>
    </w:p>
    <w:p>
      <w:r>
        <w:rPr>
          <w:b/>
        </w:rPr>
        <w:t xml:space="preserve">101. </w:t>
      </w:r>
      <w:r>
        <w:t>В случае, если подготовка и проведение федеральных выборов на территории субъекта Российской Федерации после принятия решения об их проведении в соответствии с пунктом 8 настоящей статьи могут представлять угрозу жизни и здоровью граждан Российской Федерации, соответствующие выборы на указанной территории по решению Центральной избирательной комиссии Российской Федерации не проводятся либо приостанавливаются и могут быть возобновлены в порядке, предусмотренном пунктом 11 настоящей статьи, в соответствии с общими сроками избирательной кампании в федеральном избирательном округе. (Дополнение пунктом - Федеральный закон от 14.11.2023 № 531-ФЗ)</w:t>
      </w:r>
    </w:p>
    <w:p>
      <w:r>
        <w:rPr>
          <w:b/>
        </w:rPr>
        <w:t xml:space="preserve">102. </w:t>
      </w:r>
      <w:r>
        <w:t>О решении, принятом в соответствии с пунктом 101 настоящей статьи, Центральная избирательная комиссия Российской Федерации незамедлительно информирует Президента Российской Федерации, а в случае, если решение принято в отношении выборов Президента Российской Федерации, - также Совет Федерации Федерального Собрания Российской Федерации. (Дополнение пунктом - Федеральный закон от 14.11.2023 № 531-ФЗ)</w:t>
      </w:r>
    </w:p>
    <w:p>
      <w:r>
        <w:rPr>
          <w:b/>
        </w:rPr>
        <w:t xml:space="preserve">11. </w:t>
      </w:r>
      <w:r>
        <w:t>В случае устранения обстоятельств, послуживших основанием для отложения (приостановления) выборов, референдума, избирательная кампания или кампания референдума может быть возобновлена по решению Центральной избирательной комиссии Российской Федерации в порядке, предусмотренном пунктами 52 - 8 настоящей статьи. (Дополнение пунктом - Федеральный закон от 29.05.2023 № 184-ФЗ) (В редакции Федерального закона от 14.11.2023 № 531-ФЗ)</w:t>
      </w:r>
    </w:p>
    <w:p>
      <w:r>
        <w:rPr>
          <w:b/>
        </w:rPr>
        <w:t xml:space="preserve">12. </w:t>
      </w:r>
      <w:r>
        <w:t>Законодательством Российской Федерации о выборах и референдумах могут быть предусмотрены иные особенности подготовки и проведения выборов, референдума в период действия военного положения. (Дополнение пунктом - Федеральный закон от 29.05.2023 № 184-ФЗ) (В редакции Федерального закона от 14.11.2023 № 531-ФЗ) (Дополнение статьей - Федеральный закон от 01.04.2020 № 98-ФЗ)</w:t>
      </w:r>
    </w:p>
    <w:p>
      <w:r>
        <w:rPr>
          <w:b/>
        </w:rPr>
        <w:t xml:space="preserve">2. </w:t>
      </w:r>
      <w:r>
        <w:t>на территории муниципального образования - избирательной комиссией субъекта Российской Федерации в отношении соответственно муниципальных выборов, референдумов на территории соответствующего муниципального образования; (В редакции Федерального закона от 14.03.2022 № 60-ФЗ) 2) на территории субъекта Российской Федерации либо на территориях двух и более муниципальных образований субъекта Российской Федерации - Центральной избирательной комиссией Российской Федерации в отношении любых выборов, референдумов на территории соответствующего субъекта Российской Федерации; (В редакции Федерального закона от 14.03.2022 № 60-ФЗ) 3) на территории Российской Федерации либо не менее чем одной трети субъектов Российской Федерации в отношении федеральных выборов (за исключением дополнительных выборов депутатов Государственной Думы Федерального Собрания Российской Федерации), на территории Российской Федерации либо на территориях двух и более субъектов Российской Федерации в отношении иных выборов (в том числе дополнительных выборов депутатов Государственной Думы Федерального Собрания Российской Федерации), референдумов субъектов Российской Федерации, местных референдумов - Центральной избирательной комиссией Российской Федерации. (В редакции федеральных законов от 23.05.2020 № 154-ФЗ, от 14.03.2022 № 60-ФЗ)</w:t>
      </w:r>
    </w:p>
    <w:p>
      <w:r>
        <w:rPr>
          <w:b/>
        </w:rPr>
        <w:t xml:space="preserve">5. </w:t>
      </w:r>
      <w:r>
        <w:t>в отношении выборов в органы государственной власти субъекта Российской Федерации - не ранее чем за 105 дней и не позднее чем за 95 дней до дня голосования</w:t>
      </w:r>
    </w:p>
    <w:p>
      <w:r>
        <w:rPr>
          <w:b/>
        </w:rPr>
        <w:t xml:space="preserve">5. </w:t>
      </w:r>
      <w:r>
        <w:t>в отношении выборов в органы местного самоуправления - не ранее чем за 95 дней и не позднее чем за 85 дней до дня голосования</w:t>
      </w:r>
    </w:p>
    <w:p>
      <w:r>
        <w:rPr>
          <w:b/>
        </w:rPr>
        <w:t xml:space="preserve">5. </w:t>
      </w:r>
      <w:r>
        <w:t>в отношении референдума субъекта Российской Федерации, местного референдума - в течение пяти дней со дня признания законодательным органом субъекта Российской Федерации либо представительным органом муниципального образования соответствия вопроса, выносимого на референдум, требованиям статьи 12 настоящего Федерального закона. (Дополнение пунктом - Федеральный закон от 29.05.2023 № 184-ФЗ) (В редакции Федерального закона от 14.11.2023 № 531-ФЗ)</w:t>
      </w:r>
    </w:p>
    <w:p>
      <w:r>
        <w:rPr>
          <w:b/>
        </w:rPr>
        <w:t>Статья 11. Законодательство Российской Федерации о выборах и референдумах</w:t>
      </w:r>
    </w:p>
    <w:p>
      <w:r>
        <w:rPr>
          <w:b/>
        </w:rPr>
        <w:t xml:space="preserve">1. </w:t>
      </w:r>
      <w:r>
        <w:t>Законодательство Российской Федерации о выборах составляют Конституция Российской Федерации, настоящий Федеральный закон, иные федеральные законы, конституции (уставы), законы субъектов Российской Федерации, иные нормативные правовые акты о выборах, принимаемые в Российской Федерации</w:t>
      </w:r>
    </w:p>
    <w:p>
      <w:r>
        <w:rPr>
          <w:b/>
        </w:rPr>
        <w:t xml:space="preserve">2. </w:t>
      </w:r>
      <w:r>
        <w:t>Законодательство Российской Федерации о референдумах составляют Конституция Российской Федерации, Федеральный конституционный закон "О референдуме Российской Федерации", настоящий Федеральный закон, иные федеральные законы, конституции (уставы), законы субъектов Российской Федерации, иные нормативные правовые акты о референдумах, принимаемые в Российской Федерации. (В редакции Федерального закона от 21.07.2005 № 93-ФЗ)</w:t>
      </w:r>
    </w:p>
    <w:p>
      <w:r>
        <w:rPr>
          <w:b/>
        </w:rPr>
        <w:t xml:space="preserve">3. </w:t>
      </w:r>
      <w:r>
        <w:t>В случае принятия в период избирательной кампании, в период кампании референдума субъекта Российской Федерации или местного референдума закона, содержащего положения, которыми определяется порядок подготовки и проведения соответствующих выборов, референдума, либо в случае внесения в этот период в закон изменений, касающихся порядка подготовки и проведения соответствующих выборов, референдума, указанные закон и изменения применяются к выборам, которые назначены после их вступления в силу, и к референдуму, инициатива проведения которого выдвинута после вступления в силу указанных закона и изменений. (В редакции Федерального закона от 21.07.2005 № 93-ФЗ)</w:t>
      </w:r>
    </w:p>
    <w:p>
      <w:r>
        <w:rPr>
          <w:b/>
        </w:rPr>
        <w:t xml:space="preserve">4. </w:t>
      </w:r>
      <w:r>
        <w:t>Если срок полномочий органа государственной власти субъекта Российской Федерации, органа местного самоуправления истек или полномочия были досрочно прекращены, а соответствующий закон субъекта Российской Федерации о выборах отсутствует либо положение (положения) закона субъекта Российской Федерации не может быть применено (не могут быть применены) вследствие признания его судом недействующим и не подлежащим применению, выборы в орган государственной власти субъекта Российской Федерации, в орган местного самоуправления в части положения (положений) закона субъекта Российской Федерации, признанного судом недействующим и не подлежащим применению, проводятся соответствующей избирательной комиссией на основе настоящего Федерального закона, иных федеральных законов, обеспечивающих реализацию права граждан Российской Федерации избирать и быть избранными в органы государственной власти и органы местного самоуправления, а в случае, если имеющаяся правовая база недостаточна, в части, не урегулированной законом, также на основе указов Президента Российской Федерации</w:t>
      </w:r>
    </w:p>
    <w:p>
      <w:r>
        <w:rPr>
          <w:b/>
        </w:rPr>
        <w:t xml:space="preserve">5. </w:t>
      </w:r>
      <w:r>
        <w:t>Если закон субъекта Российской Федерации о референдуме субъекта Российской Федерации, о местном референдуме отсутствует либо положение (положения) закона субъекта Российской Федерации не может быть применено (не могут быть применены) вследствие признания его судом недействующим и не подлежащим применению, референдум соответствующего уровня в части положения (положений) закона субъекта Российской Федерации, признанного судом недействующим и не подлежащим применению, проводится соответствующей комиссией референдума на основе настоящего Федерального закона, иных федеральных законов, обеспечивающих реализацию права граждан Российской Федерации на участие в референдуме, а в случае, если имеющаяся правовая база недостаточна, в части, не урегулированной законом, также на основе указов Президента Российской Федерации</w:t>
      </w:r>
    </w:p>
    <w:p>
      <w:r>
        <w:rPr>
          <w:b/>
        </w:rPr>
        <w:t>Статья 111. Порядок исчисления сроков, установленных законодательством Российской Федерации о выборах и референдумах</w:t>
      </w:r>
    </w:p>
    <w:p>
      <w:r>
        <w:rPr>
          <w:b/>
        </w:rPr>
        <w:t xml:space="preserve">1. </w:t>
      </w:r>
      <w:r>
        <w:t>Если какое-либо действие может (должно) осуществляться со дня наступления какого-либо события, то первым днем, в который это действие может (должно) быть осуществлено, является календарная дата наступления соответствующего события, но не ранее времени наступления этого события</w:t>
      </w:r>
    </w:p>
    <w:p>
      <w:r>
        <w:rPr>
          <w:b/>
        </w:rPr>
        <w:t xml:space="preserve">2. </w:t>
      </w:r>
      <w:r>
        <w:t>Если какое-либо действие может (должно) осуществляться не позднее чем за определенное количество дней или за определенное количество дней до дня наступления какого-либо события, то соответственно последним днем или днем, когда данное действие может (должно) быть осуществлено, является день, после которого остается указанное в настоящем Федеральном законе количество дней до дня наступления соответствующего события</w:t>
      </w:r>
    </w:p>
    <w:p>
      <w:r>
        <w:rPr>
          <w:b/>
        </w:rPr>
        <w:t xml:space="preserve">3. </w:t>
      </w:r>
      <w:r>
        <w:t>Если какое-либо действие может (должно) осуществляться не ранее чем за определенное количество дней до дня наступления какого-либо события, то первым днем, когда данное действие может (должно) быть осуществлено, является день, после которого остается указанное в настоящем Федеральном законе количество дней до дня наступления соответствующего события</w:t>
      </w:r>
    </w:p>
    <w:p>
      <w:r>
        <w:rPr>
          <w:b/>
        </w:rPr>
        <w:t xml:space="preserve">4. </w:t>
      </w:r>
      <w:r>
        <w:t>Если какое-либо действие может (должно) осуществляться не позднее чем через определенное количество дней после дня наступления какого-либо события, то данное действие может (должно) быть осуществлено в течение указанного в настоящем Федеральном законе количества дней. При этом первым днем считается день, следующий после календарной даты наступления этого события, а последним - день, следующий за днем, в который истекает указанное количество дней. (Дополнение статьей - Федеральный закон от 21.07.2005 № 93-ФЗ)</w:t>
      </w:r>
    </w:p>
    <w:p>
      <w:pPr>
        <w:pStyle w:val="Heading3"/>
      </w:pPr>
      <w:r>
        <w:t>Гарантии права граждан Российской Федерации на назначение референдума</w:t>
      </w:r>
    </w:p>
    <w:p>
      <w:r>
        <w:rPr>
          <w:b/>
        </w:rPr>
        <w:t>Статья 12. Вопросы референдума</w:t>
      </w:r>
    </w:p>
    <w:p>
      <w:r>
        <w:rPr>
          <w:b/>
        </w:rPr>
        <w:t xml:space="preserve">1. </w:t>
      </w:r>
      <w:r>
        <w:t>Вопросы, подлежащие вынесению на референдум Российской Федерации, а также вопросы, которые не могут быть вынесены на референдум Российской Федерации, определяются федеральным конституционным законом</w:t>
      </w:r>
    </w:p>
    <w:p>
      <w:r>
        <w:rPr>
          <w:b/>
        </w:rPr>
        <w:t xml:space="preserve">2. </w:t>
      </w:r>
      <w:r>
        <w:t>На референдум субъекта Российской Федерации могут быть вынесены только вопросы, находящиеся в ведении субъекта Российской Федерации или в совместном ведении Российской Федерации и субъектов Российской Федерации, если указанные вопросы не урегулированы Конституцией Российской Федерации, федеральным законом</w:t>
      </w:r>
    </w:p>
    <w:p>
      <w:r>
        <w:rPr>
          <w:b/>
        </w:rPr>
        <w:t xml:space="preserve">3. </w:t>
      </w:r>
      <w:r>
        <w:t>На местный референдум могут быть вынесены только вопросы местного значения</w:t>
      </w:r>
    </w:p>
    <w:p>
      <w:r>
        <w:rPr>
          <w:b/>
        </w:rPr>
        <w:t xml:space="preserve">4. </w:t>
      </w:r>
      <w:r>
        <w:t>Федеральным законом, конституцией (уставом), законом субъекта Российской Федерации могут быть определены вопросы, подлежащие обязательному вынесению на референдум субъекта Российской Федерации.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 (В редакции Федерального закона от 21.07.2005 № 93-ФЗ)</w:t>
      </w:r>
    </w:p>
    <w:p>
      <w:r>
        <w:rPr>
          <w:b/>
        </w:rPr>
        <w:t xml:space="preserve">5. </w:t>
      </w:r>
      <w:r>
        <w:t>Вопросы референдума не должны ограничивать или отменять общепризнанные права и свободы человека и гражданина, конституционные гарантии реализации таких прав и свобод</w:t>
      </w:r>
    </w:p>
    <w:p>
      <w:r>
        <w:rPr>
          <w:b/>
        </w:rPr>
        <w:t xml:space="preserve">6. </w:t>
      </w:r>
      <w:r>
        <w:t>Вопросы референдума субъекта Российской Федерации не должны противоречить законодательству Российской Федерации. Вопросы местного референдума не должны противоречить законодательству Российской Федерации, законодательству соответствующего субъекта Российской Федерации</w:t>
      </w:r>
    </w:p>
    <w:p>
      <w:r>
        <w:rPr>
          <w:b/>
        </w:rPr>
        <w:t xml:space="preserve">7. </w:t>
      </w:r>
      <w:r>
        <w:t>Вопрос референдума должен быть сформулирован таким образом, чтобы исключалась возможность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r>
        <w:rPr>
          <w:b/>
        </w:rPr>
        <w:t xml:space="preserve">8. </w:t>
      </w:r>
      <w:r>
        <w:t>На референдум субъекта Российской Федерации, местный референдум не могут быть вынесены вопросы:</w:t>
      </w:r>
    </w:p>
    <w:p>
      <w:r>
        <w:rPr>
          <w:b/>
        </w:rPr>
        <w:t xml:space="preserve">9. </w:t>
      </w:r>
      <w:r>
        <w:t>Установление иных ограничений для вопросов, выносимых на референдум, кроме указанных в настоящей статье, не допускается</w:t>
      </w:r>
    </w:p>
    <w:p>
      <w:r>
        <w:rPr>
          <w:b/>
        </w:rPr>
        <w:t xml:space="preserve">8. </w:t>
      </w:r>
      <w:r>
        <w:t>о досрочном прекращении или продлении срока полномочий органов государственной власти субъекта Российской Федерации, органов местного самоуправления, о приостановлении осуществления ими своих полномочий, а также о проведении досрочных выборов в органы государственной власти субъекта Российской Федерации, органы местного самоуправления либо об отсрочке указанных выборов</w:t>
      </w:r>
    </w:p>
    <w:p>
      <w:r>
        <w:rPr>
          <w:b/>
        </w:rPr>
        <w:t xml:space="preserve">8. </w:t>
      </w:r>
      <w:r>
        <w:t>о персональном составе органов государственной власти субъекта Российской Федерации, органов местного самоуправления</w:t>
      </w:r>
    </w:p>
    <w:p>
      <w:r>
        <w:rPr>
          <w:b/>
        </w:rPr>
        <w:t xml:space="preserve">8. </w:t>
      </w:r>
      <w:r>
        <w:t>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
        <w:rPr>
          <w:b/>
        </w:rPr>
        <w:t xml:space="preserve">8. </w:t>
      </w:r>
      <w:r>
        <w:t>о принятии или об изменении соответствующего бюджета, исполнении и изменении финансовых обязательств субъекта Российской Федерации, муниципального образования</w:t>
      </w:r>
    </w:p>
    <w:p>
      <w:r>
        <w:rPr>
          <w:b/>
        </w:rPr>
        <w:t xml:space="preserve">8. </w:t>
      </w:r>
      <w:r>
        <w:t>о принятии чрезвычайных и срочных мер по обеспечению здоровья и безопасности населения</w:t>
      </w:r>
    </w:p>
    <w:p>
      <w:r>
        <w:rPr>
          <w:b/>
        </w:rPr>
        <w:t>Статья 13. Обстоятельства, исключающие назначение и проведение референдума</w:t>
      </w:r>
    </w:p>
    <w:p>
      <w:r>
        <w:rPr>
          <w:b/>
        </w:rPr>
        <w:t xml:space="preserve">1. </w:t>
      </w:r>
      <w:r>
        <w:t>Референдум не назначается и не проводится в условиях военного или чрезвычайного положения, введенного на территории Российской Федерации либо на территории, на которой предполагается проводить референдум, или на части этой территории, а также в течение трех месяцев после отмены военного или чрезвычайного положения, за исключением случаев, предусмотренных пунктами 8 и 11 статьи 101 настоящего Федерального закона. (В редакции Федерального закона от 29.05.2023 № 184-ФЗ)</w:t>
      </w:r>
    </w:p>
    <w:p>
      <w:r>
        <w:rPr>
          <w:b/>
        </w:rPr>
        <w:t xml:space="preserve">2. </w:t>
      </w:r>
      <w:r>
        <w:t>Орган государственной власти субъекта Российской Федерации,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принимать решение о назначении референдума, вправе отказать в назначении референдума только в случае нарушения при выдвижении инициативы проведения референдума нормативных правовых актов, регулирующих подготовку и проведение соответствующего референдума</w:t>
      </w:r>
    </w:p>
    <w:p>
      <w:r>
        <w:rPr>
          <w:b/>
        </w:rPr>
        <w:t xml:space="preserve">3. </w:t>
      </w:r>
      <w:r>
        <w:t>Законом субъекта Российской Федерации, уставом муниципального образования может быть установлен срок, в течение которого референдум субъекта Российской Федерации, местный референдум с такой же по смыслу формулировкой вопроса не проводятся. Указанный срок не может превышать два года со дня официального опубликования результатов референдума</w:t>
      </w:r>
    </w:p>
    <w:p>
      <w:r>
        <w:rPr>
          <w:b/>
        </w:rPr>
        <w:t xml:space="preserve">4. </w:t>
      </w:r>
      <w:r>
        <w:t>Установление иных обстоятельств, исключающих назначение и проведение референдума, кроме указанных в настоящей статье, не допускается</w:t>
      </w:r>
    </w:p>
    <w:p>
      <w:r>
        <w:rPr>
          <w:b/>
        </w:rPr>
        <w:t>Статья 14. Инициатива проведения референдума</w:t>
      </w:r>
    </w:p>
    <w:p>
      <w:r>
        <w:rPr>
          <w:b/>
        </w:rPr>
        <w:t xml:space="preserve">1. </w:t>
      </w:r>
      <w:r>
        <w:t>Инициатива проведения референдума в Российской Федерации принадлежит гражданам Российской Федерации, имеющим право на участие в референдуме</w:t>
      </w:r>
    </w:p>
    <w:p>
      <w:r>
        <w:rPr>
          <w:b/>
        </w:rPr>
        <w:t xml:space="preserve">2. </w:t>
      </w:r>
      <w:r>
        <w:t>Федеральным законом инициатива проведения референдума может быть предоставлена иным субъектам</w:t>
      </w:r>
    </w:p>
    <w:p>
      <w:r>
        <w:rPr>
          <w:b/>
        </w:rPr>
        <w:t xml:space="preserve">3. </w:t>
      </w:r>
      <w:r>
        <w:t>Для выдвижения инициативы проведения референдума, предусмотренной пунктом 1 настоящей статьи,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Количественный состав инициативной группы по проведению референдума Российской Федерации устанавливается федеральным конституционным законом, количественный состав инициативной группы по проведению референдума субъекта Российской Федерации, местного референдума устанавливается законом субъекта Российской Федерации в соответствии с пунктом 1 статьи 36 настоящего Федерального закона. Выдвинуть инициативу проведения референдума субъекта Российской Федерации, местного референдума может также избирательное объединение, иное общественное объединение, устав которого предусматривает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позднее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(В редакции Федерального закона от 21.07.2005 № 93-ФЗ)</w:t>
      </w:r>
    </w:p>
    <w:p>
      <w:r>
        <w:rPr>
          <w:b/>
        </w:rPr>
        <w:t xml:space="preserve">4. </w:t>
      </w:r>
      <w:r>
        <w:t>Для назначения референдума инициативная группа по проведению референдума, образованная в соответствии с пунктом 3 настоящей статьи, должна представить в орган, установленный федеральным конституционным законом, законом субъекта Российской Федерации, уставом муниципального образования, подписи участников референдума в поддержку инициативы его проведения</w:t>
      </w:r>
    </w:p>
    <w:p>
      <w:r>
        <w:rPr>
          <w:b/>
        </w:rPr>
        <w:t>Статья 15. Назначение референдума</w:t>
      </w:r>
    </w:p>
    <w:p>
      <w:r>
        <w:rPr>
          <w:b/>
        </w:rPr>
        <w:t xml:space="preserve">1. </w:t>
      </w:r>
      <w:r>
        <w:t>Назначение и проведение референдума обязательно, если соблюдены порядок и сроки выдвижения инициативы проведения референдума и ее реализации, установленные соответственно уровню референдума Федеральным конституционным законом "О референдуме Российской Федерации", настоящим Федеральным законом, конституцией (уставом), законом субъекта Российской Федерации, уставом муниципального образования</w:t>
      </w:r>
    </w:p>
    <w:p>
      <w:r>
        <w:rPr>
          <w:b/>
        </w:rPr>
        <w:t xml:space="preserve">2. </w:t>
      </w:r>
      <w:r>
        <w:t>Принятие органом государственной власти, иным государственным органом,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референдума по данному вопросу</w:t>
      </w:r>
    </w:p>
    <w:p>
      <w:r>
        <w:rPr>
          <w:b/>
        </w:rPr>
        <w:t xml:space="preserve">3. </w:t>
      </w:r>
      <w:r>
        <w:t>Референдум Российской Федерации назначается в соответствии с Конституцией Российской Федерации, федеральным конституционным законом</w:t>
      </w:r>
    </w:p>
    <w:p>
      <w:r>
        <w:rPr>
          <w:b/>
        </w:rPr>
        <w:t xml:space="preserve">4. </w:t>
      </w:r>
      <w:r>
        <w:t>Референдум субъекта Российской Федерации назначается законодательным органом субъекта Российской Федерации в соответствии с настоящим Федеральным законом, иным федеральным законом, конституцией (уставом), законом субъекта Российской Федерации. (В редакции Федерального закона от 14.03.2022 № 60-ФЗ)</w:t>
      </w:r>
    </w:p>
    <w:p>
      <w:r>
        <w:rPr>
          <w:b/>
        </w:rPr>
        <w:t xml:space="preserve">5. </w:t>
      </w:r>
      <w:r>
        <w:t>Местный референдум назначается в соответствии с настоящим Федеральным законом, конституцией (уставом), законом субъекта Российской Федерации, уставом муниципального образования представительным органом муниципального образования, а в случае отсутствия указанного органа или непринятия им решения в установленный срок - судом. (В редакции Федерального закона от 21.07.2005 № 93-ФЗ)</w:t>
      </w:r>
    </w:p>
    <w:p>
      <w:r>
        <w:rPr>
          <w:b/>
        </w:rPr>
        <w:t xml:space="preserve">6. </w:t>
      </w:r>
      <w:r>
        <w:t>Голосование на референдуме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 Решение о назначении референдума Российской Федерации, референдума субъекта Российской Федерации подлежит официальному опубликованию в средствах массовой информации не менее чем за 60 дней до дня голосования, местного референдума - не менее чем за 45 дней до дня голосования</w:t>
      </w:r>
    </w:p>
    <w:p>
      <w:r>
        <w:rPr>
          <w:b/>
        </w:rPr>
        <w:t xml:space="preserve">7. </w:t>
      </w:r>
      <w:r>
        <w:t>В соответствии с законом субъекта Российской Федерации, уставом муниципального образования голосование на референдуме субъекта Российской Федерации, местном референдуме не позднее чем за 25 дней до назначенного дня голосования может быть перенесено уполномоченным на то органом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
        <w:rPr>
          <w:b/>
        </w:rPr>
        <w:t xml:space="preserve">8. </w:t>
      </w:r>
      <w:r>
        <w:t>Решение о назначении референдума, а также о перенесении дня голосования на референдуме в соответствии с пунктом 7 настоящей статьи подлежит официальному опубликованию в средствах массовой информации не позднее чем через пять дней со дня его принятия</w:t>
      </w:r>
    </w:p>
    <w:p>
      <w:pPr>
        <w:pStyle w:val="Heading3"/>
      </w:pPr>
      <w:r>
        <w:t>Гарантии прав граждан Российской Федерации при регистрации (учете) избирателей, участников референдума, составлении списков избирателей, участников референдума, образовании избирательных округов, избирательных участков, участков референдума</w:t>
      </w:r>
    </w:p>
    <w:p>
      <w:r>
        <w:rPr>
          <w:b/>
        </w:rPr>
        <w:t>Статья 16. Регистрация (учет) избирателей, участников референдума</w:t>
      </w:r>
    </w:p>
    <w:p>
      <w:r>
        <w:rPr>
          <w:b/>
        </w:rPr>
        <w:t xml:space="preserve">1. </w:t>
      </w:r>
      <w:r>
        <w:t>Регистрации (учету) подлежат все избиратели, участники референдума</w:t>
      </w:r>
    </w:p>
    <w:p>
      <w:r>
        <w:rPr>
          <w:b/>
        </w:rPr>
        <w:t xml:space="preserve">2. </w:t>
      </w:r>
      <w:r>
        <w:t>Регистрация (учет) избирателей, участников референдума, проживающих на территории соответствующего муниципального образования, осуществляется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Основанием для регистрации (учета) избирателей, участников референдума на территории муниципального образования является факт нахождения места жительства (в отношении вынужденных переселенцев - факт временного пребывания) избирателей, участников референдума на соответствующей территории. Указанный факт устанавливается на основании сведений, представляемых органами, осуществляющими регистрацию граждан Российской Федерации по месту пребывания и по месту жительства в пределах Российской Федерации. (В редакции федеральных законов от 23.05.2020 № 153-ФЗ, от 08.08.2024 № 232-ФЗ)</w:t>
      </w:r>
    </w:p>
    <w:p>
      <w:r>
        <w:rPr>
          <w:b/>
        </w:rPr>
        <w:t xml:space="preserve">3. </w:t>
      </w:r>
      <w:r>
        <w:t>Регистрация (учет) избирателей, участников референдума - военнослужащих, членов их семей и других избирателей, участников референдума, проживающих в пределах расположения воинской части, осуществляется командиром воинской части. Основанием для регистрации (учета) данной категории избирателей, участников референдума является факт нахождения их места жительства в пределах расположения воинской части, устанавливаемый на основании сведений, представляемых соответствующей службой воинской части</w:t>
      </w:r>
    </w:p>
    <w:p>
      <w:r>
        <w:rPr>
          <w:b/>
        </w:rPr>
        <w:t xml:space="preserve">4. </w:t>
      </w:r>
      <w:r>
        <w:t>Регистрация (учет) избирателей, участников референдума, проживающих за пределами Российской Федерации или находящихся в длительных заграничных командировках, осуществляется руководителем соответствующего дипломатического представительства или консульского учреждения Российской Федерации. Основанием для регистрации (учета) данной категории избирателей, участников референдума является факт их постоянного проживания на территории иностранного государства или нахождения в длительной заграничной командировке на территории соответствующего иностранного государства, устанавливаемый дипломатическими представительствами, консульскими учреждениями Российской Федерации</w:t>
      </w:r>
    </w:p>
    <w:p>
      <w:r>
        <w:rPr>
          <w:b/>
        </w:rPr>
        <w:t xml:space="preserve">5. </w:t>
      </w:r>
      <w:r>
        <w:t>Органы, осуществляющие регистрацию граждан Российской Федерации по месту пребывания и по месту жительства в пределах Российской Федерации, выдачу и замену документов, удостоверяющих личность гражданина Российской Федерации на территории Российской Федерации, не реже чем один раз в месяц представляют сведения о фактах выдачи и замены паспорта гражданина Российской Федерации, регистрации и снятия с регистрационного учета по месту жительства (в отношении вынужденных переселенцев - по месту пребывания) граждан Российской Федерации, выдачи паспорта гражданина Российской Федерации в нарушение установленного порядка с указанием следующих персональных данных гражданина: фамилии, имени, отчества, даты рождения, места рождения, пола, гражданства, адреса места жительства (в отношении вынужденных переселенцев - места пребывания), вида документа, удостоверяющего личность, серии и номера этого документа, наименования или кода органа, выдавшего документ, даты выдачи документа - в Центральную избирательную комиссию Российской Федерации и (или) главе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исполнительного органа города федерального значения по месту своего нахождения. (В редакции федеральных законов от 23.05.2020 № 153-ФЗ, от 14.03.2022 № 60-ФЗ, от 08.08.2024 № 232-ФЗ)</w:t>
      </w:r>
    </w:p>
    <w:p>
      <w:r>
        <w:rPr>
          <w:b/>
        </w:rPr>
        <w:t xml:space="preserve">6. </w:t>
      </w:r>
      <w:r>
        <w:t>Сведения о государственной регистрации смерти и сведения о внесении исправлений или изменений в записи актов о смерти глава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руководитель территориального исполнительного органа города федерального значения получает из Единого государственного реестра записей актов гражданского состояния в соответствии с порядком, предусмотренным Федеральным законом от 15 ноября 1997 года № 143-ФЗ "Об актах гражданского состояния". (В редакции федеральных законов от 03.07.2018 № 184-ФЗ, от 23.05.2020 № 153-ФЗ, от 08.08.2024 № 232-ФЗ)</w:t>
      </w:r>
    </w:p>
    <w:p>
      <w:r>
        <w:rPr>
          <w:b/>
        </w:rPr>
        <w:t xml:space="preserve">7. </w:t>
      </w:r>
      <w:r>
        <w:t>Не реже чем один раз в три месяца органы, осуществляющие воинский учет, сообщают о гражданах Российской Федерации, призванных (поступивших по контракту) на военную службу (уволенных с военной службы), а органы (учреждения) уголовно-исполнительной системы - о гражданах, содержащихся в местах лишения свободы по приговору суда, главе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исполнительного органа города федерального значения по месту жительства гражданина. (В редакции федеральных законов от 23.05.2020 № 153-ФЗ, от 08.08.2024 № 232-ФЗ)</w:t>
      </w:r>
    </w:p>
    <w:p>
      <w:r>
        <w:rPr>
          <w:b/>
        </w:rPr>
        <w:t xml:space="preserve">8. </w:t>
      </w:r>
      <w:r>
        <w:t>Суд, приняв решение о признании гражданина недееспособным, а также решение о признании гражданина, ранее признанного судом недееспособным, дееспособным, сообщает о принятом решении главе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руководителю территориального исполнительного органа города федерального значения по месту жительства гражданина. (В редакции федеральных законов от 23.05.2020 № 153-ФЗ, от 08.08.2024 № 232-ФЗ)</w:t>
      </w:r>
    </w:p>
    <w:p>
      <w:r>
        <w:rPr>
          <w:b/>
        </w:rPr>
        <w:t xml:space="preserve">9. </w:t>
      </w:r>
      <w:r>
        <w:t>Сведения, указанные в пунктах 5 - 8 настоящей статьи, не реже чем один раз в месяц передаются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в избирательную комиссию субъекта Российской Федерации для формирования и ведения регистра избирателей, участников референдума. (В редакции федеральных законов от 23.05.2020 № 153-ФЗ, от 08.08.2024 № 232-ФЗ)</w:t>
      </w:r>
    </w:p>
    <w:p>
      <w:r>
        <w:rPr>
          <w:b/>
        </w:rPr>
        <w:t xml:space="preserve">91. </w:t>
      </w:r>
      <w:r>
        <w:t>Порядок передачи в Центральную избирательную комиссию Российской Федерации сведений, указанных в пункте 5 настоящей статьи, устанавливается Центральной избирательной комиссией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(Дополнение пунктом - Федеральный закон от 14.03.2022 № 60-ФЗ)</w:t>
      </w:r>
    </w:p>
    <w:p>
      <w:r>
        <w:rPr>
          <w:b/>
        </w:rPr>
        <w:t xml:space="preserve">10. </w:t>
      </w:r>
      <w:r>
        <w:t>Регистрация избирателей, участников референдума и установление численности зарегистрированных на территории муниципального образования, субъекта Российской Федерации, в Российской Федерации и за пределами территории Российской Федерации избирателей, участников референдума осуществляются по состоянию на 1 января и 1 июля каждого года с использованием ГАС "Выборы"</w:t>
      </w:r>
    </w:p>
    <w:p>
      <w:r>
        <w:rPr>
          <w:b/>
        </w:rPr>
        <w:t xml:space="preserve">11. </w:t>
      </w:r>
      <w:r>
        <w:t>Регистрация (учет) избирателей, участников референдума, установление численности зарегистрированных избирателей, участников референдума, формирование и ведение регистра избирателей, участников референдума осуществляются в порядке, установленном положением о государственной системе регистрации (учета) избирателей, участников референдума, которое утверждается Центральной избирательной комиссией Российской Федерации</w:t>
      </w:r>
    </w:p>
    <w:p>
      <w:r>
        <w:rPr>
          <w:b/>
        </w:rPr>
        <w:t xml:space="preserve">12. </w:t>
      </w:r>
      <w:r>
        <w:t>Избиратель, участник референдума имеет право на беспрепятственный доступ к документированной информации (персональным данным) о себе, в том числе к информации,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 кем и кому она предоставлена. (Статья в редакции Федерального закона от 21.07.2005 № 93-ФЗ)</w:t>
      </w:r>
    </w:p>
    <w:p>
      <w:r>
        <w:rPr>
          <w:b/>
        </w:rPr>
        <w:t>Статья 17. Составление списков избирателей, участников референдума</w:t>
      </w:r>
    </w:p>
    <w:p>
      <w:r>
        <w:rPr>
          <w:b/>
        </w:rPr>
        <w:t xml:space="preserve">1. </w:t>
      </w:r>
      <w:r>
        <w:t>В целях реализации прав избирателей, участников референдума соответствующими комиссиями составляются списки избирателей, участников референдума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пунктом 6 настоящей статьи</w:t>
      </w:r>
    </w:p>
    <w:p>
      <w:r>
        <w:rPr>
          <w:b/>
        </w:rPr>
        <w:t xml:space="preserve">2. </w:t>
      </w:r>
      <w:r>
        <w:t>В списки избирателей, участников референдума на избирательных участках, участках референдума включаются граждане Российской Федерации, обладающие на день голосования активным избирательным правом, правом на участие в референдуме</w:t>
      </w:r>
    </w:p>
    <w:p>
      <w:r>
        <w:rPr>
          <w:b/>
        </w:rPr>
        <w:t xml:space="preserve">3. </w:t>
      </w:r>
      <w:r>
        <w:t>Если на основании международного договора Российской Федерации иностранные граждане имеют право на участие в выборах в органы местного самоуправления и местном референдуме, то в списки избирателей, участников референдума при проведении выборов в органы местного самоуправления, местного референдума в соответствии с законом включаются иностранные граждане, достигшие на день голосования возраста 18 лет и не подпадающие под действие пункта 3 статьи 4 настоящего Федерального закона, постоянно проживающие на территории муниципального образования, в котором проводятся указанные выборы, референдум</w:t>
      </w:r>
    </w:p>
    <w:p>
      <w:r>
        <w:rPr>
          <w:b/>
        </w:rPr>
        <w:t xml:space="preserve">4. </w:t>
      </w:r>
      <w:r>
        <w:t>Основанием для включения гражданина Российской Федерации в список избирателей, участников референдума на конкретном избирательном участке, участке референдума является факт нахождения места его жительства на территории этого участка, а в случаях, предусмотренных настоящим Федеральным законом, иным законом, - факт пребывания (временного пребывания, нахождения) гражданина на территории этого участка (при наличии у гражданина активного избирательного права, права на участие в референдуме). Факт нахождения места жительства либо пребывания (временного пребывания) гражданина на территории определенного избирательного участка, участка референдума устанавливается органами регистрационного учета граждан Российской Федерации по месту жительства и по месту пребывания в пределах Российской Федерации в соответствии с законодательством Российской Федерации, а в случаях, предусмотренных настоящим Федеральным законом, иным законом, - другими уполномоченными на то органами, организациями и должностными лицами. Включение гражданина Российской Федерации в список избирателей, участников референдума по месту его нахождения на территории определенного избирательного участка, участка референдума осуществляется в соответствии с пунктом 16 статьи 64 настоящего Федерального закона. (В редакции Федерального закона от 01.06.2017 № 104-ФЗ)</w:t>
      </w:r>
    </w:p>
    <w:p>
      <w:r>
        <w:rPr>
          <w:b/>
        </w:rPr>
        <w:t xml:space="preserve">5. </w:t>
      </w:r>
      <w:r>
        <w:t>Военнослужащие, проходящие военную службу по призыву в воинских частях, военных организациях и учреждениях, которые расположены на территории соответствующего муниципального образования, если место жительства этих военнослужащих до призыва на военную службу не было расположено на территории муниципального образования, не включаются в списки избирателей, участников референдума и не учитываются при определении числа избирателей, участников референдума при выборах в органы местного самоуправления, на местном референдуме. (В редакции Федерального закона от 21.07.2005 № 93-ФЗ)</w:t>
      </w:r>
    </w:p>
    <w:p>
      <w:r>
        <w:rPr>
          <w:b/>
        </w:rPr>
        <w:t xml:space="preserve">6. </w:t>
      </w:r>
      <w:r>
        <w:t>Сведения об избирателях, участниках референдума формирует и уточняет глава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руководитель территориального исполнительного органа города федерального значения. Сведения об избирателях, участниках референдума - военнослужащих, находящихся в воинской части, членах их семей и о других избирателях, участниках референдума, если они проживают на территории расположения воинской части либо зарегистрированы в установленном порядке при воинской части по месту их службы, формирует и уточняет командир воинской части. Сведения об избирателях, участниках референдума, находящихся в местах временного пребывания, представляет в избирательную комиссию руководитель организации, в которой избиратель, участник референдума временно пребывает. Указанные сведения направляются уполномоченным на то органом или уполномоченным должностным лицом в территориальные комиссии, при отсутствии таковых - в окружные избирательные комиссии, а в случаях, предусмотренных законом, - в участковые комиссии сразу после назначения дня голосования или после образования этих комиссий. (В редакции федеральных законов от 21.07.2005 № 93-ФЗ, от 09.03.2016 № 66-ФЗ, от 23.05.2020 № 153-ФЗ, от 14.03.2022 № 60-ФЗ, от 08.08.2024 № 232-ФЗ)</w:t>
      </w:r>
    </w:p>
    <w:p>
      <w:r>
        <w:rPr>
          <w:b/>
        </w:rPr>
        <w:t xml:space="preserve">7. </w:t>
      </w:r>
      <w:r>
        <w:t>Список избирателей, участников референдума составляется соответствующей комиссией, в том числе с использованием ГАС "Выборы", отдельно по каждому избирательному участку, участку референдума на основании сведений, представляемых по установленной форме уполномоченным на то органом или уполномоченным должностным лицом. (В редакции Федерального закона от 21.07.2005 № 93-ФЗ)</w:t>
      </w:r>
    </w:p>
    <w:p>
      <w:r>
        <w:rPr>
          <w:b/>
        </w:rPr>
        <w:t xml:space="preserve">71. </w:t>
      </w:r>
      <w:r>
        <w:t>Лица, представляющие сведения об избирателях, участниках референдума, несут ответственность за достоверность и полноту этих сведений, а также за своевременность их представления. (Дополнение пунктом - Федеральный закон от 21.07.2005 № 93-ФЗ)</w:t>
      </w:r>
    </w:p>
    <w:p>
      <w:r>
        <w:rPr>
          <w:b/>
        </w:rPr>
        <w:t xml:space="preserve">8. </w:t>
      </w:r>
      <w:r>
        <w:t>При проведении выборов в федеральные органы государственной власти, референдума Российской Федерации участковые комиссии, сформированные на избирательных участках, участках референдума, образованных за пределами территории Российской Федерации, вправе составлять список избирателей, участников референдума до дня голосования - по письменным обращениям, а в день голосования - по устным обращениям явившихся в участковую комиссию граждан Российской Федерации, постоянно проживающих за пределами территории Российской Федерации либо находящихся в длительных заграничных командировках</w:t>
      </w:r>
    </w:p>
    <w:p>
      <w:r>
        <w:rPr>
          <w:b/>
        </w:rPr>
        <w:t xml:space="preserve">9. </w:t>
      </w:r>
      <w:r>
        <w:t>Гражданин Российской Федерации, обладающий активным избирательным правом, правом на участие в референдуме, находящийся в день голосования на выборах в федеральные органы государственной власти, референдуме Российской Федерации за пределами территории Российской Федерации и не имевший возможности проголосовать досрочно, включается соответствующей участковой комиссией в список избирателей, участников референдума при его явке в день голосования в помещение участковой комиссии для голосования. (В редакции Федерального закона от 29.05.2023 № 184-ФЗ)</w:t>
      </w:r>
    </w:p>
    <w:p>
      <w:r>
        <w:rPr>
          <w:b/>
        </w:rPr>
        <w:t xml:space="preserve">10. </w:t>
      </w:r>
      <w:r>
        <w:t>Гражданин Российской Федерации включается в список избирателей, участников референдума только на одном избирательном участке, участке референдума. При выявлении территориальной комиссией (окружной избирательной комиссией) факта включения гражданина Российской Федерации в списки избирателей, участников референдума на разных избирательных участках, участках референдума на одних и тех же выборах, одном и том же референдуме соответствующая комиссия до передачи списков избирателей, участников референдума в участковые комиссии проводит работу по устранению ошибки или неточности в указанных списках. (В редакции федеральных законов от 21.07.2005 № 93-ФЗ, от 14.03.2022 № 60-ФЗ)</w:t>
      </w:r>
    </w:p>
    <w:p>
      <w:r>
        <w:rPr>
          <w:b/>
        </w:rPr>
        <w:t xml:space="preserve">11. </w:t>
      </w:r>
      <w:r>
        <w:t>Список избирателей, участников референдума составляется в двух экземплярах. Сведения об избирателях, участниках референдума, включаемые в список избирателей, участников референдума,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избирателя, участника референдума. В списке избирателей, участников референдума должны быть предусмотрены места для проставления избирателем, участником референдума подписи за каждый полученный им бюллетень, серии и номера своего паспорта или документа, заменяющего паспорт гражданина, а также для внесения суммарных данных по каждому виду выборов, референдума и для проставления подписи члена участковой комиссии, выдавшего бюллетень (бюллетени) избирателю, участнику референдума. (В редакции Федерального закона от 21.07.2005 № 93-ФЗ)</w:t>
      </w:r>
    </w:p>
    <w:p>
      <w:r>
        <w:rPr>
          <w:b/>
        </w:rPr>
        <w:t xml:space="preserve">12. </w:t>
      </w:r>
      <w:r>
        <w:t>Первый экземпляр списка избирателей, участников референдума подписывают председатель и секретарь комиссии, составившей список. На избирательных участках, участках референдума, образованных на территории воинской части, в отдаленной или труднодоступной местности, список избирателей, участников референдума подписывают председатель и секретарь участковой комиссии. Список избирателей, участников референдума заверяется печатями соответственно территориальной комиссии (окружной избирательной комиссии) и (или) участковой комиссии. Порядок и сроки изготовления, использования второго экземпляра списка избирателей, участников референдума, его передачи соответствующей участковой комиссии, заверения и уточнения определяются комиссией, организующей выборы, референдум. (В редакции федеральных законов от 21.07.2005 № 93-ФЗ, от 14.03.2022 № 60-ФЗ)</w:t>
      </w:r>
    </w:p>
    <w:p>
      <w:r>
        <w:rPr>
          <w:b/>
        </w:rPr>
        <w:t xml:space="preserve">13. </w:t>
      </w:r>
      <w:r>
        <w:t>Соответствующая территориальная комиссия (окружная избирательная комиссия) передает по акту участковым комиссиям первый экземпляр списка избирателей, участников референдума конкретного избирательного участка, участка референдума не позднее чем за 10 дней до дня голосования. Участковая комиссия вправе разделить первый экземпляр списка избирателей, участников референдума на отдельные книги.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и подписью ее председателя. (В редакции федеральных законов от 21.07.2005 № 93-ФЗ, от 05.04.2013 № 40-ФЗ, от 14.03.2022 № 60-ФЗ)</w:t>
      </w:r>
    </w:p>
    <w:p>
      <w:r>
        <w:rPr>
          <w:b/>
        </w:rPr>
        <w:t xml:space="preserve">14. </w:t>
      </w:r>
      <w:r>
        <w:t>Участковая комиссия уточняет список избирателей, участников референдума в соответствии с установленным порядком организации взаимодействия комиссий с органами местного самоуправления, учреждениями и организациями, осуществляющими регистрацию (учет) избирателей, участников референдума. Выверенный и уточненный список избирателей, участников референдума не позднее дня, предшествующего дню голосования, подписывается председателем и секретарем участковой комиссии и заверяется печатью участковой комиссии</w:t>
      </w:r>
    </w:p>
    <w:p>
      <w:r>
        <w:rPr>
          <w:b/>
        </w:rPr>
        <w:t xml:space="preserve">15. </w:t>
      </w:r>
      <w:r>
        <w:t>Участковая комиссия за 10 дней до дня голосования представляет список избирателей, участников референдума для ознакомления избирателей, участников референдума и его дополнительного уточнения. (В редакции федеральных законов от 21.07.2005 № 93-ФЗ; от 05.04.2013 № 40-ФЗ)</w:t>
      </w:r>
    </w:p>
    <w:p>
      <w:r>
        <w:rPr>
          <w:b/>
        </w:rPr>
        <w:t xml:space="preserve">151. </w:t>
      </w:r>
      <w:r>
        <w:t>В случае проведения досрочного голосования в соответствии с пунктом 1 статьи 65 настоящего Федерального закона составление списка избирателей, участников референдума, передача в участковую комиссию первого экземпляра списка избирателей, участников референдума и ознакомление со списком избирателей, участников референдума по соответствующему избирательному участку, участку референдума осуществляются в сроки, установленные законом, в целях обеспечения проведения досрочного голосования избирателей, участников референдума. (Дополнение пунктом - Федеральный закон от 05.05.2014 № 95-ФЗ)</w:t>
      </w:r>
    </w:p>
    <w:p>
      <w:r>
        <w:rPr>
          <w:b/>
        </w:rPr>
        <w:t xml:space="preserve">152. </w:t>
      </w:r>
      <w:r>
        <w:t>Список избирателей, участников референдума может составляться, уточняться и использоваться в электронном виде в порядке и сроки, определенные при проведении выборов в федеральные органы государственной власти и референдума Российской Федерации Центральной избирательной комиссией Российской Федерации, а при проведении иных выборов и референдумов - избирательной комиссией субъекта Российской Федерации с учетом требований, установленных Центральной избирательной комиссией Российской Федерации. В случае составления, уточнения и использования списка избирателей, участников референдума в электронном виде его копия изготавливается путем распечатки списка избирателей, участников референдума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или указанная копия может быть изготовлена в электронном виде, и в таком случае она подписывается электронными подписями председателя, секретаря участковой комиссии. Указанная копия равнозначна по своей юридической силе списку избирателей, участников референдума в электронном виде. Хранение указанной копии осуществляется в порядке, определяемом в соответствии с настоящим Федеральным законом в отношении хранения избирательной документации, документации референдума. (В редакции Федерального закона от 29.05.2023 № 184-ФЗ) (Дополнение пунктом - Федеральный закон от 14.03.2022 № 60-ФЗ)</w:t>
      </w:r>
    </w:p>
    <w:p>
      <w:r>
        <w:rPr>
          <w:b/>
        </w:rPr>
        <w:t xml:space="preserve">16. </w:t>
      </w:r>
      <w:r>
        <w:t>Гражданин Российской Федерации, обладающий активным избирательным правом, правом на участие в референдуме, вправе обратиться в участковую комиссию с заявлением о включении его в список избирателей, участников референдума, о любой ошибке или неточности в сведениях о нем, внесенных в список избирателей, участников референдума. В течение 24 часов, а в день голосования в течение двух часов с момента обращения, но не позднее момента окончания голосования участковая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 Решение участковой комиссии об отклонении заявления о включении гражданина Российской Федерации в список избирателей, участников референдума может быть обжаловано в вышестоящую комиссию или в суд (по месту нахождения участковой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участников референдума производится участковой комиссией немедленно. Исключение гражданина Российской Федерации из списка избирателей, участников референдума после его подписания председателями и секретарями соответствующих комиссий и заверения его печатями этих комиссий в порядке, предусмотренном пунктом 12 настоящей статьи, производится только на основании официальных документов, в том числе сообщения вышестоящей комиссии о включении избирателя, участника референдума в список избирателей, участников референдума на другом избирательном участке, участке референдума. При этом в списке избирателей, участников референдума,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участников референдума заверяется подписью председателя участковой комиссии с указанием даты внесения этой подписи. Каждый гражданин Российской Федерации вправе сообщить в участковую комиссию об изменении указанных в пункте 5 статьи 16 настоящего Федерального закона сведений об избирателях, участниках референдума, включенных в список избирателей, участников референдума на соответствующем участке. (В редакции федеральных законов от 21.07.2005 № 93-ФЗ, от 29.05.2023 № 184-ФЗ)</w:t>
      </w:r>
    </w:p>
    <w:p>
      <w:r>
        <w:rPr>
          <w:b/>
        </w:rPr>
        <w:t xml:space="preserve">17. </w:t>
      </w:r>
      <w:r>
        <w:t>Если в соответствии с пунктом 16 статьи 64 настоящего Федерального закона не предусмотрено включение гражданина Российской Федерации в список избирателей, участников референдума по месту его нахождения, избиратели, участники референдума,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участники референдума из числа военнослужащих, находящихся вне места расположения воинской части, и избиратели, участники референдума, работающие вахтовым методом, решением участковой комиссии могут быть включены в список избирателей, участников референдума на избирательном участке, участке референдума по месту их временного пребывания по личному письменному заявлению, поданному в участковую комиссию не позднее чем за три дня до дня (первого дня) голосования. Если в соответствии с пунктом 16 статьи 64 настоящего Федерального закона предусмотрено включение гражданина Российской Федерации в список избирателей, участников референдума по месту его нахождения, избиратели, участники референдума, которые будут находиться в день голосования в больницах или местах содержания под стражей подозреваемых и обвиняемых, а также избиратели, участники референдума из числа военнослужащих, находящихся вне места расположения воинской части, и избиратели, участники референдума, работающие вахтовым методом, не имевшие возможности подать заявление о включении в список избирателей, участников референдума по месту нахождения, решением участковой комиссии могут быть включены в список избирателей, участников референдума на избирательном участке, участке референдума по месту их временного пребывания по личному письменному заявлению, поданному в участковую комиссию не позднее 14 часов по местному времени дня, предшествующего дню голосования (такие избиратели, участники референдума включаются в список избирателей, участников референдума в указанном порядке также в случае совмещения дня голосования на соответствующих выборах, референдуме с днем голосования на выборах в органы местного самоуправления, местном референдуме). Информация о включении избирателя, участника референдума в список избирателей, участников референдума на избирательном участке, участке референдума по месту их временного пребывания передается, в том числе с использованием ГАС "Выборы", в участковую комиссию избирательного участка, участка референдума, где данный избиратель, участник референдума включен в список избирателей, участников референдума по месту его жительства. Участковая комиссия в соответствующей строке списка избирателей, участников референдума делает отметку: "Включен в список избирателей (участников референдума) на избирательном участке (участке референдума) № " с указанием номера избирательного участка, участка референдума и при необходимости наименования субъекта Российской Федерации. Законом может быть предусмотрено, что избиратели, участники референдума, не имеющие регистрации по месту своего жительства в пределах Российской Федерации, решением участковой комиссии могут быть включены в список избирателей, участников референдума на избирательном участке, участке референдума, образованных или определенных решением вышестоящей комиссии для проведения голосования этих избирателей, участников референдума, по личному письменному заявлению, поданному в участковую комиссию не позднее чем в день голосования. (В редакции федеральных законов от 01.06.2017 № 104-ФЗ, от 29.05.2019 № 104-ФЗ, от 31.07.2020 № 267-ФЗ)</w:t>
      </w:r>
    </w:p>
    <w:p>
      <w:r>
        <w:rPr>
          <w:b/>
        </w:rPr>
        <w:t xml:space="preserve">171. </w:t>
      </w:r>
      <w:r>
        <w:t>(Дополнение пунктом - Федеральный закон от 04.10.2010 № 263-ФЗ) (Утратил силу - Федеральный закон от 29.05.2023 № 184-ФЗ)</w:t>
      </w:r>
    </w:p>
    <w:p>
      <w:r>
        <w:rPr>
          <w:b/>
        </w:rPr>
        <w:t xml:space="preserve">172. </w:t>
      </w:r>
      <w:r>
        <w:t>В случае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списки избирателей, участников референдума составляются в порядке, установленном Центральной избирательной комиссией Российской Федерации. (Дополнение пунктом - Федеральный закон от 29.05.2023 № 184-ФЗ)</w:t>
      </w:r>
    </w:p>
    <w:p>
      <w:r>
        <w:rPr>
          <w:b/>
        </w:rPr>
        <w:t xml:space="preserve">18. </w:t>
      </w:r>
      <w:r>
        <w:t>Вносить какие-либо изменения в списки избирателей, участников референдума после окончания голосования и начала подсчета голосов избирателей, участников референдума запрещается</w:t>
      </w:r>
    </w:p>
    <w:p>
      <w:r>
        <w:rPr>
          <w:b/>
        </w:rPr>
        <w:t xml:space="preserve">19. </w:t>
      </w:r>
      <w:r>
        <w:t>После официального опубликования результатов выборов, референдума информация об избирателях, участниках референдума, содержащаяся в списках избирателей, участников референдума, может использоваться для уточнения сведений об избирателях, участниках референдума в регистре избирателей, участников референдума. (Дополнение пунктом - Федеральный закон от 21.07.2005 № 93-ФЗ)</w:t>
      </w:r>
    </w:p>
    <w:p>
      <w:r>
        <w:rPr>
          <w:b/>
        </w:rPr>
        <w:t>Статья 18. Образование (определение) избирательных округов, округа референдума</w:t>
      </w:r>
    </w:p>
    <w:p>
      <w:r>
        <w:rPr>
          <w:b/>
        </w:rPr>
        <w:t xml:space="preserve">1. </w:t>
      </w:r>
      <w:r>
        <w:t>Для проведения выборов образуются одномандатные и (или) многомандатные избирательные округа либо определяется единый избирательный округ; для проведения референдума определяется округ референдума</w:t>
      </w:r>
    </w:p>
    <w:p>
      <w:r>
        <w:rPr>
          <w:b/>
        </w:rPr>
        <w:t xml:space="preserve">2. </w:t>
      </w:r>
      <w:r>
        <w:t>Одномандатные и (или) многомандатные избирательные округа образуются сроком на десять лет, если иное не установлено федеральным законом, на основании данных о численности избирателей, зарегистрированных на соответствующей территории в соответствии с пунктом 10 статьи 16 настоящего Федерального закона. Избирательная комиссия, организующая выборы в законодательный орган субъекта Российской Федерации, представительный орган муниципального образования, определяет схему одномандатных и (или) многомандатных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указаны номер каждого избирательного округа, число избирателей в каждом избирательном округе, а для многомандатных избирательных округов - также количество мандатов, замещаемых в округе. Новая схема одномандатных и (или) многомандатных избирательных округов определяется не позднее чем за 80 дней до истечения срока, на который была утверждена прежняя схема одномандатных и (или) многомандатных избирательных округов. Соответствующий законодательный орган, представительный орган муниципального образования утверждают новую схему избирательных округов не позднее чем за 20 дней до истечения срока, на который была утверждена прежняя схема одномандатных и (или)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 (В редакции федеральных законов от 02.10.2012 № 157-ФЗ, от 05.04.2013 № 40-ФЗ, от 09.03.2016 № 66-ФЗ, от 14.03.2022 № 60-ФЗ, от 23.05.2025 № 115-ФЗ)</w:t>
      </w:r>
    </w:p>
    <w:p>
      <w:r>
        <w:rPr>
          <w:b/>
        </w:rPr>
        <w:t xml:space="preserve">3. </w:t>
      </w:r>
      <w:r>
        <w:t>Если новая схема одномандатных и (или) многомандатных избирательных округов не утверждена в срок, указанный в пункте 2 настоящей статьи, в том числе в связи с отсутствием законодательного (представительного) органа государственной власти, представительного органа муниципального образования, она утверждается избирательной комиссией, организующей соответствующие выборы, не позднее чем через один месяц по истечении срока, указанного в пункте 2 настоящей статьи. (В редакции Федерального закона от 02.10.2012 № 157-ФЗ)</w:t>
      </w:r>
    </w:p>
    <w:p>
      <w:r>
        <w:rPr>
          <w:b/>
        </w:rPr>
        <w:t xml:space="preserve">31. </w:t>
      </w:r>
      <w:r>
        <w:t>При проведении выборов в законодательный орган субъекта Российской Федерации первого созыва, представительный орган муниципального образования первого созыва схема избирательных округов, определяемая организующей выборы избирательной комиссией, утверждается органом, указанным в законе или ином нормативном правовом акте, на основании которого проводятся соответствующие выборы. Если указанный орган не утвердит в установленный срок схему избирательных округов, эта схема утверждается организующей выборы избирательной комиссией не позднее чем через пять дней со дня официального опубликования решения о назначении соответствующих выборов. (Дополнение пунктом - Федеральный закон от 21.07.2005 № 93-ФЗ) (В редакции Федерального закона от 14.03.2022 № 60-ФЗ)</w:t>
      </w:r>
    </w:p>
    <w:p>
      <w:r>
        <w:rPr>
          <w:b/>
        </w:rPr>
        <w:t xml:space="preserve">4. </w:t>
      </w:r>
      <w:r>
        <w:t>Одномандатные и (или) многомандатные избирательные округа должны образовываться с соблюдением следующих требований:</w:t>
      </w:r>
    </w:p>
    <w:p>
      <w:r>
        <w:rPr>
          <w:b/>
        </w:rPr>
        <w:t xml:space="preserve">5. </w:t>
      </w:r>
      <w:r>
        <w:t>При соблюдении требований, касающихся образования одномандатных и (или) многомандатных избирательных округов, указанных в пункте 4 настоящей статьи, учитываются административно-территориальное устройство (деление) субъекта Российской Федерации, территории муниципальных образований</w:t>
      </w:r>
    </w:p>
    <w:p>
      <w:r>
        <w:rPr>
          <w:b/>
        </w:rPr>
        <w:t xml:space="preserve">6. </w:t>
      </w:r>
      <w:r>
        <w:t>(Пункт утратил силу - Федеральный закон от 14.03.2022 № 60-ФЗ)</w:t>
      </w:r>
    </w:p>
    <w:p>
      <w:r>
        <w:rPr>
          <w:b/>
        </w:rPr>
        <w:t xml:space="preserve">7. </w:t>
      </w:r>
      <w:r>
        <w:t>Опубликование (обнародование) схемы одномандатных и (или) многомандатных избирательных округов, включая ее графическое изображение, осуществляется соответствующим законодательным (представительным) органом государственной власти, представительным органом муниципального образования, организующей выборы избирательной комиссией не позднее чем через пять дней после ее утверждения. (В редакции Федерального закона от 21.07.2005 № 93-ФЗ)</w:t>
      </w:r>
    </w:p>
    <w:p>
      <w:r>
        <w:rPr>
          <w:b/>
        </w:rPr>
        <w:t xml:space="preserve">71. </w:t>
      </w:r>
      <w:r>
        <w:t>В случае, если схема одномандатных и (или) многомандатных избирательных округов не может быть применена при проведении выборов в связи с изменением положений конституции (устава) субъекта Российской Федерации, закона субъекта Российской Федерации, устава муниципального образования, устанавливающих соответственно число депутатов законодательного органа субъекта Российской Федерации,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законодательный орган субъекта Российской Федерации,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 (или) многомандатных избирательных округов не позднее чем через 30 дней со дня вступления в силу соответствующих положений конституции (устава) субъекта Российской Федерации, закона субъекта Российской Федерации, устава муниципального образования. Если соответствующий законодательный орган субъекта Российской Федерации, представительный орган муниципального образования не утвердит новую схему одномандатных и (или) многомандатных избирательных округов в указанный срок, в том числе в связи с отсутствием законодательного органа субъекта Российской Федерации,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 (Дополнение пунктом - Федеральный закон от 05.04.2013 № 40-ФЗ) (В редакции Федерального закона от 14.03.2022 № 60-ФЗ)</w:t>
      </w:r>
    </w:p>
    <w:p>
      <w:r>
        <w:rPr>
          <w:b/>
        </w:rPr>
        <w:t xml:space="preserve">72. </w:t>
      </w:r>
      <w:r>
        <w:t>Если по состоянию на 1 июля года, предшествующего году проведения основных выборов депутатов законодательного органа субъекта Российской Федерации, представительного органа муниципального образования, будет установлено отклонение от средней нормы представительства избирателей, превышающее 20 процентов, а в труднодоступных или отдаленных местностях, на территориях компактного проживания коренных малочисленных народов - 40 процентов, соответствующий законодательный орган субъекта Российской Федерации, представительный орган муниципального образования по представлению организующей выборы избирательной комиссии вносит изменения в схему избирательных округов не позднее чем за девять месяцев до дня голосования в целях ее приведения в соответствие с требованиями пункта 4 настоящей статьи. При этом изменению подлежат только округа, не соответствующие требованиям пункта 4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пункта 4 настоящей статьи. Если в связи с необходимостью внесения изменений в схему избирательных округов в целях ее приведения в соответствие с требованиями пункта 4 настоящей статьи требуется изменение границ более 50 процентов избирательных округов, соответствующий законодательный орган субъекта Российской Федерации, представительный орган муниципального образования по представлению организующей выборы избирательной комиссии утверждает новую схему одномандатных и (или) многомандатных избирательных округов в срок, указанный в настоящем пункте. Если соответствующий законодательный орган субъекта Российской Федерации, представительный орган муниципального образования не внесет изменения в схему избирательных округов в указанный срок или не утвердит новую схему, в том числе в связи с отсутствием законодательного органа субъекта Российской Федерации, представительного органа муниципального образования, такие изменения вносятся в схему избирательных округов (такая схема утверждается) организующей выборы избирательной комиссией не позднее чем через тридцать дней после истечения срока, в который такие изменения должны были быть внесены (такая схема должна была быть утверждена) указанными органами. (Дополнение пунктом - Федеральный закон от 23.05.2020 № 153-ФЗ) (В редакции Федерального закона от 14.03.2022 № 60-ФЗ)</w:t>
      </w:r>
    </w:p>
    <w:p>
      <w:r>
        <w:rPr>
          <w:b/>
        </w:rPr>
        <w:t xml:space="preserve">8. </w:t>
      </w:r>
      <w:r>
        <w:t>В случае образования многомандатного избирательного округа число депутатских мандатов, подлежащих распределению в этом округе, не может превышать пять. Данное ограничение не применяется при выборах в органы местного самоуправления сельского поселения, а также при выборах в органы местного самоуправления иного муниципального образования в избирательном округе, образованном в границах избирательного участка. (В редакции Федерального закона от 21.07.2005 № 93-ФЗ)</w:t>
      </w:r>
    </w:p>
    <w:p>
      <w:r>
        <w:rPr>
          <w:b/>
        </w:rPr>
        <w:t xml:space="preserve">4. </w:t>
      </w:r>
      <w:r>
        <w:t>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или отдаленных местностях - не более чем на 30 процентов. При образовании многомандатных избирательных округов соблюдается примерное 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от средней нормы представительства избирателей, а в труднодоступных или отдаленных местностях - 15 процентов от средней нормы представительства избирателей. Указанные требования могут не соблюдаться при выборах в федеральные органы государственной власти, иные федеральные государственные органы в случае, если федеральным законом устанавливается обязательность образования не менее одного избирательного округа на территории каждого субъекта Российской Федерации. Положения, содержащиеся в первом предложении настоящего подпункта, могут не применяться при образовании на территории автономного округа, входящего в состав другого субъекта Российской Федерации, одного включающего в себя всю территорию указанного автономного округа одномандатного избирательного округа для проведения выборов депутатов законодательного органа субъекта Российской Федерации. Если применение положений, содержащихся в первом предложении настоящего подпункта, влечет за собой образование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органа субъекта Российской Федерации, представительного органа муниципального образования могут быть образованы с допустимым отклонением от средней нормы представительства избирателей не более чем на 20 процентов.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решения о назначении выборов; (В редакции федеральных законов от 21.07.2005 № 93-ФЗ, от 14.03.2022 № 60-ФЗ)</w:t>
      </w:r>
    </w:p>
    <w:p>
      <w:r>
        <w:rPr>
          <w:b/>
        </w:rPr>
        <w:t xml:space="preserve">4. </w:t>
      </w:r>
      <w:r>
        <w:t>при образовании избирательных округов на определенных законом субъекта Российской Федерации территориях компактного проживания коренных малочисленных народов допустимое отклонение от средней нормы представительства избирателей в соответствии с законом субъекта Российской Федерации может превышать указанный предел, но не должно составлять более 40 процентов; (В редакции Федерального закона от 04.07.2003 № 102-ФЗ)</w:t>
      </w:r>
    </w:p>
    <w:p>
      <w:r>
        <w:rPr>
          <w:b/>
        </w:rPr>
        <w:t xml:space="preserve">4. </w:t>
      </w:r>
      <w:r>
        <w:t>избирательный округ должен составлять единую территорию, не допускается образование избирательного округа из территорий, не граничащих между собой, за исключением анклавных территорий</w:t>
      </w:r>
    </w:p>
    <w:p>
      <w:r>
        <w:rPr>
          <w:b/>
        </w:rPr>
        <w:t>Статья 19. Образование избирательных участков, участков референдума</w:t>
      </w:r>
    </w:p>
    <w:p>
      <w:r>
        <w:rPr>
          <w:b/>
        </w:rPr>
        <w:t xml:space="preserve">1. </w:t>
      </w:r>
      <w:r>
        <w:t>Для проведения голосования и подсчета голосов избирателей, участников референдума образуются избирательные участки, участки референдума. Избирательные участки являются едиными для всех выборов, проводимых на соответствующей территории, а в случае назначения референдума субъекта Российской Федерации, местного референдума они являются также участками референдума. (В редакции федеральных законов от 02.10.2012 № 157-ФЗ; от 05.04.2013 № 40-ФЗ)</w:t>
      </w:r>
    </w:p>
    <w:p>
      <w:r>
        <w:rPr>
          <w:b/>
        </w:rPr>
        <w:t xml:space="preserve">2. </w:t>
      </w:r>
      <w:r>
        <w:t>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настоящего Федерального закона, из расчета не более чем три тысячи избирателей, участников референдума на каждом участке (за исключением случаев, установленных пунктом 24 настоящей статьи). Избирательные участки, участки референдума образуются с учетом местных и иных условий исходя из необходимости создания максимальных удобств для избирателей, участников референдума. Перечень избирательных участков, участков референдума и их границы подлежат обязательному уточнению в порядке, предусмотренном для их образования, в случае нарушения пункта 4 настоящей статьи. (В редакции федеральных законов от 01.06.2017 № 104-ФЗ, от 23.05.2020 № 153-ФЗ, от 14.03.2022 № 60-ФЗ, от 08.08.2024 № 232-ФЗ)</w:t>
      </w:r>
    </w:p>
    <w:p>
      <w:r>
        <w:rPr>
          <w:b/>
        </w:rPr>
        <w:t xml:space="preserve">21. </w:t>
      </w:r>
      <w:r>
        <w:t>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w:t>
      </w:r>
    </w:p>
    <w:p>
      <w:r>
        <w:rPr>
          <w:b/>
        </w:rPr>
        <w:t xml:space="preserve">22. </w:t>
      </w:r>
      <w:r>
        <w:t>Решение об уточнении перечня избирательных участков, участков референдума и (или) их границ должно быть принято вне периода избирательной кампании, кампании референдума, а в исключительных случаях не позднее чем за 70 дней до дня голосования. (Дополнение пунктом - Федеральный закон от 01.06.2017 № 104-ФЗ) (В редакции Федерального закона от 14.03.2022 № 60-ФЗ)</w:t>
      </w:r>
    </w:p>
    <w:p>
      <w:r>
        <w:rPr>
          <w:b/>
        </w:rPr>
        <w:t xml:space="preserve">23. </w:t>
      </w:r>
      <w:r>
        <w:t>Если решение, принимаемое в целях реализации подпункта "в", "г" или "д" пункта 21 настоящей статьи, предусматривает увеличение числа избирательных участков, участков референдума в пределах муниципального района, муниципального округа, городского округа, внутригородской территории города федерального значения, то указанное решение может быть принято исключительно по согласованию с избирательной комиссией соответствующего субъекта Российской Федерации и последующему согласованию с Центральной избирательной комиссией Российской Федерации. В период избирательной кампании по выборам в федеральные органы государственной власти принятие такого решения не допускается. (Дополнение пунктом - Федеральный закон от 01.06.2017 № 104-ФЗ) (В редакции Федерального закона от 23.05.2020 № 153-ФЗ)</w:t>
      </w:r>
    </w:p>
    <w:p>
      <w:r>
        <w:rPr>
          <w:b/>
        </w:rPr>
        <w:t xml:space="preserve">24. </w:t>
      </w:r>
      <w:r>
        <w:t>В городе федерального значения, административном центре (столице) субъекта Российской Федерации, городском округе с численностью избирателей свыше 500 000 по согласованию с избирательной комиссией соответствующего субъекта Российской Федерации и последующему согласованию с Центральной избирательной комиссией Российской Федерации допускается образование избирательных участков, участков референдума (уточнение перечня избирательных участков, участков референдума и их границ) с числом избирателей, участников референдума, превышающим три тысячи. При этом необходимо обеспечивать создание максимальных удобств для избирателей, участников референдума. (Дополнение пунктом - Федеральный закон от 14.03.2022 № 60-ФЗ)</w:t>
      </w:r>
    </w:p>
    <w:p>
      <w:r>
        <w:rPr>
          <w:b/>
        </w:rPr>
        <w:t xml:space="preserve">3. </w:t>
      </w:r>
      <w:r>
        <w:t>Избирательные участки, участки референдума для граждан Российской Федерации, находящихся за пределами территории Российской Федерации, образуют в срок, установленный федеральным законом, руководители дипломатических представительств или консульских учреждений Российской Федерации на территории страны их пребывания. Положение пункта 2 настоящей статьи, касающееся числа избирателей, участников референдума, может не применяться при образовании избирательных участков, участков референдума за пределами территории Российской Федерации. (В редакции Федерального закона от 09.03.2016 № 66-ФЗ)</w:t>
      </w:r>
    </w:p>
    <w:p>
      <w:r>
        <w:rPr>
          <w:b/>
        </w:rPr>
        <w:t xml:space="preserve">4. </w:t>
      </w:r>
      <w:r>
        <w:t>Границы избирательных участков не должны пересекать границы избирательных округов. (В редакции Федерального закона от 02.10.2012 № 157-ФЗ)</w:t>
      </w:r>
    </w:p>
    <w:p>
      <w:r>
        <w:rPr>
          <w:b/>
        </w:rPr>
        <w:t xml:space="preserve">5. </w:t>
      </w:r>
      <w:r>
        <w:t>В местах временного пребывания избирателей, участников референдума (больницах, санаториях, домах отдыха, на вокзалах, в аэропортах, местах содержания под стражей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 на полярных станциях избирательные участки, участки референдума могут образовываться предусмотренной законом комиссией на установленный ею срок не позднее чем за 30 дней до дня голосования, а в исключительных случаях по согласованию с вышестоящей комиссией - не позднее чем за три дня до дня (первого дня) голосования. Такие участки входят в избирательные округа, округа референдума по месту их расположения или по месту приписки судна. При выборах в органы государственной власти субъекта Российской Федерации, органы местного самоуправления, референдуме субъекта Российской Федерации, местном референдуме законом субъекта Российской Федерации может быть установлен иной порядок отнесения таких участков к избирательным округам, округам референдума. В труднодоступных и отдаленных местностях, на судах, которые будут находиться в день голосования в плавании, и на полярных станциях избирательные участки, участки референдума могут образовываться вышестоящей комиссией по согласованию с капитаном судна или судовладельцем, начальником полярной станции, руководителями других объектов, расположенных в труднодоступных и отдаленных местностях. Для проведения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избирательные участки, участки референдума могут образовываться избирательной комиссией субъекта Российской Федерации, на территории которого расположены места содержания под стражей подозреваемых и обвиняемых. (В редакции федеральных законов от 21.07.2005 № 93-ФЗ, от 04.10.2010 № 263-ФЗ, от 02.10.2012 № 157-ФЗ, от 09.03.2016 № 66-ФЗ, от 31.07.2020 № 267-ФЗ, от 29.05.2023 № 184-ФЗ)</w:t>
      </w:r>
    </w:p>
    <w:p>
      <w:r>
        <w:rPr>
          <w:b/>
        </w:rPr>
        <w:t xml:space="preserve">51. </w:t>
      </w:r>
      <w:r>
        <w:t>При проведении выборов в органы государственной власти субъекта Российской Федерации по решению избирательной комиссии субъекта Российской Федерации, организующей подготовку и проведение указанных выборов, для голосования избирателей могут образовываться избирательные участки за пределами территории субъекта Российской Федерации, где такие избиратели обладают активным избирательным правом. Избирательная комиссия субъекта Российской Федерации, организующая подготовку и проведение выборов, вправе сформировать одну либо несколько территориальных избирательных комиссий для руководства деятельностью участковых избирательных комиссий, сформированных на избирательных участках, предусмотренных настоящим пунктом. Особенности образования указанных избирательных участков, формирования участковых избирательных комиссий на данных участках (возложения полномочий участковых избирательных комиссий данных участков на участковые избирательные комиссии, сформированные в иных субъектах Российской Федерации), составления списков избирателей, составления протоколов об итогах голосования (формирования данных об итогах такого голосования), обработки итогов голосования, определения результатов выборов, а также иные особенности подготовки и проведения голосования, в том числе досрочного голосования, на указанных избирательных участках устанавливаются Центральной избирательной комиссией Российской Федерации. (Дополнение пунктом - Федеральный закон от 29.05.2023 № 184-ФЗ)</w:t>
      </w:r>
    </w:p>
    <w:p>
      <w:r>
        <w:rPr>
          <w:b/>
        </w:rPr>
        <w:t xml:space="preserve">6. </w:t>
      </w:r>
      <w:r>
        <w:t>Военнослужащие голосуют на общих избирательных участках, участках референдума. В воинских частях избирательные участки, участки референдума могут образовываться командирами воинских частей в случаях, а также в порядке и сроки, которые установлены законом</w:t>
      </w:r>
    </w:p>
    <w:p>
      <w:r>
        <w:rPr>
          <w:b/>
        </w:rPr>
        <w:t xml:space="preserve">7. </w:t>
      </w:r>
      <w:r>
        <w:t>Списки избирательных участков, участков референдума с указанием их границ (если избирательный участок, участок референдума образован на части территории населенного пункта) либо перечня населенных пунктов (если избирательный участок, участок референдума образован на территориях одного или нескольких населенных пунктов), номеров, мест нахождения участковых комиссий и помещений для голосования должны быть опубликованы главой местной администрации муниципального района, муниципального округа, городского округа, внутригородской территории города федерального значения, в случаях, предусмотренных законом субъекта Российской Федерации - города федерального значения, - руководителем территориального исполнительного органа города федерального значения, а при проведении выборов в орган местного самоуправления поселения - главой местной администрации поселения не позднее чем за 40 дней до дня голосования. Порядок доведения до избирателей, участников референдума указанных сведений в случаях, предусмотренных пунктами 3 и 5 настоящей статьи, устанавливается законом. (В редакции федеральных законов от 21.07.2005 № 93-ФЗ, от 02.10.2012 № 157-ФЗ, от 23.05.2020 № 153-ФЗ, от 08.08.2024 № 232-ФЗ)</w:t>
      </w:r>
    </w:p>
    <w:p>
      <w:r>
        <w:rPr>
          <w:b/>
        </w:rPr>
        <w:t xml:space="preserve">21. </w:t>
      </w:r>
      <w:r>
        <w:t>изменение границ, преобразование, упразднение муниципальных образований</w:t>
      </w:r>
    </w:p>
    <w:p>
      <w:r>
        <w:rPr>
          <w:b/>
        </w:rPr>
        <w:t xml:space="preserve">21. </w:t>
      </w:r>
      <w:r>
        <w:t>уменьшение (до 100 и менее) либо превышение (более 3000) числа избирателей, участников референдума, зарегистрированных на территории избирательного участка, участка референдума; (В редакции Федерального закона от 14.03.2022 № 60-ФЗ)</w:t>
      </w:r>
    </w:p>
    <w:p>
      <w:r>
        <w:rPr>
          <w:b/>
        </w:rPr>
        <w:t xml:space="preserve">21. </w:t>
      </w:r>
      <w:r>
        <w:t>в целях уменьшения численности избирателей, участников референдума на избирательном участке, участке референдума до полутора тысяч; (В редакции Федерального закона от 14.03.2022 № 60-ФЗ)</w:t>
      </w:r>
    </w:p>
    <w:p>
      <w:r>
        <w:rPr>
          <w:b/>
        </w:rPr>
        <w:t xml:space="preserve">21. </w:t>
      </w:r>
      <w:r>
        <w:t>в целях увеличения численности избирателей, участников референдума на избирательном участке, участке референдума (а также в случае, предусмотренном пунктом 24 настоящей статьи); (В редакции Федерального закона от 14.03.2022 № 60-ФЗ)</w:t>
      </w:r>
    </w:p>
    <w:p>
      <w:r>
        <w:rPr>
          <w:b/>
        </w:rPr>
        <w:t xml:space="preserve">21. </w:t>
      </w:r>
      <w:r>
        <w:t>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 (Дополнение пунктом - Федеральный закон от 01.06.2017 № 104-ФЗ)</w:t>
      </w:r>
    </w:p>
    <w:p>
      <w:pPr>
        <w:pStyle w:val="Heading3"/>
      </w:pPr>
      <w:r>
        <w:t>Избирательные комиссии, комиссии референдума</w:t>
      </w:r>
    </w:p>
    <w:p>
      <w:r>
        <w:rPr>
          <w:b/>
        </w:rPr>
        <w:t>Статья 20. Система и статус избирательных комиссий, комиссий референдума</w:t>
      </w:r>
    </w:p>
    <w:p>
      <w:r>
        <w:rPr>
          <w:b/>
        </w:rPr>
        <w:t xml:space="preserve">1. </w:t>
      </w:r>
      <w:r>
        <w:t>В Российской Федерации действуют следующие избирательные комиссии, комиссии референдума: Центральная избирательная комиссия Российской Федерации; избирательные комиссии субъектов Российской Федерации; абзац; (Утратил силу - Федеральный закон от 14.03.2022 № 60-ФЗ) окружные избирательные комиссии; территориальные (районные, городские и другие) комиссии; участковые комиссии</w:t>
      </w:r>
    </w:p>
    <w:p>
      <w:r>
        <w:rPr>
          <w:b/>
        </w:rPr>
        <w:t xml:space="preserve">2. </w:t>
      </w:r>
      <w:r>
        <w:t>При проведении соответствующих референдумов Центральная избирательная комиссия Российской Федерации, избирательные комиссии субъектов Российской Федерации, территориальные, участковые избирательные комиссии действуют в качестве комиссий референдума. (В редакции федеральных законов от 05.04.2013 № 40-ФЗ, от 14.03.2022 № 60-ФЗ)</w:t>
      </w:r>
    </w:p>
    <w:p>
      <w:r>
        <w:rPr>
          <w:b/>
        </w:rPr>
        <w:t xml:space="preserve">3. </w:t>
      </w:r>
      <w:r>
        <w:t>Комиссии обеспечивают реализацию и защиту избирательных прав и права на участие в референдуме граждан Российской Федерации, осуществляют подготовку и проведение выборов и референдумов в Российской Федерации</w:t>
      </w:r>
    </w:p>
    <w:p>
      <w:r>
        <w:rPr>
          <w:b/>
        </w:rPr>
        <w:t xml:space="preserve">4. </w:t>
      </w:r>
      <w:r>
        <w:t>Комиссии обязаны в пределах своей компетенции рассматривать поступившие к ним в период избирательной кампании, кампании референдума обращения о нарушении закона,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обращениях, требуют дополнительной проверки, решения по ним принимаются не позднее чем в десятидневный срок. Если обращение указывает на нарушение закона кандидатом, избирательным объединением, инициативной группой по проведению референдума, эти кандидат, избирательное объединение, инициативная группа по проведению референдума или его (ее) уполномоченные представители должны быть незамедлительно оповещены о поступившем обращении и вправе давать объяснения по существу обращения. (В редакции Федерального закона от 21.07.2005 № 93-ФЗ)</w:t>
      </w:r>
    </w:p>
    <w:p>
      <w:r>
        <w:rPr>
          <w:b/>
        </w:rPr>
        <w:t xml:space="preserve">5. </w:t>
      </w:r>
      <w:r>
        <w:t>Комиссии вправе, в том числе в связи с обращениями, указанными в пункте 4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Указанные органы обязаны в пятидневный срок, если представление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принять меры по пресечению этих нарушений и незамедлительно проинформировать о результатах обратившуюся комиссию. Если факты, содержащиеся в представлении, требуют дополнительной проверки, указанные меры принимаются не позднее чем в десятидневный срок</w:t>
      </w:r>
    </w:p>
    <w:p>
      <w:r>
        <w:rPr>
          <w:b/>
        </w:rPr>
        <w:t xml:space="preserve">51. </w:t>
      </w:r>
      <w:r>
        <w:t>В случае нарушения кандидатом, избирательным объединением, инициативной группой по проведению референдума настоящего Федерального закона соответствующая комиссия вправе вынести этим кандидату, избирательному объединению, инициативной группе по проведению референдума предупреждение, которое доводится до сведения избирателей, участников референдума через средства массовой информации либо иным способом. (Дополнение пунктом - Федеральный закон от 21.07.2005 № 93-ФЗ)</w:t>
      </w:r>
    </w:p>
    <w:p>
      <w:r>
        <w:rPr>
          <w:b/>
        </w:rPr>
        <w:t xml:space="preserve">6. </w:t>
      </w:r>
      <w:r>
        <w:t>Комиссии обеспечивают информирование избирателей, участников референдума о сроках и порядке осуществления избирательных действий, действий, связанных с подготовкой и проведением референдума, о ходе избирательной кампании, кампании референдума, а также о кандидатах, об избирательных объединениях, выдвинувших кандидатов, списки кандидатов. (В редакции Федерального закона от 21.07.2005 № 93-ФЗ)</w:t>
      </w:r>
    </w:p>
    <w:p>
      <w:r>
        <w:rPr>
          <w:b/>
        </w:rPr>
        <w:t xml:space="preserve">7. </w:t>
      </w:r>
      <w:r>
        <w:t>Компетенция, полномочия и порядок деятельности Центральной избирательной комиссии Российской Федерации устанавливаются настоящим Федеральным законом, иными федеральными законами. Компетенция, полномочия и порядок деятельности иных комиссий при подготовке и проведении выборов в федеральные органы государственной власти и референдума Российской Федерации устанавливаются настоящим Федеральным законом, иными федеральными законами</w:t>
      </w:r>
    </w:p>
    <w:p>
      <w:r>
        <w:rPr>
          <w:b/>
        </w:rPr>
        <w:t xml:space="preserve">8. </w:t>
      </w:r>
      <w:r>
        <w:t>Компетенция, полномочия и порядок деятельности избирательных комиссий субъектов Российской Федерации, окружных избирательных комиссий, территориальных и участковых комиссий при подготовке и проведении выборов в органы государственной власти субъектов Российской Федерации, органы местного самоуправления, а также референдумов субъектов Российской Федерации, местных референдумов устанавливаются настоящим Федеральным законом, конституциями (уставами), законами субъектов Российской Федерации, уставами муниципальных образований. (В редакции Федерального закона от 14.03.2022 № 60-ФЗ)</w:t>
      </w:r>
    </w:p>
    <w:p>
      <w:r>
        <w:rPr>
          <w:b/>
        </w:rPr>
        <w:t xml:space="preserve">9. </w:t>
      </w:r>
      <w:r>
        <w:t>Совмещение комиссиями полномочий по подготовке и проведению выборов, референдумов различных уровней возможно по решению комиссии, организующей выборы, референдум на определенной территории, которое принято на основании обращения комиссии, организующей выборы, референдум на части этой территории. Совмещение комиссиями полномочий по подготовке и проведению выборов, референдумов одного и того же уровня производится по решению комиссии, организующей выборы, референдумы</w:t>
      </w:r>
    </w:p>
    <w:p>
      <w:r>
        <w:rPr>
          <w:b/>
        </w:rPr>
        <w:t xml:space="preserve">10. </w:t>
      </w:r>
      <w:r>
        <w:t>Решения вышестоящей комиссии, принятые в пределах ее компетенции, обязательны для нижестоящих комиссий</w:t>
      </w:r>
    </w:p>
    <w:p>
      <w:r>
        <w:rPr>
          <w:b/>
        </w:rPr>
        <w:t xml:space="preserve">11. </w:t>
      </w:r>
      <w:r>
        <w:t>Решение комиссии, противоречащее закону либо принятое с превышением установленной компетенции, подлежит отмене вышестоящей комиссией или судом. При этом вышестоящая комиссия вправе принять решение по существу вопроса или направить нижестоящей комиссии, решение которой было отменено, соответствующие материалы на повторное рассмотрение. В случае, если нижестоящая комиссия повторно не рассмотрит вопрос, решение по существу данного вопроса вправе принять вышестоящая комиссия. (В редакции Федерального закона от 21.07.2005 № 93-ФЗ)</w:t>
      </w:r>
    </w:p>
    <w:p>
      <w:r>
        <w:rPr>
          <w:b/>
        </w:rPr>
        <w:t xml:space="preserve">12. </w:t>
      </w:r>
      <w:r>
        <w:t>Комиссии в пределах своей компетенции независимы от органов государственной власти и органов местного самоуправления</w:t>
      </w:r>
    </w:p>
    <w:p>
      <w:r>
        <w:rPr>
          <w:b/>
        </w:rPr>
        <w:t xml:space="preserve">13. </w:t>
      </w:r>
      <w:r>
        <w:t>Решения и иные акты комиссий, принятые в пределах их компетенции, обязательны для федеральных органов исполнительной власти, исполнительных органов субъектов Российской Федерации,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избирателей и участников референдума. Решения и иные акты комиссий не подлежат государственной регистрации. (В редакции федеральных законов от 21.07.2005 № 93-ФЗ, от 08.08.2024 № 232-ФЗ)</w:t>
      </w:r>
    </w:p>
    <w:p>
      <w:r>
        <w:rPr>
          <w:b/>
        </w:rPr>
        <w:t xml:space="preserve">14. </w:t>
      </w:r>
      <w:r>
        <w:t>Финансовое обеспечение деятельности Центральной избирательной комиссии Российской Федерации осуществляется за счет средств, предусмотренных на эти цели федеральным законом о федеральном бюджете на очередной финансовый год. Финансовое обеспечение деятельности избирательной комиссии субъекта Российской Федерации осуществляется за счет средств, предусмотренных на эти цели законом субъекта Российской Федерации о бюджете субъекта Российской Федерации на очередной финансовый год, а также за счет средств федерального бюджета в порядке и объемах, определяемых Центральной избирательной комиссией Российской Федерации в пределах ассигнований, предусмотренных на эти цели федеральным законом о федеральном бюджете на очередной финансовый год. Финансовое обеспечение деятельности территориальной комиссии, действующей на постоянной основе и являющейся юридическим лицом, осуществляется за счет средств бюджета субъекта Российской Федерации в пределах ассигнований, предусмотренных на эти цели законом субъекта Российской Федерации о бюджете субъекта Российской Федерации на очередной финансовый год. (В редакции Федерального закона от 14.03.2022 № 60-ФЗ)</w:t>
      </w:r>
    </w:p>
    <w:p>
      <w:r>
        <w:rPr>
          <w:b/>
        </w:rPr>
        <w:t xml:space="preserve">15. </w:t>
      </w:r>
      <w:r>
        <w:t>Центральная избирательная комиссия Российской Федерации, избирательная комиссия субъекта Российской Федерации и территориальная комиссия представляют отчеты об использовании средств соответствующих бюджетов, выделенных на обеспечение их деятельности, проведение выборов и референдумов, в порядке, устанавливаемом законодательством Российской Федерации. (В редакции Федерального закона от 14.03.2022 № 60-ФЗ)</w:t>
      </w:r>
    </w:p>
    <w:p>
      <w:r>
        <w:rPr>
          <w:b/>
        </w:rPr>
        <w:t xml:space="preserve">16. </w:t>
      </w:r>
      <w:r>
        <w:t>В целях обеспечения реализации положений настоящего Федерального закона, иного закона государственные органы, органы местного самоуправления, государственные и муниципальные учреждения, а также их должностные лица обязаны оказывать комиссиям содействие в реализации их полномочий, в частности на безвозмездной основе предоставлять необходимые помещения (при предоставлении помещений территориальным, окружным и участковым комиссиям - без возмещения и оплаты комиссиями затрат на использование помещений и оплату коммунальных услуг), в том числе для хранения избирательной документации, документации референдума (до передачи указанной документации в архив либо уничтожения по истечении сроков хранения, установленных законом) и технологического оборудования участковых комиссий, обеспечивать охрану предоставляемых помещений и указанных документации и оборудования, а также предоставлять на безвозмездной основе транспортные средства, средства связи, техническое оборудование. (В редакции Федерального закона от 29.05.2023 № 184-ФЗ)</w:t>
      </w:r>
    </w:p>
    <w:p>
      <w:r>
        <w:rPr>
          <w:b/>
        </w:rPr>
        <w:t xml:space="preserve">161. </w:t>
      </w:r>
      <w:r>
        <w:t>Сведения о численности на соответствующей территории избирателей, участников референдума, являющихся инвалидами, включая инвалидов, использующих кресла-коляски и собак-проводников, по группам инвалидности и следующим видам стойких расстройств функций организма: зрения (слепые и слабовидящие), слуха (глухие), опорно-двигательного аппарата (лица, имеющие значительно выраженные нарушения функций верхних конечностей или нижних конечностей) - представляются по состоянию на 1 января и 1 июля каждого года в течение соответствующего месяца Фондом пенсионного и социального страхования Российской Федерации на основании сведений, содержащихся в государственной информационной системе "Единая централизованная цифровая платформа в социальной сфере": (В редакции федеральных законов от 28.12.2022 № 569-ФЗ, от 25.12.2023 № 635-ФЗ)</w:t>
      </w:r>
    </w:p>
    <w:p>
      <w:r>
        <w:rPr>
          <w:b/>
        </w:rPr>
        <w:t xml:space="preserve">162. </w:t>
      </w:r>
      <w:r>
        <w:t>Исполнительные органы субъектов Российской Федерации в области социальной защиты и социальной поддержки инвалидов обязаны содействовать избирательным комиссиям, комиссиям референдума в работе по обеспечению избирательных прав и права на участие в референдуме граждан Российской Федерации, являющихся инвалидами, с учетом имеющихся у них стойких расстройств функций организма, а также указанным гражданам в оказании необходимой помощи на основании заключаемого между ними соглашения. (Дополнение пунктом - Федеральный закон от 01.06.2017 № 104-ФЗ) (В редакции Федерального закона от 08.08.2024 № 232-ФЗ)</w:t>
      </w:r>
    </w:p>
    <w:p>
      <w:r>
        <w:rPr>
          <w:b/>
        </w:rPr>
        <w:t xml:space="preserve">17. </w:t>
      </w:r>
      <w:r>
        <w:t>Организации,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их должностные лица обязаны оказывать комиссиям содействие в реализации их полномочий, в частности предоставлять транспортные средства, средства связи, техническое оборудование, помещения. (В редакции Федерального закона от 21.07.2005 № 93-ФЗ)</w:t>
      </w:r>
    </w:p>
    <w:p>
      <w:r>
        <w:rPr>
          <w:b/>
        </w:rPr>
        <w:t xml:space="preserve">18. </w:t>
      </w:r>
      <w:r>
        <w:t>Государственные и муниципальные организации, осуществляющие теле- и (или) радиовещание, и редакции государственных и муниципальных периодических печатных изданий обязаны безвозмездно предоставлять комиссиям эфирное время для информирования избирателей, участников референдума в порядке, установленном настоящим Федеральным законом, иными законами, и печатную площадь для опубликования решений комиссий и размещения иной информации. При этом расходы организаций телерадиовещания и редакций периодических печатных изданий осуществляются в порядке, установленном пунктом 10 статьи 50 настоящего Федерального закона. (В редакции Федерального закона от 19.07.2009 № 203-ФЗ)</w:t>
      </w:r>
    </w:p>
    <w:p>
      <w:r>
        <w:rPr>
          <w:b/>
        </w:rPr>
        <w:t xml:space="preserve">19. </w:t>
      </w:r>
      <w:r>
        <w:t>Государственные органы, органы местного самоуправления, общественные объединения, организации всех форм собственности, в том числе организации, осуществляющие теле- и (или) радиовещание (далее -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комиссиям необходимые сведения и материалы, давать ответы на обращения комиссий в пятидневный срок, если обращение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Указанные сведения и материалы предоставляются комиссиям безвозмездно. (В редакции федеральных законов от 21.07.2005 № 93-ФЗ; от 19.07.2009 № 203-ФЗ)</w:t>
      </w:r>
    </w:p>
    <w:p>
      <w:r>
        <w:rPr>
          <w:b/>
        </w:rPr>
        <w:t xml:space="preserve">20. </w:t>
      </w:r>
      <w:r>
        <w:t>В целях обеспечения реализации избирательных прав и права на участие в референдуме граждан Российской Федерации, а также оказания содействия комиссиям в реализации их полномочий может быть использована федеральная государственная информационная система "Единый портал государственных и муниципальных услуг (функций)". (Дополнение пунктом - Федеральный закон от 29.05.2019 № 104-ФЗ)</w:t>
      </w:r>
    </w:p>
    <w:p>
      <w:r>
        <w:rPr>
          <w:b/>
        </w:rPr>
        <w:t xml:space="preserve">21. </w:t>
      </w:r>
      <w:r>
        <w:t>Сведения, содержащиеся в едином федеральном информационном регистре, содержащем сведения о населении Российской Федерации,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предоставляются комиссиям для использования в целях осуществления ими полномочий, предусмотренных законодательством Российской Федерации о выборах и референдумах. (Дополнение пунктом - Федеральный закон от 23.05.2025 № 115-ФЗ)</w:t>
      </w:r>
    </w:p>
    <w:p>
      <w:r>
        <w:rPr>
          <w:b/>
        </w:rPr>
        <w:t xml:space="preserve">161. </w:t>
      </w:r>
      <w:r>
        <w:t>по субъектам Российской Федерации - в Центральную избирательную комиссию Российской Федерации</w:t>
      </w:r>
    </w:p>
    <w:p>
      <w:r>
        <w:rPr>
          <w:b/>
        </w:rPr>
        <w:t xml:space="preserve">161. </w:t>
      </w:r>
      <w:r>
        <w:t>по муниципальным образованиям - в избирательные комиссии субъектов Российской Федерации. (Дополнение пунктом - Федеральный закон от 14.06.2011 № 143-ФЗ) (В редакции Федерального закона от 01.06.2017 № 104-ФЗ)</w:t>
      </w:r>
    </w:p>
    <w:p>
      <w:r>
        <w:rPr>
          <w:b/>
        </w:rPr>
        <w:t>Статья 21. Порядок формирования и статус Центральной избирательной комиссии Российской Федерации</w:t>
      </w:r>
    </w:p>
    <w:p>
      <w:r>
        <w:rPr>
          <w:b/>
        </w:rPr>
        <w:t xml:space="preserve">1. </w:t>
      </w:r>
      <w:r>
        <w:t>Центральная избирательная комиссия Российской Федерации является федеральным государственным органом, организующим подготовку и проведение выборов, референдумов в Российской Федерации в соответствии с компетенцией, установленной настоящим Федеральным законом, иными федеральными законами</w:t>
      </w:r>
    </w:p>
    <w:p>
      <w:r>
        <w:rPr>
          <w:b/>
        </w:rPr>
        <w:t xml:space="preserve">2. </w:t>
      </w:r>
      <w:r>
        <w:t>Центральная избирательная комиссия Российской Федерации действует на постоянной основе и является юридическим лицом</w:t>
      </w:r>
    </w:p>
    <w:p>
      <w:r>
        <w:rPr>
          <w:b/>
        </w:rPr>
        <w:t xml:space="preserve">3. </w:t>
      </w:r>
      <w:r>
        <w:t>Срок полномочий Центральной избирательной комиссии Российской Федерации составляет пять лет. Если срок полномочий Центральной избирательной комиссии Российской Федерации истекает в период избирательной кампании, в период со дня назначения референдума Российской Федерации и до окончания кампании референдума, которые организует Центральная избирательная комиссия Российской Федерации, срок ее полномочий продлевается до окончания этой избирательной кампании, кампании референдума. (В редакции Федерального закона от 04.06.2010 № 117-ФЗ)</w:t>
      </w:r>
    </w:p>
    <w:p>
      <w:r>
        <w:rPr>
          <w:b/>
        </w:rPr>
        <w:t xml:space="preserve">4. </w:t>
      </w:r>
      <w:r>
        <w:t>Центральная избирательная комиссия Российской Федерации состоит из 15 членов. Пять членов Центральной избирательной комиссии Российской Федерации назначаются Государственной Думой Федерального Собрания Российской Федерации из числа кандидатур, предложенных фракциями, иными депутатскими объединениями в Государственной Думе Федерального Собрания Российской Федерации, а также депутатами Государственной Думы Федерального Собрания Российской Федерации. При этом от одного депутатского объединения в Государственной Думе Федерального Собрания Российской Федерации может быть назначено не более одного представителя. Пять членов Центральной избирательной комиссии Российской Федерации назначаются Советом Федерации Федерального Собрания Российской Федерации из числа кандидатур, предложенных законодательными органами субъектов Российской Федерации и высшими должностными лицами субъектов Российской Федерации. Пять членов Центральной избирательной комиссии Российской Федерации назначаются Президентом Российской Федерации. (В редакции Федерального закона от 14.03.2022 № 60-ФЗ)</w:t>
      </w:r>
    </w:p>
    <w:p>
      <w:r>
        <w:rPr>
          <w:b/>
        </w:rPr>
        <w:t xml:space="preserve">5. </w:t>
      </w:r>
      <w:r>
        <w:t>Члены Центральной избирательной комиссии Российской Федерации должны иметь высшее образование. (В редакции федеральных законов от 30.01.2007 № 6-ФЗ; от 02.07.2013 № 185-ФЗ)</w:t>
      </w:r>
    </w:p>
    <w:p>
      <w:r>
        <w:rPr>
          <w:b/>
        </w:rPr>
        <w:t xml:space="preserve">6. </w:t>
      </w:r>
      <w:r>
        <w:t>Члены Центральной избирательной комиссии Российской Федерации организуют работу по конкретным направлениям ее деятельности, определяемым Регламентом Центральной избирательной комиссии Российской Федерации, и несут ответственность за результаты работы по этим направлениям</w:t>
      </w:r>
    </w:p>
    <w:p>
      <w:r>
        <w:rPr>
          <w:b/>
        </w:rPr>
        <w:t xml:space="preserve">7. </w:t>
      </w:r>
      <w:r>
        <w:t>Члены Центральной избирательной комиссии Российской Федерации избирают из своего состава тайным голосованием Председателя Центральной избирательной комиссии Российской Федерации, заместителя Председателя Центральной избирательной комиссии Российской Федерации и секретаря Центральной избирательной комиссии Российской Федерации. Председателем Центральной избирательной комиссии Российской Федерации может быть гражданин Российской Федерации, достигший возраста 30 лет. (В редакции Федерального закона от 05.04.2021 № 89-ФЗ)</w:t>
      </w:r>
    </w:p>
    <w:p>
      <w:r>
        <w:rPr>
          <w:b/>
        </w:rPr>
        <w:t xml:space="preserve">8. </w:t>
      </w:r>
      <w:r>
        <w:t>Центральная избирательная комиссия Российской Федерации является избирательной комиссией, организующей выборы в федеральные органы государственной власти, а также комиссией референдума, организующей референдум Российской Федерации</w:t>
      </w:r>
    </w:p>
    <w:p>
      <w:r>
        <w:rPr>
          <w:b/>
        </w:rPr>
        <w:t xml:space="preserve">9. </w:t>
      </w:r>
      <w:r>
        <w:t>Центральная избирательная комиссия Российской Федерации:</w:t>
      </w:r>
    </w:p>
    <w:p>
      <w:r>
        <w:rPr>
          <w:b/>
        </w:rPr>
        <w:t xml:space="preserve">10. </w:t>
      </w:r>
      <w:r>
        <w:t>Центральная избирательная комиссия Российской Федерации рассматривает жалобы на решения и действия (бездействие) избирательных комиссий субъектов Российской Федерации и их должностных лиц, нарушающие избирательные права граждан и право граждан на участие в референдуме при проведении выборов в органы государственной власти субъектов Российской Федерации, референдумов субъектов Российской Федерации, выборов в органы местного самоуправления, местных референдумов, в соответствии с пунктом 7 статьи 75 настоящего Федерального закона</w:t>
      </w:r>
    </w:p>
    <w:p>
      <w:r>
        <w:rPr>
          <w:b/>
        </w:rPr>
        <w:t xml:space="preserve">101. </w:t>
      </w:r>
      <w:r>
        <w:t>Центральная избирательная комиссия Российской Федерации вправе обращаться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 при проведении выборов в федеральные органы государственной власти, референдума Российской Федерации. (Дополнение пунктом - Федеральный закон от 09.03.2021 № 43-ФЗ) (В редакции Федерального закона от 14.03.2022 № 60-ФЗ)</w:t>
      </w:r>
    </w:p>
    <w:p>
      <w:r>
        <w:rPr>
          <w:b/>
        </w:rPr>
        <w:t xml:space="preserve">11. </w:t>
      </w:r>
      <w:r>
        <w:t>Центральная избирательная комиссия Российской Федерации в пределах ассигнований, предусмотренных ей федеральным законом о федеральном бюджете на очередной финансовый год в соответствии с законодательством Российской Федерации, определяет размер и устанавливает порядок оплаты труда работников учреждений и организаций, созданных для обеспечения ее деятельности</w:t>
      </w:r>
    </w:p>
    <w:p>
      <w:r>
        <w:rPr>
          <w:b/>
        </w:rPr>
        <w:t xml:space="preserve">12. </w:t>
      </w:r>
      <w:r>
        <w:t>Центральная избирательная комиссия Российской Федерации совместно с избирательными комиссиями субъектов Российской Федерации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должностными лицами органов местного самоуправления организует государственную систему регистрации (учета) избирателей, участников референдума и участвует в осуществлении регистрации (учета) избирателей, участников референдума, в том числе формирует и ведет регистр избирателей, участников референдума. (В редакции федеральных законов от 21.07.2005 № 93-ФЗ, от 08.08.2024 № 232-ФЗ)</w:t>
      </w:r>
    </w:p>
    <w:p>
      <w:r>
        <w:rPr>
          <w:b/>
        </w:rPr>
        <w:t xml:space="preserve">121. </w:t>
      </w:r>
      <w:r>
        <w:t>Центральная избирательная комиссия Российской Федерации совместно с избирательными комиссиями субъектов Российской Федерации осуществляет проверку сводных финансовых отчетов и сведений о поступлении и расходовании средств политических партий, контроль за источниками и размерами имущества, получаемого политическими партиями в виде вступительных и членских взносов, пожертвований граждан и юридических лиц, информирует граждан о результатах этих проверок. (Дополнение пунктом - Федеральный закон от 21.07.2005 № 93-ФЗ)</w:t>
      </w:r>
    </w:p>
    <w:p>
      <w:r>
        <w:rPr>
          <w:b/>
        </w:rPr>
        <w:t xml:space="preserve">13. </w:t>
      </w:r>
      <w:r>
        <w:t>Центральная избирательная комиссия Российской Федерации в пределах своей компетенции вправе издавать инструкции по вопросам единообразного применения настоящего Федерального закона, обязательные для исполнения</w:t>
      </w:r>
    </w:p>
    <w:p>
      <w:r>
        <w:rPr>
          <w:b/>
        </w:rPr>
        <w:t xml:space="preserve">14. </w:t>
      </w:r>
      <w:r>
        <w:t>Центральная избирательная комиссия Российской Федерации вправе давать заключения о соответствии законов и иных нормативных правовых актов субъектов Российской Федерации настоящему Федеральному закону, а также иным федеральным законам, регулирующим избирательные права и право на участие в референдуме граждан Российской Федерации</w:t>
      </w:r>
    </w:p>
    <w:p>
      <w:r>
        <w:rPr>
          <w:b/>
        </w:rPr>
        <w:t xml:space="preserve">15. </w:t>
      </w:r>
      <w:r>
        <w:t>Центральная избирательная комиссия Российской Федерации имеет официальный печатный орган и официальное сетевое издание. (В редакции Федерального закона от 09.03.2016 № 66-ФЗ)</w:t>
      </w:r>
    </w:p>
    <w:p>
      <w:r>
        <w:rPr>
          <w:b/>
        </w:rPr>
        <w:t xml:space="preserve">9. </w:t>
      </w:r>
      <w:r>
        <w:t>осуществляет контроль за соблюдением избирательных прав и права на участие в референдуме граждан Российской Федерации</w:t>
      </w:r>
    </w:p>
    <w:p>
      <w:r>
        <w:rPr>
          <w:b/>
        </w:rPr>
        <w:t xml:space="preserve">9. </w:t>
      </w:r>
      <w:r>
        <w:t>организует разработку нормативов технологического оборудования (кабины для голосования, ящики для голосования) для участковых комиссий, утверждает указанные нормативы и осуществляет контроль за их соблюдением, а также организует закупку этого технологического оборудования при проведении выборов в федеральные органы государственной власти, референдума Российской Федерации; (В редакции федеральных законов от 21.07.2005 № 93-ФЗ; от 24.11.2014 № 355-ФЗ)</w:t>
      </w:r>
    </w:p>
    <w:p>
      <w:r>
        <w:rPr>
          <w:b/>
        </w:rPr>
        <w:t xml:space="preserve">9. </w:t>
      </w:r>
      <w:r>
        <w:t>обеспечивает реализацию мероприятий, связанных с подготовкой и проведением выборов, референдумов, развитием избирательной системы в Российской Федерации, внедрением, эксплуатацией и развитием средств автоматизации, повышением правовой культуры избирателей, обучением организаторов выборов, референдумов и иных участников избирательного процесса, изданием необходимой печатной продукции; (В редакции Федерального закона от 23.05.2025 № 115-ФЗ)</w:t>
      </w:r>
    </w:p>
    <w:p>
      <w:r>
        <w:rPr>
          <w:b/>
        </w:rPr>
        <w:t xml:space="preserve">9. </w:t>
      </w:r>
      <w:r>
        <w:t>осуществляет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 установления итогов голосования, определения результатов выборов, референдумов, а также порядка опубликования (обнародования) итогов голосования и результатов выборов, референдумов, в том числе в информационно-телекоммуникационной сети "Интернет"; (В редакции федеральных законов от 21.07.2005 № 93-ФЗ; от 11.07.2011 № 200-ФЗ)</w:t>
      </w:r>
    </w:p>
    <w:p>
      <w:r>
        <w:rPr>
          <w:b/>
        </w:rPr>
        <w:t xml:space="preserve">9. </w:t>
      </w:r>
      <w:r>
        <w:t>осуществляет меры по организации финансирования подготовки и проведения выборов, референдумов, распределяет выделенные из федерального бюджета средства на финансовое обеспечение подготовки и проведения выборов, референдума, обеспечение полномочий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специальных участковых комиссий, указанных в пункте 12-1 статьи 27 настоящего Федерального закона, контролирует целевое использование указанных средств; (В редакции Федерального закона от 23.05.2025 № 115-ФЗ)</w:t>
      </w:r>
    </w:p>
    <w:p>
      <w:r>
        <w:rPr>
          <w:b/>
        </w:rPr>
        <w:t xml:space="preserve">9. </w:t>
      </w:r>
      <w:r>
        <w:t>оказывает правовую, методическую, организационно-техническую помощь комиссиям</w:t>
      </w:r>
    </w:p>
    <w:p>
      <w:r>
        <w:rPr>
          <w:b/>
        </w:rPr>
        <w:t xml:space="preserve">9. </w:t>
      </w:r>
      <w:r>
        <w:t>осуществляет международное сотрудничество в области избирательных систем</w:t>
      </w:r>
    </w:p>
    <w:p>
      <w:r>
        <w:rPr>
          <w:b/>
        </w:rPr>
        <w:t xml:space="preserve">9. </w:t>
      </w:r>
      <w:r>
        <w:t>заслушивает сообщения федеральных органов исполнительной власти, исполнительных органов субъектов Российской Федерации и органов местного самоуправления по вопросам, связанным с подготовкой и проведением выборов в федеральные органы государственной власти и референдума Российской Федерации; (В редакции Федерального закона от 08.08.2024 № 232-ФЗ)</w:t>
      </w:r>
    </w:p>
    <w:p>
      <w:r>
        <w:rPr>
          <w:b/>
        </w:rPr>
        <w:t xml:space="preserve">9. </w:t>
      </w:r>
      <w:r>
        <w:t>устанавливает нормативы, в соответствии с которыми изготавливаются списки избирателей, участников референдума и другие избирательные документы, а также документы, связанные с подготовкой и проведением референдума</w:t>
      </w:r>
    </w:p>
    <w:p>
      <w:r>
        <w:rPr>
          <w:b/>
        </w:rPr>
        <w:t xml:space="preserve">9. </w:t>
      </w:r>
      <w: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 л) осуществляет иные полномочия в соответствии с настоящим Федеральным законом, иными федеральными законами</w:t>
      </w:r>
    </w:p>
    <w:p>
      <w:r>
        <w:rPr>
          <w:b/>
        </w:rPr>
        <w:t>Статья 22. Общие условия формирования избирательных комиссий субъектов Российской Федерации, окружных избирательных комиссий, территориальных, участковых комиссий</w:t>
      </w:r>
    </w:p>
    <w:p>
      <w:r>
        <w:t>(Наименование в редакции Федерального закона от 14.03.2022 № 60-ФЗ)</w:t>
      </w:r>
    </w:p>
    <w:p>
      <w:r>
        <w:rPr>
          <w:b/>
        </w:rPr>
        <w:t xml:space="preserve">1. </w:t>
      </w:r>
      <w:r>
        <w:t>Избирательные комиссии субъектов Российской Федерации, окружные избирательные комиссии, территориальные, участковые комиссии формируются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соответствующего субъекта Российской Федерации. Формирование указанных избирательных комиссий осуществляется также на основе предложений других политических партий и иных общественных объединений. (В редакции федеральных законов от 21.07.2005 № 93-ФЗ, от 12.05.2009 № 94-ФЗ, от 22.04.2010 № 63-ФЗ, от 20.10.2011 № 287-ФЗ, от 27.02.2020 № 27-ФЗ, от 14.03.2022 № 60-ФЗ)</w:t>
      </w:r>
    </w:p>
    <w:p>
      <w:r>
        <w:rPr>
          <w:b/>
        </w:rPr>
        <w:t xml:space="preserve">2. </w:t>
      </w:r>
      <w:r>
        <w:t>Окружные избирательные комиссии по выборам в органы местного самоуправления, территориальные, участковые комиссии формируются на основе предложений, указанных в пункте 1 настоящей статьи, а также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(В редакции федеральных законов от 21.07.2005 № 93-ФЗ, от 14.03.2022 № 60-ФЗ)</w:t>
      </w:r>
    </w:p>
    <w:p>
      <w:r>
        <w:rPr>
          <w:b/>
        </w:rPr>
        <w:t xml:space="preserve">3. </w:t>
      </w:r>
      <w:r>
        <w:t>В случае досрочного прекращения полномочий Государственной Думы Федерального Собрания Российской Федерации, законодательного органа субъекта Российской Федерации, представительного органа муниципального образования право внесения предложений по кандидатурам в составы комиссий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органе субъекта Российской Федерации, представительном органе муниципального образования последнего созыва, при этом указанные предложения подлежат рассмотрению в порядке, предусмотренном пунктом 7 статьи 23, пунктами 7 и 71 статьи 25, пунктом 7 статьи 26, пунктом 5 статьи 27 настоящего Федерального закона. (В редакции федеральных законов от 21.07.2005 № 93-ФЗ, от 14.03.2022 № 60-ФЗ)</w:t>
      </w:r>
    </w:p>
    <w:p>
      <w:r>
        <w:rPr>
          <w:b/>
        </w:rPr>
        <w:t xml:space="preserve">31. </w:t>
      </w:r>
      <w:r>
        <w:t>В случае досрочного прекращения полномочий члена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органе субъекта Российской Федерации, либо в представительном органе муниципального образования созыва, действующего на момент досрочного прекращения полномочий, в соответствии с пунктом 7 статьи 23, пунктами 7 и 71 статьи 25, пунктом 7 статьи 26, пунктом 5 статьи 27 настоящего Федерального закона, вакантное место замещается по представлению той же политической партии (если соответствующая кандидатура ею представлена не позднее чем за три дня до истечения сроков, указанных в пункте 11 статьи 29 настоящего Федерального закона). (Дополнение пунктом - Федеральный закон от 21.07.2005 № 93-ФЗ) (В редакции Федерального закона от 14.03.2022 № 60-ФЗ)</w:t>
      </w:r>
    </w:p>
    <w:p>
      <w:r>
        <w:rPr>
          <w:b/>
        </w:rPr>
        <w:t xml:space="preserve">32. </w:t>
      </w:r>
      <w:r>
        <w:t>(Дополнение пунктом - Федеральный закон от 12.05.2009 № 94-ФЗ) (Утратил силу - Федеральный закон от 27.02.2020 № 27-ФЗ)</w:t>
      </w:r>
    </w:p>
    <w:p>
      <w:r>
        <w:rPr>
          <w:b/>
        </w:rPr>
        <w:t xml:space="preserve">33. </w:t>
      </w:r>
      <w:r>
        <w:t>Политическая партия, по предложению которой назначен член комиссии в соответствии с пунктом 7 статьи 23, пунктами 7 и 71 статьи 25, пунктом 7 статьи 26, пунктом 5 статьи 27 настоящего Федерального закона, вправе внести в назначивший этого члена комиссии орган мотивированное представление о досрочном прекращении полномочий этого члена комиссии. Вместе с представлением о досрочном прекращении полномочий члена комиссии политической партией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Представление о досрочном прекращении полномочий члена комиссии и предложение по кандидатуре нового члена комиссии утверждаются решением уполномоченного на то уставом политической партии постоянно действующего руководящего органа политической партии или (соответственно уровню избирательной комиссии) ее регионального отделения либо иного структурного подразделения. Указанное представление не может быть внесено в течение одного года после назначения члена комиссии, за один год до окончания срока полномочий комиссии, в период, который начинается за шесть месяцев до указанного в пункте 3 статьи 10 настоящего Федерального закона дня голосования на выборах, в подготовке и проведении которых в соответствии с законом участвует соответствующая комиссия, в период соответствующей избирательной кампании, а также в период избирательной кампании на иных выборах, кампании референдума, в подготовке и проведении которых участвует комиссия. (Дополнение пунктом - Федеральный закон от 31.07.2020 № 267-ФЗ) (В редакции Федерального закона от 14.03.2022 № 60-ФЗ)</w:t>
      </w:r>
    </w:p>
    <w:p>
      <w:r>
        <w:rPr>
          <w:b/>
        </w:rPr>
        <w:t xml:space="preserve">4. </w:t>
      </w:r>
      <w:r>
        <w:t>В комиссию по предложению каждой политической партии, каждого избирательного объединения, иного общественного объединения может быть назначено не более одного члена комиссии с правом решающего голоса.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 за исключением случая, предусмотренного пунктом 4 статьи 27 настоящего Федерального закона. (В редакции федеральных законов от 21.07.2005 № 93-ФЗ; от 02.10.2012 № 157-ФЗ)</w:t>
      </w:r>
    </w:p>
    <w:p>
      <w:r>
        <w:rPr>
          <w:b/>
        </w:rPr>
        <w:t xml:space="preserve">5. </w:t>
      </w:r>
      <w:r>
        <w:t>Государственные и муниципальные служащие не могут составлять более одной второй от общего числа членов избирательной комиссии субъекта Российской Федерации, окружной избирательной комиссии, территориальной, участковой комиссии. Указанное положение может не применяться при формировании участковых комиссий на избирательных участках, образованных на территориях воинских частей, расположенных в обособленных, удаленных от населенных пунктов местностях, а также за пределами территории Российской Федерации. (В редакции федеральных законов от 21.07.2005 № 93-ФЗ, от 14.03.2022 № 60-ФЗ)</w:t>
      </w:r>
    </w:p>
    <w:p>
      <w:r>
        <w:rPr>
          <w:b/>
        </w:rPr>
        <w:t xml:space="preserve">6. </w:t>
      </w:r>
      <w:r>
        <w:t>Орган, назначающий в состав комиссии гражданина Российской Федерации, выдвинутого в соответствии с требованиями, установленными настоящим Федеральным законом, обязан получить письменное согласие указанного гражданина Российской Федерации на вхождение в состав этой комиссии</w:t>
      </w:r>
    </w:p>
    <w:p>
      <w:r>
        <w:rPr>
          <w:b/>
        </w:rPr>
        <w:t xml:space="preserve">61. </w:t>
      </w:r>
      <w:r>
        <w:t>По представлению комиссии, по запросу органа, назначающего членов комиссии, направляемым до принятия соответствующего решения,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внутренних дел, его территориальный орган проводят проверку в отношении лиц, назначаемых членами комиссий, и представляют по ним сведения об осуждении и (или) ином факте уголовного преследования с указанием сведений о неснятой и непогашенной судимости, а также о привлечении к административной ответственности за нарушение законодательства о выборах и референдумах и за совершение административных правонарушений, предусмотренных статьями 20.3 и 20.29 Кодекса Российской Федерации об административных правонарушениях. (Дополнение пунктом - Федеральный закон от 29.05.2019 № 104-ФЗ) (В редакции Федерального закона от 15.05.2024 № 99-ФЗ)</w:t>
      </w:r>
    </w:p>
    <w:p>
      <w:r>
        <w:rPr>
          <w:b/>
        </w:rPr>
        <w:t xml:space="preserve">62. </w:t>
      </w:r>
      <w:r>
        <w:t>По представлению комиссии, по запросу органа, назначающего членов комиссии, направляемым до принятия соответствующего решения,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его территориальные органы проводят проверку в отношении лиц, назначаемых членами комиссий, и представляют по ним информацию о включении сведений о них в единый реестр сведений о лицах, причастных к деятельности экстремистской или террористической организации. (Дополнение пунктом - Федеральный закон от 15.05.2024 № 99-ФЗ)</w:t>
      </w:r>
    </w:p>
    <w:p>
      <w:r>
        <w:rPr>
          <w:b/>
        </w:rPr>
        <w:t xml:space="preserve">7. </w:t>
      </w:r>
      <w:r>
        <w:t>Если уполномоченные на то настоящим Федеральным законом органы государственной власти, комиссии не назначат состав или часть состава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комиссия не сформирована, состав или часть состава избирательной комиссии субъекта Российской Федерации назначается Центральной избирательной комиссией Российской Федерации, иной комиссии - вышестоящей комиссией с соблюдением требований, установленных настоящим Федеральным законом, иным законом. (В редакции федеральных законов от 21.07.2005 № 93-ФЗ, от 23.05.2020 № 153-ФЗ, от 14.03.2022 № 60-ФЗ)</w:t>
      </w:r>
    </w:p>
    <w:p>
      <w:r>
        <w:rPr>
          <w:b/>
        </w:rPr>
        <w:t xml:space="preserve">8. </w:t>
      </w:r>
      <w:r>
        <w:t>Законом должны быть установлены сроки формирования комиссий и сроки приема предложений по их составу. При этом для окружных избирательных комиссий период, в который органы, формирующие такие комиссии, принимают предложения, должен составлять не менее 10 дней, а для иных комиссий - не менее 30 дней. (В редакции Федерального закона от 02.10.2012 № 157-ФЗ)</w:t>
      </w:r>
    </w:p>
    <w:p>
      <w:r>
        <w:rPr>
          <w:b/>
        </w:rPr>
        <w:t xml:space="preserve">9. </w:t>
      </w:r>
      <w:r>
        <w:t>Если срок полномочий избирательной комиссии субъекта Российской Федерации, территориальной, участковой комиссии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 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 Сформированная в новом составе комиссия собирается на свое первое заседание в десятидневный срок после дня окончания избирательной кампании, кампании референдума. (Дополнение пунктом - Федеральный закон от 01.06.2017 № 104-ФЗ) (В редакции Федерального закона от 14.03.2022 № 60-ФЗ)</w:t>
      </w:r>
    </w:p>
    <w:p>
      <w:r>
        <w:rPr>
          <w:b/>
        </w:rPr>
        <w:t>Статья 23. Порядок формирования и полномочия избирательных комиссий субъектов Российской Федерации</w:t>
      </w:r>
    </w:p>
    <w:p>
      <w:r>
        <w:rPr>
          <w:b/>
        </w:rPr>
        <w:t xml:space="preserve">1. </w:t>
      </w:r>
      <w:r>
        <w:t>Избирательные комиссии субъектов Российской Федерации являются государственными органами субъектов Российской Федерации, организующими подготовку и проведение выборов, референдумов в Российской Федерации в соответствии с компетенцией, установленной настоящим Федеральным законом, иными федеральными законами, а также законами субъектов Российской Федерации</w:t>
      </w:r>
    </w:p>
    <w:p>
      <w:r>
        <w:rPr>
          <w:b/>
        </w:rPr>
        <w:t xml:space="preserve">11. </w:t>
      </w:r>
      <w:r>
        <w:t>По решению избирательной комиссии субъекта Российской Федерации, согласованному с Центральной избирательной комиссией Российской Федерации, полномочия комиссии, организующей подготовку и проведение выборов в органы местного самоуправления, местного референдума на территории административного центра (столицы) субъекта Российской Федерации, могут быть возложены на указанную избирательную комиссию субъекта Российской Федерации. (Дополнение пунктом - Федеральный закон от 29.05.2023 № 184-ФЗ)</w:t>
      </w:r>
    </w:p>
    <w:p>
      <w:r>
        <w:rPr>
          <w:b/>
        </w:rPr>
        <w:t xml:space="preserve">2. </w:t>
      </w:r>
      <w:r>
        <w:t>Избирательные комиссии субъектов Российской Федерации действуют на постоянной основе и являются юридическими лицами</w:t>
      </w:r>
    </w:p>
    <w:p>
      <w:r>
        <w:rPr>
          <w:b/>
        </w:rPr>
        <w:t xml:space="preserve">3. </w:t>
      </w:r>
      <w:r>
        <w:t>Срок полномочий избирательных комиссий субъектов Российской Федерации составляет пять лет. Если срок полномочий избирательной комиссии субъекта Российской Федерации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законодательного органа субъекта Российской Федерации. (В редакции федеральных законов от 04.06.2010 № 117-ФЗ, от 14.03.2022 № 60-ФЗ)</w:t>
      </w:r>
    </w:p>
    <w:p>
      <w:r>
        <w:rPr>
          <w:b/>
        </w:rPr>
        <w:t xml:space="preserve">4. </w:t>
      </w:r>
      <w:r>
        <w:t>Число членов избирательной комиссии субъекта Российской Федерации с правом решающего голоса устанавливается конституцией (уставом), законом субъекта Российской Федерации и не может быть менее 10 и более 14</w:t>
      </w:r>
    </w:p>
    <w:p>
      <w:r>
        <w:rPr>
          <w:b/>
        </w:rPr>
        <w:t xml:space="preserve">5. </w:t>
      </w:r>
      <w:r>
        <w:t>Формирование избирательной комиссии субъекта Российской Федерации осуществляется законодательным органом субъекта Российской Федерации и высшим должностным лицом субъекта Российской Федерации на основе предложений, указанных в пункте 1 статьи 22 настоящего Федерального закона, а также предложений представительных органов муниципальных образований, избирательной комиссии субъекта Российской Федерации предыдущего состава, Центральной избирательной комиссии Российской Федерации. (В редакции федеральных законов от 21.07.2005 № 93-ФЗ, от 14.03.2022 № 60-ФЗ)</w:t>
      </w:r>
    </w:p>
    <w:p>
      <w:r>
        <w:rPr>
          <w:b/>
        </w:rPr>
        <w:t xml:space="preserve">6. </w:t>
      </w:r>
      <w:r>
        <w:t>Половина членов избирательной комиссии субъекта Российской Федерации назначается законодательным органом субъекта Российской Федерации, другая половина - высшим должностным лицом субъекта Российской Федерации. (В редакции Федерального закона от 14.03.2022 № 60-ФЗ)</w:t>
      </w:r>
    </w:p>
    <w:p>
      <w:r>
        <w:rPr>
          <w:b/>
        </w:rPr>
        <w:t xml:space="preserve">7. </w:t>
      </w:r>
      <w:r>
        <w:t>Как законодательный орган субъекта Российской Федерации, так и высшее должностное лицо субъекта Российской Федерации обязаны назначить не менее одной второй от назначаемого ими числа членов избирательной комиссии субъекта Российской Федерации на основе поступивших предложений: (В редакции Федерального закона от 14.03.2022 № 60-ФЗ)</w:t>
      </w:r>
    </w:p>
    <w:p>
      <w:r>
        <w:rPr>
          <w:b/>
        </w:rPr>
        <w:t xml:space="preserve">8. </w:t>
      </w:r>
      <w:r>
        <w:t>(Пункт утратил силу - Федеральный закон от 21.07.2005 № 93-ФЗ)</w:t>
      </w:r>
    </w:p>
    <w:p>
      <w:r>
        <w:rPr>
          <w:b/>
        </w:rPr>
        <w:t xml:space="preserve">9. </w:t>
      </w:r>
      <w:r>
        <w:t>Как законодательный орган субъекта Российской Федерации, так и высшее должностное лицо субъекта Российской Федерации обязаны назначить не менее одного члена избирательной комиссии субъекта Российской Федерации на основе поступивших предложений Центральной избирательной комиссии Российской Федерации. (В редакции Федерального закона от 14.03.2022 № 60-ФЗ)</w:t>
      </w:r>
    </w:p>
    <w:p>
      <w:r>
        <w:rPr>
          <w:b/>
        </w:rPr>
        <w:t xml:space="preserve">91. </w:t>
      </w:r>
      <w:r>
        <w:t>Полномочия члена избирательной комиссии субъекта Российской Федерации, назначенного по предложению Центральной избирательной комиссии Российской Федерации в соответствии с пунктом 9 настоящей статьи, могут быть прекращены досрочно по ее мотивированному представлению, внесенному в орган, назначивший этого члена комиссии. Вместе с представлением о досрочном прекращении полномочий члена комиссии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Указанное представление не может быть внесено в течение одного года после назначения члена комиссии, а также в период избирательной кампании, период кампании референдума, в которых участвует избирательная комиссия субъекта Российской Федерации. (Дополнение пунктом - Федеральный закон от 05.04.2021 № 89-ФЗ)</w:t>
      </w:r>
    </w:p>
    <w:p>
      <w:r>
        <w:rPr>
          <w:b/>
        </w:rPr>
        <w:t xml:space="preserve">10. </w:t>
      </w:r>
      <w:r>
        <w:t>Избирательная комиссия субъекта Российской Федерации:</w:t>
      </w:r>
    </w:p>
    <w:p>
      <w:r>
        <w:rPr>
          <w:b/>
        </w:rPr>
        <w:t xml:space="preserve">101. </w:t>
      </w:r>
      <w:r>
        <w:t>В случае исполнения полномочий комиссии, организующей подготовку и проведение выборов в органы местного самоуправления, местного референдума на территории административного центра (столицы) субъекта Российской Федерации, избирательная комиссия субъекта Российской Федерации осуществляет полномочия, предусмотренные пунктом 91 статьи 26 настоящего Федерального закона. (Дополнение пунктом - Федеральный закон от 29.05.2023 № 184-ФЗ)</w:t>
      </w:r>
    </w:p>
    <w:p>
      <w:r>
        <w:rPr>
          <w:b/>
        </w:rPr>
        <w:t xml:space="preserve">11. </w:t>
      </w:r>
      <w:r>
        <w:t>Избирательная комиссия субъекта Российской Федерации рассматривает жалобы на решения и действия (бездействие) территориальных комиссий, организующих подготовку и проведение выборов в органы местного самоуправления муниципального района, муниципального округа, городского округа, внутригородской территории города федерального значения, внутригородского района (в городском округе с внутригородским делением), местного референдума на территории указанных муниципальных образований, и их должностных лиц, нарушающие избирательные права граждан и право граждан на участие в референдуме при проведении выборов в органы местного самоуправления, местных референдумов, в соответствии с пунктом 7 статьи 75 настоящего Федерального закона. (В редакции федеральных законов от 21.07.2005 № 93-ФЗ, от 09.03.2016 № 66-ФЗ, от 23.05.2020 № 153-ФЗ, от 14.03.2022 № 60-ФЗ)</w:t>
      </w:r>
    </w:p>
    <w:p>
      <w:r>
        <w:rPr>
          <w:b/>
        </w:rPr>
        <w:t xml:space="preserve">111. </w:t>
      </w:r>
      <w:r>
        <w:t>Избирательная комиссия субъекта Российской Федерации 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 референдумах, информации, распространяемой с нарушением законодательства Российской Федерации о выборах и референдумах, при проведении выборов в органы государственной власти, референдума субъекта Российской Федерации. Избирательная комиссия субъекта Российской Федерации 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таким представлением при проведении выборов в органы местного самоуправления, местных референдумов на основании материалов, направленных организующей местные выборы, местный референдум комиссией. (Дополнение пунктом - Федеральный закон от 09.03.2021 № 43-ФЗ)</w:t>
      </w:r>
    </w:p>
    <w:p>
      <w:r>
        <w:rPr>
          <w:b/>
        </w:rPr>
        <w:t xml:space="preserve">12. </w:t>
      </w:r>
      <w:r>
        <w:t>Избирательная комиссия субъекта Российской Федерации может иметь официальный печатный орган</w:t>
      </w:r>
    </w:p>
    <w:p>
      <w:r>
        <w:rPr>
          <w:b/>
        </w:rPr>
        <w:t xml:space="preserve">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(В редакции федеральных законов от 21.07.2005 № 93-ФЗ; от 12.05.2009 № 94-ФЗ; от 20.10.2011 № 287-ФЗ)</w:t>
      </w:r>
    </w:p>
    <w:p>
      <w:r>
        <w:rPr>
          <w:b/>
        </w:rPr>
        <w:t xml:space="preserve">7.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21.07.2005 № 93-ФЗ, от 22.04.2010 № 63-ФЗ, от 27.02.2020 № 27-ФЗ, от 14.03.2022 № 60-ФЗ)</w:t>
      </w:r>
    </w:p>
    <w:p>
      <w:r>
        <w:rPr>
          <w:b/>
        </w:rPr>
        <w:t xml:space="preserve">10. </w:t>
      </w:r>
      <w:r>
        <w:t>осуществляет на территории субъекта Российской Федерации контроль за соблюдением избирательных прав и права на участие в референдуме граждан Российской Федерации</w:t>
      </w:r>
    </w:p>
    <w:p>
      <w:r>
        <w:rPr>
          <w:b/>
        </w:rPr>
        <w:t xml:space="preserve">10. </w:t>
      </w:r>
      <w:r>
        <w:t>организует закупку технологического оборудования (кабины для голосования, ящики для голосования) для участковых комиссий, в том числе по поручению Центральной избирательной комиссии Российской Федерации при проведении выборов в федеральные органы государственной власти, референдума Российской Федерации; осуществляет на территории субъекта Российской Федерации контроль за соблюдением нормативов технологического оборудования для участковых комиссий; (В редакции федеральных законов от 21.07.2005 № 93-ФЗ; от 24.11.2014 № 355-ФЗ)</w:t>
      </w:r>
    </w:p>
    <w:p>
      <w:r>
        <w:rPr>
          <w:b/>
        </w:rPr>
        <w:t xml:space="preserve">10. </w:t>
      </w:r>
      <w:r>
        <w:t>обеспечивает на территории субъекта Российской Федерации реализацию мероприятий, связанных с подготовкой и проведением выборов, референдумов, развитием избирательной системы в Российской Федерации, внедрением, эксплуатацией и развитием средств автоматизации, повышением правовой культуры избирателей, обучением организаторов выборов, референдумов и иных участников избирательного процесса, изданием необходимой печатной продукции; (В редакции Федерального закона от 23.05.2025 № 115-ФЗ)</w:t>
      </w:r>
    </w:p>
    <w:p>
      <w:r>
        <w:rPr>
          <w:b/>
        </w:rPr>
        <w:t xml:space="preserve">10. </w:t>
      </w:r>
      <w:r>
        <w:t>осуществляет на территории субъекта Российской Федерации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 установления итогов голосования, определения результатов выборов, референдумов, а также порядка опубликования итогов голосования и результатов выборов, референдумов; (В редакции Федерального закона от 21.07.2005 № 93-ФЗ)</w:t>
      </w:r>
    </w:p>
    <w:p>
      <w:r>
        <w:rPr>
          <w:b/>
        </w:rPr>
        <w:t xml:space="preserve">10. </w:t>
      </w:r>
      <w:r>
        <w:t>осуществляет на территории субъекта Российской Федерации меры по организации финансирования подготовки и проведения выборов в органы государственной власти субъекта Российской Федерации, референдумов субъекта Российской Федерации, распределяет выделенные из федерального бюджета, бюджета субъекта Российской Федерации средства на финансовое обеспечение подготовки и проведения выборов, референдума, выделенные ей из бюджета субъекта Российской Федерации средства на оказание содействия в подготовке и проведении выборов в федеральные органы государственной власти, контролирует целевое использование указанных средств; (В редакции Федерального закона от 14.11.2023 № 531-ФЗ) д1) осуществляет расходование выделенных из федерального бюджета средств на обеспечение полномочий специальных участковых комиссий, указанных в пункте 12-1 статьи 27 настоящего Федерального закона; (Дополнение подпунктом - Федеральный закон от 23.05.2025 № 115-ФЗ)</w:t>
      </w:r>
    </w:p>
    <w:p>
      <w:r>
        <w:rPr>
          <w:b/>
        </w:rPr>
        <w:t xml:space="preserve">10. </w:t>
      </w:r>
      <w:r>
        <w:t>утверждает перечень территориальных комиссий; е1) устанавливает единую нумерацию избирательных участков на территории субъекта Российской Федерации; (Дополнение пунктом - Федеральный закон от 05.04.2013 № 40-ФЗ)</w:t>
      </w:r>
    </w:p>
    <w:p>
      <w:r>
        <w:rPr>
          <w:b/>
        </w:rPr>
        <w:t xml:space="preserve">10. </w:t>
      </w:r>
      <w:r>
        <w:t>оказывает правовую, методическую, организационно-техническую помощь нижестоящим комиссиям</w:t>
      </w:r>
    </w:p>
    <w:p>
      <w:r>
        <w:rPr>
          <w:b/>
        </w:rPr>
        <w:t xml:space="preserve">10. </w:t>
      </w:r>
      <w:r>
        <w:t>заслушивает сообщения исполнительных органов субъектов Российской Федерации и органов местного самоуправления по вопросам, связанным с подготовкой и проведением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(В редакции Федерального закона от 08.08.2024 № 232-ФЗ)</w:t>
      </w:r>
    </w:p>
    <w:p>
      <w:r>
        <w:rPr>
          <w:b/>
        </w:rPr>
        <w:t xml:space="preserve">10. </w:t>
      </w:r>
      <w:r>
        <w:t>по поручению Центральной избирательной комиссии Российской Федерации устанавливает нормативы, в соответствии с которыми изготавливаются списки избирателей, участников референдума и другие избирательные документы, а также документы, связанные с подготовкой и проведением референдума</w:t>
      </w:r>
    </w:p>
    <w:p>
      <w:r>
        <w:rPr>
          <w:b/>
        </w:rPr>
        <w:t xml:space="preserve">10. </w:t>
      </w:r>
      <w: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 л) участвует в организации государственной системы регистрации (учета) избирателей, участников референдума и в осуществлении этой регистрации (учета), в формировании и ведении регистра избирателей, участников референдума; (В редакции Федерального закона от 21.07.2005 № 93-ФЗ) л1) участвует в осуществлении проверки сводных финансовых отчетов и сведений о поступлении и расходовании средств политических партий, контроле за источниками и размерами имущества, получаемого политическими партиями в виде вступительных и членских взносов, пожертвований граждан и юридических лиц, информировании граждан о результатах этих проверок; (Дополнение подпунктом - Федеральный закон от 21.07.2005 № 93-ФЗ) л2) представляет по запросу избирательной комиссии, организующей подготовку и проведение выборов в органы местного самоуправления, местного референдума, сведения о численности на соответствующей территории избирателей, участников референдума, являющихся инвалидами, с указанием групп инвалидности; (Дополнение подпунктом - Федеральный закон от 14.06.2011 № 143-ФЗ) (В редакции Федерального закона от 14.03.2022 № 60-ФЗ) м) осуществляет иные полномочия в соответствии с настоящим Федеральным законом, иными федеральными законами, конституцией (уставом), законами субъекта Российской Федерации</w:t>
      </w:r>
    </w:p>
    <w:p>
      <w:r>
        <w:rPr>
          <w:b/>
        </w:rPr>
        <w:t>Статья 24</w:t>
      </w:r>
    </w:p>
    <w:p>
      <w:r>
        <w:t>(Статья утратила силу - Федеральный закон от 14.03.2022 № 60-ФЗ)</w:t>
      </w:r>
    </w:p>
    <w:p>
      <w:r>
        <w:rPr>
          <w:b/>
        </w:rPr>
        <w:t>Статья 25. Порядок формирования и полномочия окружных избирательных комиссий</w:t>
      </w:r>
    </w:p>
    <w:p>
      <w:r>
        <w:rPr>
          <w:b/>
        </w:rPr>
        <w:t xml:space="preserve">1. </w:t>
      </w:r>
      <w:r>
        <w:t>Окружные избирательные комиссии формируются в случаях, предусмотренных законом, при проведении выборов по одномандатным и (или) многомандатным избирательным округам. Полномочия окружных избирательных комиссий могут возлагаться на иные избирательные комиссии</w:t>
      </w:r>
    </w:p>
    <w:p>
      <w:r>
        <w:rPr>
          <w:b/>
        </w:rPr>
        <w:t xml:space="preserve">2. </w:t>
      </w:r>
      <w:r>
        <w:t>Срок полномочий окружных избирательных комиссий истекает через два месяца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 нарушен порядок подсчета голосов, либо если по данным фактам не ведется судебное разбирательство. В случае обжалования итогов голосования на территории избирательного округа или результатов выборов полномочия окружной избирательной комиссии прекращаются со дня, следующего за днем исполнения окружной избирательной комиссией решения вышестоящей комиссии либо исполнения вступившего в законную силу судебного решения. (В редакции федеральных законов от 21.07.2005 № 93-ФЗ; от 09.03.2016 № 66-ФЗ)</w:t>
      </w:r>
    </w:p>
    <w:p>
      <w:r>
        <w:rPr>
          <w:b/>
        </w:rPr>
        <w:t xml:space="preserve">3. </w:t>
      </w:r>
      <w:r>
        <w:t>Число членов окружных избирательных комиссий по выборам в органы государственной власти субъекта Российской Федерации, органы местного самоуправления с правом решающего голоса устанавливается законом субъекта Российской Федерации. (В редакции Федерального закона от 21.07.2005 № 93-ФЗ)</w:t>
      </w:r>
    </w:p>
    <w:p>
      <w:r>
        <w:rPr>
          <w:b/>
        </w:rPr>
        <w:t xml:space="preserve">4. </w:t>
      </w:r>
      <w:r>
        <w:t>(Пункт утратил силу - Федеральный закон от 21.07.2005 № 93-ФЗ)</w:t>
      </w:r>
    </w:p>
    <w:p>
      <w:r>
        <w:rPr>
          <w:b/>
        </w:rPr>
        <w:t xml:space="preserve">5. </w:t>
      </w:r>
      <w:r>
        <w:t>(Пункт утратил силу - Федеральный закон от 21.07.2005 № 93-ФЗ)</w:t>
      </w:r>
    </w:p>
    <w:p>
      <w:r>
        <w:rPr>
          <w:b/>
        </w:rPr>
        <w:t xml:space="preserve">6. </w:t>
      </w:r>
      <w:r>
        <w:t>Формирование окружной избирательной комиссии по выборам в органы государственной власти субъекта Российской Федерации, органы местного самоуправления осуществляется вышестоящей комиссией на основе предложений, указанных в пунктах 1 и 2 статьи 22 настоящего Федерального закона, а также предложений представительных органов муниципальных образований, предложений собраний избирателей по месту жительства, работы, службы, учебы. (В редакции Федерального закона от 21.07.2005 № 93-ФЗ)</w:t>
      </w:r>
    </w:p>
    <w:p>
      <w:r>
        <w:rPr>
          <w:b/>
        </w:rPr>
        <w:t xml:space="preserve">7. </w:t>
      </w:r>
      <w:r>
        <w:t>Вышестоящая избирательная комиссия обязана назначить не менее одной второй от общего числа членов окружной избирательной комиссии по выборам в органы государственной власти субъектов Российской Федерации на основе поступивших предложений:</w:t>
      </w:r>
    </w:p>
    <w:p>
      <w:r>
        <w:rPr>
          <w:b/>
        </w:rPr>
        <w:t xml:space="preserve">71. </w:t>
      </w:r>
      <w:r>
        <w:t>Вышестоящая избирательная комиссия обязана назначить не менее одной второй от общего числа членов окружной избирательной комиссии по выборам в органы местного самоуправления на основе поступивших предложений</w:t>
      </w:r>
    </w:p>
    <w:p>
      <w:r>
        <w:rPr>
          <w:b/>
        </w:rPr>
        <w:t xml:space="preserve">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(В редакции федеральных законов от 12.05.2009 № 94-ФЗ; от 20.10.2011 № 287-ФЗ)</w:t>
      </w:r>
    </w:p>
    <w:p>
      <w:r>
        <w:rPr>
          <w:b/>
        </w:rPr>
        <w:t xml:space="preserve">7.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22.04.2010 № 63-ФЗ, от 27.02.2020 № 27-ФЗ, от 14.03.2022 № 60-ФЗ) (Пункт в редакции Федерального закона от 21.07.2005 № 93-ФЗ)</w:t>
      </w:r>
    </w:p>
    <w:p>
      <w:r>
        <w:rPr>
          <w:b/>
        </w:rPr>
        <w:t xml:space="preserve">71.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(В редакции федеральных законов от 12.05.2009 № 94-ФЗ; от 20.10.2011 № 287-ФЗ)</w:t>
      </w:r>
    </w:p>
    <w:p>
      <w:r>
        <w:rPr>
          <w:b/>
        </w:rPr>
        <w:t xml:space="preserve">71.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22.04.2010 № 63-ФЗ, от 27.02.2020 № 27-ФЗ, от 14.03.2022 № 60-ФЗ)</w:t>
      </w:r>
    </w:p>
    <w:p>
      <w:r>
        <w:rPr>
          <w:b/>
        </w:rPr>
        <w:t xml:space="preserve">71. </w:t>
      </w:r>
      <w:r>
        <w:t>избирательных объединений,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 (Дополнение пунктом - Федеральный закон от 21.07.2005 № 93-ФЗ)</w:t>
      </w:r>
    </w:p>
    <w:p>
      <w:r>
        <w:rPr>
          <w:b/>
        </w:rPr>
        <w:t xml:space="preserve">71. </w:t>
      </w:r>
      <w:r>
        <w:t>Окружная избирательная комиссия:</w:t>
      </w:r>
    </w:p>
    <w:p>
      <w:r>
        <w:rPr>
          <w:b/>
        </w:rPr>
        <w:t xml:space="preserve">71. </w:t>
      </w:r>
      <w:r>
        <w:t>Порядок формирования, число членов и полномочия окружной избирательной комиссии по выборам в федеральные органы государственной власти устанавливаются федеральным законом. (Дополнение пунктом - Федеральный закон от 09.03.2016 № 66-ФЗ)</w:t>
      </w:r>
    </w:p>
    <w:p>
      <w:r>
        <w:rPr>
          <w:b/>
        </w:rPr>
        <w:t xml:space="preserve">71. </w:t>
      </w:r>
      <w:r>
        <w:t>осуществляет на территории избирательного округа контроль за соблюдением избирательных прав граждан Российской Федерации</w:t>
      </w:r>
    </w:p>
    <w:p>
      <w:r>
        <w:rPr>
          <w:b/>
        </w:rPr>
        <w:t xml:space="preserve">71. </w:t>
      </w:r>
      <w:r>
        <w:t>взаимодействует с органами государственной власти, органами местного самоуправления по вопросам, связанным с подготовкой и проведением выборов в избирательном округе</w:t>
      </w:r>
    </w:p>
    <w:p>
      <w:r>
        <w:rPr>
          <w:b/>
        </w:rPr>
        <w:t xml:space="preserve">71. </w:t>
      </w:r>
      <w:r>
        <w:t>осуществляет регистрацию кандидатов</w:t>
      </w:r>
    </w:p>
    <w:p>
      <w:r>
        <w:rPr>
          <w:b/>
        </w:rPr>
        <w:t xml:space="preserve">71. </w:t>
      </w:r>
      <w:r>
        <w:t>утверждает текст бюллетеня в избирательном округе</w:t>
      </w:r>
    </w:p>
    <w:p>
      <w:r>
        <w:rPr>
          <w:b/>
        </w:rPr>
        <w:t xml:space="preserve">71. </w:t>
      </w:r>
      <w:r>
        <w:t>осуществляет на территории избирательного округа меры по обеспечению единого порядка голосования, подсчета голосов избирателей, установления итогов голосования, определения результатов выборов, а также порядка опубликования итогов голосования и результатов выборов</w:t>
      </w:r>
    </w:p>
    <w:p>
      <w:r>
        <w:rPr>
          <w:b/>
        </w:rPr>
        <w:t xml:space="preserve">71. </w:t>
      </w:r>
      <w:r>
        <w:t>определяет результаты выборов по избирательному округу</w:t>
      </w:r>
    </w:p>
    <w:p>
      <w:r>
        <w:rPr>
          <w:b/>
        </w:rPr>
        <w:t xml:space="preserve">71. </w:t>
      </w:r>
      <w:r>
        <w:t>публикует (обнародует) в соответствующих средствах массовой информации результаты выборов по избирательному округу</w:t>
      </w:r>
    </w:p>
    <w:p>
      <w:r>
        <w:rPr>
          <w:b/>
        </w:rPr>
        <w:t xml:space="preserve">71. </w:t>
      </w:r>
      <w:r>
        <w:t>оказывает правовую, организационно-техническую помощь нижестоящим комиссиям</w:t>
      </w:r>
    </w:p>
    <w:p>
      <w:r>
        <w:rPr>
          <w:b/>
        </w:rPr>
        <w:t xml:space="preserve">71. </w:t>
      </w:r>
      <w: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
        <w:rPr>
          <w:b/>
        </w:rPr>
        <w:t xml:space="preserve">71. </w:t>
      </w:r>
      <w:r>
        <w:t>осуществляет иные полномочия в соответствии с законом</w:t>
      </w:r>
    </w:p>
    <w:p>
      <w:r>
        <w:rPr>
          <w:b/>
        </w:rPr>
        <w:t>Статья 26. Порядок формирования и полномочия территориальных комиссий</w:t>
      </w:r>
    </w:p>
    <w:p>
      <w:r>
        <w:rPr>
          <w:b/>
        </w:rPr>
        <w:t xml:space="preserve">1. </w:t>
      </w:r>
      <w:r>
        <w:t>Положение территориальных комиссий в системе государственных органов в субъектах Российской Федерации определяется законами субъекта Российской Федерации</w:t>
      </w:r>
    </w:p>
    <w:p>
      <w:r>
        <w:rPr>
          <w:b/>
        </w:rPr>
        <w:t xml:space="preserve">2. </w:t>
      </w:r>
      <w:r>
        <w:t>Территориальные комиссии действуют на постоянной основе</w:t>
      </w:r>
    </w:p>
    <w:p>
      <w:r>
        <w:rPr>
          <w:b/>
        </w:rPr>
        <w:t xml:space="preserve">3. </w:t>
      </w:r>
      <w:r>
        <w:t>Срок полномочий территориальных комиссий составляет пять лет. Если срок полномочий территориальной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(В редакции Федерального закона от 04.06.2010 № 117-ФЗ) Решением избирательной комиссии субъекта Российской Федерации, принятым по согласованию с Центральной избирательной комиссией Российской Федерации, полномочия территориальной комиссии могут быть прекращены досрочно в случае изменения административно-территориального устройства соответствующего субъекта Российской Федерации, повлекшего упразднение административно-территориальной единицы, либо в случае преобразования соответствующего муниципального образования. (Дополнение абзацем - Федеральный закон от 23.05.2025 № 115-ФЗ)</w:t>
      </w:r>
    </w:p>
    <w:p>
      <w:r>
        <w:rPr>
          <w:b/>
        </w:rPr>
        <w:t xml:space="preserve">4. </w:t>
      </w:r>
      <w:r>
        <w:t>Законом субъекта Российской Федерации территориальной комиссии может быть придан статус юридического лица. (В редакции федеральных законов от 21.07.2005 № 93-ФЗ, от 14.03.2022 № 60-ФЗ)</w:t>
      </w:r>
    </w:p>
    <w:p>
      <w:r>
        <w:rPr>
          <w:b/>
        </w:rPr>
        <w:t xml:space="preserve">5. </w:t>
      </w:r>
      <w:r>
        <w:t>Территориальные комиссии формируются в количестве пяти - четырнадцати членов с правом решающего голоса. (В редакции Федерального закона от 21.07.2005 № 93-ФЗ)</w:t>
      </w:r>
    </w:p>
    <w:p>
      <w:r>
        <w:rPr>
          <w:b/>
        </w:rPr>
        <w:t xml:space="preserve">6. </w:t>
      </w:r>
      <w:r>
        <w:t>Формирование территориальной комиссии осуществляется избирательной комиссией субъекта Российской Федерации на основе предложений, указанных в пункте 2 статьи 22 настоящего Федерального закона, а также предложений представительных органов муниципальных образований, собраний избирателей по месту жительства, работы, службы, учебы, территориальных комиссий предыдущего состава. (В редакции Федерального закона от 21.07.2005 № 93-ФЗ)</w:t>
      </w:r>
    </w:p>
    <w:p>
      <w:r>
        <w:rPr>
          <w:b/>
        </w:rPr>
        <w:t xml:space="preserve">7. </w:t>
      </w:r>
      <w:r>
        <w:t>Избирательная комиссия субъекта Российской Федерации обязана назначить не менее одной второй от общего числа членов территориальной комиссии на основе поступивших предложений:</w:t>
      </w:r>
    </w:p>
    <w:p>
      <w:r>
        <w:rPr>
          <w:b/>
        </w:rPr>
        <w:t xml:space="preserve">8. </w:t>
      </w:r>
      <w:r>
        <w:t>В пределах одной административно-территориальной единицы с большим числом избирателей может формироваться несколько территориальных комиссий, при этом решение об их формировании принимает избирательная комиссия субъекта Российской Федерации по согласованию с Центральной избирательной комиссией Российской Федерации. Избирательная комиссия субъекта Российской Федерации вправе сформировать одну либо несколько территориальных комиссий для руководства деятельностью участковых комиссий, сформированных на избирательных участках, участках референдума, образованных на судах, полярных станциях. В случаях, предусмотренных федеральным законом, Центральная избирательная комиссия Российской Федерации вправе сформировать одну либо несколько территориальных комиссий для руководства деятельностью участковых комиссий, сформированных на избирательных участках, участках референдума, образованных за пределами территории Российской Федерации. Центральная избирательная комиссия Российской Федерации или избирательная комиссия субъекта Российской Федерации по согласованию с Центральной избирательной комиссией Российской Федерации вправе сформировать одну либо несколько специальных территориальных комиссий для обеспечения проведения дистанционного электронного голосования. (В редакции федеральных законов от 05.04.2021 № 89-ФЗ, от 14.03.2022 № 60-ФЗ, от 23.05.2025 № 115-ФЗ)</w:t>
      </w:r>
    </w:p>
    <w:p>
      <w:r>
        <w:rPr>
          <w:b/>
        </w:rPr>
        <w:t xml:space="preserve">81. </w:t>
      </w:r>
      <w:r>
        <w:t>Для федеральной территории Центральной избирательной комиссией Российской Федерации формируется отдельная территориальная избирательная комиссия, которая является избирательной комиссией, организующей выборы в органы публичной власти федеральной территории, и вышестоящей избирательной комиссией по отношению к иным избирательным комиссиям, сформированным на федеральной территории, а при проведении выборов в органы государственной власти, референдума субъекта Российской Федерации - нижестоящей комиссией по отношению к избирательной комиссии субъекта Российской Федерации, на территории которого создана федеральная территория (в случае формирования окружной избирательной комиссии - к окружной избирательной комиссии). (Дополнение пунктом - Федеральный закон от 05.04.2021 № 89-ФЗ)</w:t>
      </w:r>
    </w:p>
    <w:p>
      <w:r>
        <w:rPr>
          <w:b/>
        </w:rPr>
        <w:t xml:space="preserve">9. </w:t>
      </w:r>
      <w:r>
        <w:t>Территориальная комиссия:</w:t>
      </w:r>
    </w:p>
    <w:p>
      <w:r>
        <w:rPr>
          <w:b/>
        </w:rPr>
        <w:t xml:space="preserve">91. </w:t>
      </w:r>
      <w:r>
        <w:t>Территориальная комиссия при организации подготовки и проведения выборов в органы местного самоуправления, местного референдума:</w:t>
      </w:r>
    </w:p>
    <w:p>
      <w:r>
        <w:rPr>
          <w:b/>
        </w:rPr>
        <w:t xml:space="preserve">10. </w:t>
      </w:r>
      <w:r>
        <w:t>Территориальная избирательная комиссия, организующая выборы в органы публичной власти федеральной территории, вправе обращаться в порядке, установленном Центральной избирательной комиссией Российской Федерации,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представлением о пресечении распространения в информационно-телекоммуникационных сетях, в том числе в сети "Интернет", агитационных материалов, изготовленных и (или) распространяемых с нарушением требований законодательства Российской Федерации о выборах, информации, распространяемой с нарушением законодательства Российской Федерации о выборах. (Дополнение пунктом - Федеральный закон от 09.03.2021 № 43-ФЗ)</w:t>
      </w:r>
    </w:p>
    <w:p>
      <w:r>
        <w:rPr>
          <w:b/>
        </w:rPr>
        <w:t xml:space="preserve">7.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(В редакции федеральных законов от 12.05.2009 № 94-ФЗ; от 20.10.2011 № 287-ФЗ)</w:t>
      </w:r>
    </w:p>
    <w:p>
      <w:r>
        <w:rPr>
          <w:b/>
        </w:rPr>
        <w:t xml:space="preserve">7.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22.04.2010 № 63-ФЗ, от 27.02.2020 № 27-ФЗ, от 14.03.2022 № 60-ФЗ)</w:t>
      </w:r>
    </w:p>
    <w:p>
      <w:r>
        <w:rPr>
          <w:b/>
        </w:rPr>
        <w:t xml:space="preserve">7. </w:t>
      </w:r>
      <w:r>
        <w:t>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(Пункт в редакции Федерального закона от 21.07.2005 № 93-ФЗ)</w:t>
      </w:r>
    </w:p>
    <w:p>
      <w:r>
        <w:rPr>
          <w:b/>
        </w:rPr>
        <w:t xml:space="preserve">9. </w:t>
      </w:r>
      <w:r>
        <w:t>осуществляет на соответствующей территории контроль за соблюдением избирательных прав и права на участие в референдуме граждан Российской Федерации</w:t>
      </w:r>
    </w:p>
    <w:p>
      <w:r>
        <w:rPr>
          <w:b/>
        </w:rPr>
        <w:t xml:space="preserve">9. </w:t>
      </w:r>
      <w:r>
        <w:t>обеспечивает на соответствующей территории соблюдение нормативов технологического оборудования (кабины для голосования, ящики для голосования) для участковых комиссий; (В редакции Федерального закона от 21.07.2005 № 93-ФЗ)</w:t>
      </w:r>
    </w:p>
    <w:p>
      <w:r>
        <w:rPr>
          <w:b/>
        </w:rPr>
        <w:t xml:space="preserve">9. </w:t>
      </w:r>
      <w:r>
        <w:t>обеспечивает на соответствующей территории реализацию мероприятий, связанных с подготовкой и проведением выборов, референдумов, развитием избирательной системы в Российской Федерации, внедрением, эксплуатацией и развитием средств автоматизации, повышением правовой культуры избирателей, обучением организаторов выборов, референдумов и иных участников избирательного процесса; (В редакции Федерального закона от 23.05.2025 № 115-ФЗ)</w:t>
      </w:r>
    </w:p>
    <w:p>
      <w:r>
        <w:rPr>
          <w:b/>
        </w:rPr>
        <w:t xml:space="preserve">9. </w:t>
      </w:r>
      <w:r>
        <w:t>осуществляет на соответствующей территории меры по соблюдению единого порядка установления итогов голосования</w:t>
      </w:r>
    </w:p>
    <w:p>
      <w:r>
        <w:rPr>
          <w:b/>
        </w:rPr>
        <w:t xml:space="preserve">9. </w:t>
      </w:r>
      <w:r>
        <w:t>распределяет выделенные ей из федерального бюджета, бюджета субъекта Российской Федерации средства на финансовое обеспечение подготовки и проведения выборов, референдума, из бюджета субъекта Российской Федерации, бюджета федеральной территории - на оказание содействия в подготовке и проведении выборов в федеральные органы государственной власти, контролирует целевое использование указанных средств; (В редакции Федерального закона от 14.11.2023 № 531-ФЗ)</w:t>
      </w:r>
    </w:p>
    <w:p>
      <w:r>
        <w:rPr>
          <w:b/>
        </w:rPr>
        <w:t xml:space="preserve">9. </w:t>
      </w:r>
      <w:r>
        <w:t>оказывает методическую, организационно-техническую помощь нижестоящим комиссиям</w:t>
      </w:r>
    </w:p>
    <w:p>
      <w:r>
        <w:rPr>
          <w:b/>
        </w:rPr>
        <w:t xml:space="preserve">9. </w:t>
      </w:r>
      <w:r>
        <w:t>заслушивает сообщения исполнительных органов субъекта Российской Федерации и органов местного самоуправления по вопросам, связанным с подготовкой и проведением выборов, референдума; (В редакции Федерального закона от 08.08.2024 № 232-ФЗ)</w:t>
      </w:r>
    </w:p>
    <w:p>
      <w:r>
        <w:rPr>
          <w:b/>
        </w:rPr>
        <w:t xml:space="preserve">9. </w:t>
      </w:r>
      <w: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 з1) рассматривает (с учетом положения пункта 7 статьи 75 настоящего Федерального закона) жалобы (заявления) на решения и действия (бездействие) комиссий, организующих выборы в органы местного самоуправления, местный референдум, или их должностных лиц, нарушающие избирательные права граждан и право граждан на участие в референдуме, и принимает по указанным жалобам (заявлениям) мотивированные решения; (Дополнение подпунктом - Федеральный закон от 14.03.2022 № 60-ФЗ)</w:t>
      </w:r>
    </w:p>
    <w:p>
      <w:r>
        <w:rPr>
          <w:b/>
        </w:rPr>
        <w:t xml:space="preserve">9. </w:t>
      </w:r>
      <w:r>
        <w:t>осуществляет иные полномочия в соответствии с настоящим Федеральным законом, иными федеральными законами, конституцией (уставом), законами субъекта Российской Федерации</w:t>
      </w:r>
    </w:p>
    <w:p>
      <w:r>
        <w:rPr>
          <w:b/>
        </w:rPr>
        <w:t xml:space="preserve">91. </w:t>
      </w:r>
      <w:r>
        <w:t>организует подготовку и проведение выборов в органы местного самоуправления, местного референдума</w:t>
      </w:r>
    </w:p>
    <w:p>
      <w:r>
        <w:rPr>
          <w:b/>
        </w:rPr>
        <w:t xml:space="preserve">91. </w:t>
      </w:r>
      <w:r>
        <w:t>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
        <w:rPr>
          <w:b/>
        </w:rPr>
        <w:t xml:space="preserve">91. </w:t>
      </w:r>
      <w:r>
        <w:t>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местного референдума, изданием необходимой печатной продукции</w:t>
      </w:r>
    </w:p>
    <w:p>
      <w:r>
        <w:rPr>
          <w:b/>
        </w:rPr>
        <w:t xml:space="preserve">91. </w:t>
      </w:r>
      <w:r>
        <w:t>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
        <w:rPr>
          <w:b/>
        </w:rPr>
        <w:t xml:space="preserve">91. </w:t>
      </w:r>
      <w:r>
        <w:t>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референдума</w:t>
      </w:r>
    </w:p>
    <w:p>
      <w:r>
        <w:rPr>
          <w:b/>
        </w:rPr>
        <w:t xml:space="preserve">91. </w:t>
      </w:r>
      <w:r>
        <w:t>осуществляет на территории муниципального образования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референдума</w:t>
      </w:r>
    </w:p>
    <w:p>
      <w:r>
        <w:rPr>
          <w:b/>
        </w:rPr>
        <w:t xml:space="preserve">91. </w:t>
      </w:r>
      <w:r>
        <w:t>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
        <w:rPr>
          <w:b/>
        </w:rPr>
        <w:t xml:space="preserve">91. </w:t>
      </w:r>
      <w:r>
        <w:t>оказывает правовую, методическую, организационно-техническую помощь нижестоящим комиссиям</w:t>
      </w:r>
    </w:p>
    <w:p>
      <w:r>
        <w:rPr>
          <w:b/>
        </w:rPr>
        <w:t xml:space="preserve">91. </w:t>
      </w:r>
      <w:r>
        <w:t>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
        <w:rPr>
          <w:b/>
        </w:rPr>
        <w:t xml:space="preserve">91. </w:t>
      </w:r>
      <w:r>
        <w:t>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 л) осуществляет иные полномочия в соответствии с настоящим Федеральным законом, иными федеральными законами, конституцией (уставом), законами субъекта Российской Федерации, уставом муниципального образования. (Дополнение пунктом - Федеральный закон от 14.03.2022 № 60-ФЗ)</w:t>
      </w:r>
    </w:p>
    <w:p>
      <w:r>
        <w:rPr>
          <w:b/>
        </w:rPr>
        <w:t>Статья 27. Порядок формирования и полномочия участковых комиссий</w:t>
      </w:r>
    </w:p>
    <w:p>
      <w:r>
        <w:rPr>
          <w:b/>
        </w:rPr>
        <w:t xml:space="preserve">1. </w:t>
      </w:r>
      <w:r>
        <w:t>Для обеспечения процесса голосования избирателей, участников референдума и подсчета голосов избирателей, участников референдума на избирательных участках, участках референдума формируются участковые комиссии. На избирательных участках, участках референдума, образованных в соответствии с пунктом 2 статьи 19 настоящего Федерального закона, участковые комиссии формируются территориальными комиссиями. (В редакции Федерального закона от 09.03.2016 № 66-ФЗ) По решению соответствующей избирательной комиссии субъекта Российской Федерации полномочия избирательной комиссии, организующей подготовку и проведение выборов в органы местного самоуправления, местного референдума, могут возлагаться на участковую комиссию, действующую в границах этого муниципального образования. (Дополнение абзацем - Федеральный закон от 14.03.2022 № 60-ФЗ) (Пункт в редакции Федерального закона от 02.10.2012 № 157-ФЗ)</w:t>
      </w:r>
    </w:p>
    <w:p>
      <w:r>
        <w:rPr>
          <w:b/>
        </w:rPr>
        <w:t xml:space="preserve">11. </w:t>
      </w:r>
      <w:r>
        <w:t>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а также на избирательном участке, участке референдума, образованном в труднодоступной или отдаленной местности, на судне, которое будет находиться в день голосования в плавании, или на полярной станции, или в вахтовом поселке, в местах временного пребывания избирателей, участников референдума или в местах, где пребывают избиратели, участники референдума, не имеющие регистрации по месту жительства в пределах Российской Федерации, участковая комиссия формируется территориальной комиссией из резерва составов участковых комиссий, предусмотренного пунктом 51 настоящей статьи, не позднее чем за 15 дней до дня голосования, а в исключительных случаях - не позднее дня, предшествующего дню голосования. 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участковая комиссия формируется территориальной комиссией (по решению территориальной комиссии - командиром соответствующей воинской части) из числа военнослужащих, находящихся в воинской части, членов их семей и других избирателей, участников референдума, проживающих в пределах расположения воинской части, в том числе не входящих в резерв составов участковых комиссий. Законом может быть предусмотрено, что участковая комиссия на избирательном участке, участке референдума, образованном на судне, которое будет находиться в день голосования в плавании, или на полярной станции, или в вахтовом поселке, формируется соответствующими должностными лицами из числа членов экипажа, работников полярной станции, работников, привлекаемых к работам вахтовым методом, в том числе не входящих в резерв составов участковых комиссий. (Дополнение пунктом - Федеральный закон от 02.10.2012 № 157-ФЗ) (В редакции федеральных законов от 09.03.2016 № 66-ФЗ, от 28.06.2022 № 220-ФЗ, от 14.11.2023 № 531-ФЗ)</w:t>
      </w:r>
    </w:p>
    <w:p>
      <w:r>
        <w:rPr>
          <w:b/>
        </w:rPr>
        <w:t xml:space="preserve">12. </w:t>
      </w:r>
      <w:r>
        <w:t>На избирательных участках, участках референдума, образованных за пределами территории Российской Федерации в соответствии с пунктом 3 статьи 19 настоящего Федерального закона, участковые комиссии формируются в порядке и сроки, установленные федеральным законом. (Дополнение пунктом - Федеральный закон от 02.10.2012 № 157-ФЗ) (В редакции Федерального закона от 09.03.2016 № 66-ФЗ) 12-1. Для обеспечения голосования, предусмотренного пунктом 17 статьи 64 и (или) пунктом 19 статьи 66 настоящего Федерального закона, и (или) досрочного голосования, предусмотренного пунктом 17 статьи 65 настоящего Федерального закона, избирательной комиссией субъекта Российской Федерации могут быть сформированы специальные участковые комиссии. Такие комиссии могут быть сформированы в том числе из числа работников мест содержания под стражей подозреваемых и обвиняемых, либо полномочия таких участковых комиссий могут быть возложены на иные участковые комиссии. (Дополнение пунктом - Федеральный закон от 29.05.2023 № 184-ФЗ)</w:t>
      </w:r>
    </w:p>
    <w:p>
      <w:r>
        <w:rPr>
          <w:b/>
        </w:rPr>
        <w:t xml:space="preserve">13. </w:t>
      </w:r>
      <w:r>
        <w:t>На избирательных участках, участках референдума, образованных в результате уточнения перечня избирательных участков, участков референдума в случаях, предусмотренных пунктами 2 и 21 статьи 19 настоящего Федерального закона, участковые комиссии вне периода избирательной кампании, кампании референдума формируются в течение 60 дней со дня принятия решения об уточнении перечня избирательных участков, участков референдума, а в период избирательной кампании, кампании референдума - не позднее чем за 35 дней до дня голосования. Срок приема предложений по их составу составляет 30 дней. (Дополнение пунктом - Федеральный закон от 01.06.2017 № 104-ФЗ)</w:t>
      </w:r>
    </w:p>
    <w:p>
      <w:r>
        <w:rPr>
          <w:b/>
        </w:rPr>
        <w:t xml:space="preserve">2. </w:t>
      </w:r>
      <w:r>
        <w:t>Срок полномочий участковой комиссии, сформированной в соответствии с пунктом 1 настоящей статьи, составляет пять лет. Законом субъекта Российской Федерации может быть установлен иной срок полномочий участковой комиссии, который не может быть меньше одного года и не должен превышать пять лет. Если срок полномочий участковой комиссии, сформированной в соответствии с пунктом 1 настоящей статьи, истекает в сроки, предусмотренные пунктами 2, 3 и 7 статьи 10 настоящего Федерального закона для назначения ближайших выборов,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 Срок полномочий участковой комиссии, сформированной в соответствии с пунктом 11, 12 или 12-1 настоящей статьи, устанавливается сформировавшими ее комиссией либо должностным лицом, но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такой участковой комиссии прекращаются со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 Полномочия участковой комиссии прекращаются досрочно решением территориальной комиссии в случае ликвидации избирательного участка, участка референдума в связи с уточнением перечня избирательных участков, участков референдума. (В редакции федеральных законов от 02.10.2012 № 157-ФЗ, от 05.04.2013 № 40-ФЗ, от 09.03.2016 № 66-ФЗ, от 29.05.2019 № 104-ФЗ, от 29.05.2023 № 184-ФЗ, от 14.11.2023 № 531-ФЗ)</w:t>
      </w:r>
    </w:p>
    <w:p>
      <w:r>
        <w:rPr>
          <w:b/>
        </w:rPr>
        <w:t xml:space="preserve">3. </w:t>
      </w:r>
      <w:r>
        <w:t>Число членов участковой комиссии с правом решающего голоса определяется формирующими ее территориальной комиссией либо должностным лицом в зависимости от числа избирателей, участников референдума, зарегистрированных на территории соответствующего избирательного участка, участка референдума, в следующих пределах:</w:t>
      </w:r>
    </w:p>
    <w:p>
      <w:r>
        <w:rPr>
          <w:b/>
        </w:rPr>
        <w:t xml:space="preserve">31. </w:t>
      </w:r>
      <w:r>
        <w:t>В случае совмещения дней голосования на выборах и (или) референдумах разных уровней максимальное число членов участковой комиссии с правом решающего голоса, предусмотренное пунктом 3 настоящей статьи, может быть увеличено, но не более чем на четыре из резерва составов участковых комиссий на срок, установленный территориальной комиссией. Этот срок не может истекать ранее чем через десять дней со дня официального опубликования результатов выборов, референдума, если в вышестоящую комиссию не поступили жалобы (заявления) на действия (бездействие) данной участковой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участке референдума полномочия этих членов участковой комиссии продлеваются до дня принятия вышестоящей комиссией решения либо до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 При этом дополнительная оплата труда (вознаграждение) этих членов участковой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 (Дополнение пунктом - Федеральный закон от 02.10.2012 № 157-ФЗ) (В редакции федеральных законов от 05.04.2013 № 40-ФЗ; от 09.03.2016 № 66-ФЗ)</w:t>
      </w:r>
    </w:p>
    <w:p>
      <w:r>
        <w:rPr>
          <w:b/>
        </w:rPr>
        <w:t xml:space="preserve">32. </w:t>
      </w:r>
      <w:r>
        <w:t>При формировании участковой комиссии на избирательном участке, участке референдума, образованном за пределами территории Российской Федерации, максимальное число членов участковой комиссии, предусмотренное подпунктом "в" пункта 3 настоящей статьи, не соблюдается, если на этом участке зарегистрировано более 3000 избирателей. (Дополнение пунктом - Федеральный закон от 02.10.2012 № 157-ФЗ)</w:t>
      </w:r>
    </w:p>
    <w:p>
      <w:r>
        <w:rPr>
          <w:b/>
        </w:rPr>
        <w:t xml:space="preserve">4. </w:t>
      </w:r>
      <w:r>
        <w:t>Формирование участковой комиссии осуществляется на основе предложений, указанных в пункте 2 статьи 22 настоящего Федерального закона, а также предложений представительного органа муниципального образования, собраний избирателей по месту жительства, работы, службы, учебы. Количество вносимых предложений не ограничивается. (В редакции Федерального закона от 02.10.2012 № 157-ФЗ)</w:t>
      </w:r>
    </w:p>
    <w:p>
      <w:r>
        <w:rPr>
          <w:b/>
        </w:rPr>
        <w:t xml:space="preserve">5. </w:t>
      </w:r>
      <w:r>
        <w:t>Территориальная комиссия обязана назначить не менее одной второй от общего числа членов участковой комиссии на основе поступивших предложений: (В редакции Федерального закона от 02.10.2012 № 157-ФЗ)</w:t>
      </w:r>
    </w:p>
    <w:p>
      <w:r>
        <w:rPr>
          <w:b/>
        </w:rPr>
        <w:t xml:space="preserve">51. </w:t>
      </w:r>
      <w:r>
        <w:t>Кандидатуры, предложенные в состав участковой комиссии в соответствии с пунктом 4 настоящей статьи, но не назначенные членами комиссии, зачисляются в резерв составов участковых комиссий, который формируется избирательной комиссией субъекта Российской Федерации или по ее решению территориальными комиссиями в порядке, установленном Центральной избирательной комиссией Российской Федерации. (Дополнение пунктом - Федеральный закон от 02.10.2012 № 157-ФЗ) (В редакции Федерального закона от 01.06.2017 № 104-ФЗ)</w:t>
      </w:r>
    </w:p>
    <w:p>
      <w:r>
        <w:rPr>
          <w:b/>
        </w:rPr>
        <w:t xml:space="preserve">52. </w:t>
      </w:r>
      <w:r>
        <w:t>Членам участковой комиссии с правом решающего голоса территориальная комиссия выдает удостоверения, форма которых устанавливается Центральной избирательной комиссией Российской Федерации. (Дополнение пунктом - Федеральный закон от 02.10.2012 № 157-ФЗ)</w:t>
      </w:r>
    </w:p>
    <w:p>
      <w:r>
        <w:rPr>
          <w:b/>
        </w:rPr>
        <w:t xml:space="preserve">6. </w:t>
      </w:r>
      <w:r>
        <w:t>Участковая комиссия:</w:t>
      </w:r>
    </w:p>
    <w:p>
      <w:r>
        <w:rPr>
          <w:b/>
        </w:rPr>
        <w:t xml:space="preserve">7. </w:t>
      </w:r>
      <w:r>
        <w:t>В случае исполнения полномочий комиссии, организующей подготовку и проведение выборов в органы местного самоуправления, местного референдума, участковая комиссия осуществляет полномочия территориальной избирательной комиссии, предусмотренные пунктом 91 статьи 26 настоящего Федерального закона. (Дополнение пунктом - Федеральный закон от 14.03.2022 № 60-ФЗ)</w:t>
      </w:r>
    </w:p>
    <w:p>
      <w:r>
        <w:rPr>
          <w:b/>
        </w:rPr>
        <w:t xml:space="preserve">3. </w:t>
      </w:r>
      <w:r>
        <w:t>до 1001 избирателя - 3 - 9 членов участковой комиссии</w:t>
      </w:r>
    </w:p>
    <w:p>
      <w:r>
        <w:rPr>
          <w:b/>
        </w:rPr>
        <w:t xml:space="preserve">3. </w:t>
      </w:r>
      <w:r>
        <w:t>от 1001 до 2001 избирателя - 7 - 12 членов участковой комиссии</w:t>
      </w:r>
    </w:p>
    <w:p>
      <w:r>
        <w:rPr>
          <w:b/>
        </w:rPr>
        <w:t xml:space="preserve">3. </w:t>
      </w:r>
      <w:r>
        <w:t>более 2000 избирателей - 7 - 16 членов участковой комиссии. (Пункт в редакции Федерального закона от 02.10.2012 № 157-ФЗ)</w:t>
      </w:r>
    </w:p>
    <w:p>
      <w:r>
        <w:rPr>
          <w:b/>
        </w:rPr>
        <w:t xml:space="preserve">5. </w:t>
      </w:r>
      <w:r>
        <w:t>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 (В редакции федеральных законов от 12.05.2009 № 94-ФЗ; от 20.10.2011 № 287-ФЗ)</w:t>
      </w:r>
    </w:p>
    <w:p>
      <w:r>
        <w:rPr>
          <w:b/>
        </w:rPr>
        <w:t xml:space="preserve">5. </w:t>
      </w:r>
      <w:r>
        <w:t>политических партий, выдвинувших списки кандидатов, допущенные к распределению депутатских мандатов в законодательном органе субъекта Российской Федерации; (В редакции федеральных законов от 22.04.2010 № 63-ФЗ, от 27.02.2020 № 27-ФЗ, от 14.03.2022 № 60-ФЗ)</w:t>
      </w:r>
    </w:p>
    <w:p>
      <w:r>
        <w:rPr>
          <w:b/>
        </w:rPr>
        <w:t xml:space="preserve">5. </w:t>
      </w:r>
      <w:r>
        <w:t>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(Пункт в редакции Федерального закона от 21.07.2005 № 93-ФЗ)</w:t>
      </w:r>
    </w:p>
    <w:p>
      <w:r>
        <w:rPr>
          <w:b/>
        </w:rPr>
        <w:t xml:space="preserve">6. </w:t>
      </w:r>
      <w:r>
        <w:t>информирует население об адресе и о номере телефона участковой комиссии, времени ее работы, а также о дне, времени и месте голосования</w:t>
      </w:r>
    </w:p>
    <w:p>
      <w:r>
        <w:rPr>
          <w:b/>
        </w:rPr>
        <w:t xml:space="preserve">6. </w:t>
      </w:r>
      <w:r>
        <w:t>уточняет список избирателей, участников референдума, производит ознакомление избирателей, участников референдума с данным списком, рассматривает заявления об ошибках и о неточностях в данном списке и решает вопросы о внесении в него соответствующих изменений</w:t>
      </w:r>
    </w:p>
    <w:p>
      <w:r>
        <w:rPr>
          <w:b/>
        </w:rPr>
        <w:t xml:space="preserve">6. </w:t>
      </w:r>
      <w:r>
        <w:t>обеспечивает подготовку помещений для голосования, ящиков для голосования и другого оборудования</w:t>
      </w:r>
    </w:p>
    <w:p>
      <w:r>
        <w:rPr>
          <w:b/>
        </w:rPr>
        <w:t xml:space="preserve">6. </w:t>
      </w:r>
      <w:r>
        <w:t>обеспечивает информирование избирателей о зарегистрированных кандидатах, об избирательных объединениях, зарегистрировавших списки кандидатов, информирование участников референдума о вопросах референдума на основе сведений, полученных из вышестоящей комиссии; (В редакции Федерального закона от 21.07.2005 № 93-ФЗ)</w:t>
      </w:r>
    </w:p>
    <w:p>
      <w:r>
        <w:rPr>
          <w:b/>
        </w:rPr>
        <w:t xml:space="preserve">6. </w:t>
      </w:r>
      <w:r>
        <w:t>контролирует соблюдение на территории избирательного участка, участка референдума порядка проведения предвыборной агитации, агитации по вопросам референдума</w:t>
      </w:r>
    </w:p>
    <w:p>
      <w:r>
        <w:rPr>
          <w:b/>
        </w:rPr>
        <w:t xml:space="preserve">6. </w:t>
      </w:r>
      <w:r>
        <w:t>(Подпункт утратил силу - Федеральный закон от 29.05.2023 № 184-ФЗ)</w:t>
      </w:r>
    </w:p>
    <w:p>
      <w:r>
        <w:rPr>
          <w:b/>
        </w:rPr>
        <w:t xml:space="preserve">6. </w:t>
      </w:r>
      <w:r>
        <w:t>организует на избирательном участке, участке референдума голосование в день голосования, а также досрочное голосование</w:t>
      </w:r>
    </w:p>
    <w:p>
      <w:r>
        <w:rPr>
          <w:b/>
        </w:rPr>
        <w:t xml:space="preserve">6. </w:t>
      </w:r>
      <w:r>
        <w:t>проводит подсчет голосов, устанавливает итоги голосования на избирательном участке, участке референдума, составляет протокол об итогах голосования и передает его в территориальную комиссию</w:t>
      </w:r>
    </w:p>
    <w:p>
      <w:r>
        <w:rPr>
          <w:b/>
        </w:rPr>
        <w:t xml:space="preserve">6. </w:t>
      </w:r>
      <w:r>
        <w:t>объявляет итоги голосования на избирательном участке, участке референдума и выдает заверенные копии протокола об итогах голосования лицам, осуществлявшим наблюдение за ходом голосования; (В редакции Федерального закона от 21.07.2005 № 93-ФЗ)</w:t>
      </w:r>
    </w:p>
    <w:p>
      <w:r>
        <w:rPr>
          <w:b/>
        </w:rPr>
        <w:t xml:space="preserve">6. </w:t>
      </w:r>
      <w:r>
        <w:t>рассматривает в пределах своих полномочий жалобы (заявления) на нарушение настоящего Федерального закона, иных законов и принимает по указанным жалобам (заявлениям) мотивированные решения; л) (Подпункт утратил силу - Федеральный закон от 21.07.2005 № 93-ФЗ) м) обеспечивает хранение и передачу в вышестоящие комиссии документов, связанных с подготовкой и проведением выборов, референдума; н) осуществляет иные полномочия в соответствии с законом</w:t>
      </w:r>
    </w:p>
    <w:p>
      <w:r>
        <w:rPr>
          <w:b/>
        </w:rPr>
        <w:t>Статья 28. Организация деятельности комиссий</w:t>
      </w:r>
    </w:p>
    <w:p>
      <w:r>
        <w:rPr>
          <w:b/>
        </w:rPr>
        <w:t xml:space="preserve">1. </w:t>
      </w:r>
      <w:r>
        <w:t>Деятельность комиссий осуществляется коллегиально</w:t>
      </w:r>
    </w:p>
    <w:p>
      <w:r>
        <w:rPr>
          <w:b/>
        </w:rPr>
        <w:t xml:space="preserve">2. </w:t>
      </w:r>
      <w:r>
        <w:t>Комиссия правомочна приступить к работе, если ее состав сформирован не менее чем на две трети от установленного состава</w:t>
      </w:r>
    </w:p>
    <w:p>
      <w:r>
        <w:rPr>
          <w:b/>
        </w:rPr>
        <w:t xml:space="preserve">3. </w:t>
      </w:r>
      <w:r>
        <w:t>Комиссия, действующая на постоянной основе, а также участковая комиссия, сформированная в соответствии с пунктом 1 статьи 27 настоящего Федерального закона,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комиссии предыдущего состава. При этом в состав комиссии должно быть назначено не менее двух третей членов комиссии. Со дня первого заседания комиссии нового состава полномочия комиссии предыдущего состава прекращаются. Срок полномочий комиссии исчисляется со дня ее первого заседания. (В редакции федеральных законов от 21.07.2005 № 93-ФЗ; от 09.03.2016 № 66-ФЗ)</w:t>
      </w:r>
    </w:p>
    <w:p>
      <w:r>
        <w:rPr>
          <w:b/>
        </w:rPr>
        <w:t xml:space="preserve">4. </w:t>
      </w:r>
      <w:r>
        <w:t>Председатель избирательной комиссии субъекта Российской Федерации избирается тайным голосованием на ее первом заседании из числа членов избирательной комиссии с правом решающего голоса по предложению Центральной избирательной комиссии Российской Федерации</w:t>
      </w:r>
    </w:p>
    <w:p>
      <w:r>
        <w:rPr>
          <w:b/>
        </w:rPr>
        <w:t xml:space="preserve">5. </w:t>
      </w:r>
      <w:r>
        <w:t>(Пункт утратил силу - Федеральный закон от 14.03.2022 № 60-ФЗ)</w:t>
      </w:r>
    </w:p>
    <w:p>
      <w:r>
        <w:rPr>
          <w:b/>
        </w:rPr>
        <w:t xml:space="preserve">51. </w:t>
      </w:r>
      <w:r>
        <w:t>(Дополнение пунктом - Федеральный закон от 21.07.2005 № 93-ФЗ) (Утратил силу - Федеральный закон от 14.03.2022 № 60-ФЗ)</w:t>
      </w:r>
    </w:p>
    <w:p>
      <w:r>
        <w:rPr>
          <w:b/>
        </w:rPr>
        <w:t xml:space="preserve">6. </w:t>
      </w:r>
      <w:r>
        <w:t>(Пункт утратил силу - Федеральный закон от 14.11.2023 № 531-ФЗ)</w:t>
      </w:r>
    </w:p>
    <w:p>
      <w:r>
        <w:rPr>
          <w:b/>
        </w:rPr>
        <w:t xml:space="preserve">7. </w:t>
      </w:r>
      <w:r>
        <w:t>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вышестоящей комиссии. Председатель территориальной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 Председатель участковой комиссии назначается на должность из числа членов комиссии с правом решающего голоса и освобождается от должности решением территориальной комиссии. Председатель участковой комиссии, сформированной в соответствии с пунктом 12-1 статьи 27 настоящего Федерального закона, назначается на должность из числа членов комиссии с правом решающего голоса и освобождается от должности решением избирательной комиссии субъекта Российской Федерации. (В редакции федеральных законов от 05.04.2013 № 40-ФЗ, от 29.05.2023 № 184-ФЗ)</w:t>
      </w:r>
    </w:p>
    <w:p>
      <w:r>
        <w:rPr>
          <w:b/>
        </w:rPr>
        <w:t xml:space="preserve">8. </w:t>
      </w:r>
      <w:r>
        <w:t>Заместитель председателя и секретарь комиссии избираются тайным голосованием на ее первом заседании из числа членов комиссии с правом решающего голоса</w:t>
      </w:r>
    </w:p>
    <w:p>
      <w:r>
        <w:rPr>
          <w:b/>
        </w:rPr>
        <w:t xml:space="preserve">9. </w:t>
      </w:r>
      <w:r>
        <w:t>Заседания комиссии созываются ее председателем по мере необходимости. Заседание также обязательно проводится по требованию не менее одной трети от установленного числа членов комиссии с правом решающего голоса</w:t>
      </w:r>
    </w:p>
    <w:p>
      <w:r>
        <w:rPr>
          <w:b/>
        </w:rPr>
        <w:t xml:space="preserve">10. </w:t>
      </w:r>
      <w:r>
        <w:t>Член комиссии с правом решающего голоса обязан присутствовать на всех заседаниях комиссии</w:t>
      </w:r>
    </w:p>
    <w:p>
      <w:r>
        <w:rPr>
          <w:b/>
        </w:rPr>
        <w:t xml:space="preserve">11. </w:t>
      </w:r>
      <w:r>
        <w:t>Заседание Центральной избирательной комиссии Российской Федерации является правомочным, если на нем присутствует не менее десяти членов Центральной избирательной комиссии Российской Федерации с правом решающего голоса. Заседание иной комиссии является правомочным, если на нем присутствует большинство от установленного числа членов комиссии с правом решающего голоса</w:t>
      </w:r>
    </w:p>
    <w:p>
      <w:r>
        <w:rPr>
          <w:b/>
        </w:rPr>
        <w:t xml:space="preserve">12. </w:t>
      </w:r>
      <w:r>
        <w:t>Комиссия по требованию любого ее члена, а также любого присутствующего на заседании члена вышестоящей комиссии обязана проводить голосование по любым вопросам, входящим в ее компетенцию и рассматриваемым комиссией на заседании в соответствии с утвержденной повесткой дня</w:t>
      </w:r>
    </w:p>
    <w:p>
      <w:r>
        <w:rPr>
          <w:b/>
        </w:rPr>
        <w:t xml:space="preserve">13. </w:t>
      </w:r>
      <w:r>
        <w:t>Решения комиссии об избрании, о назначении на должность либо об освобождении от должности председателя, заместителя председателя, секретаря комиссии, а также о внесении предложений по кандидатурам на указанные должности, о финансовом обеспечении подготовки и проведения выборов, референдума, о регистрации кандидатов, списков кандидатов и об обращении в суд с заявлением об отмене их регистрации, об итогах голосования или о результатах выборов, референдума, о признании выборов, референдума несостоявшимися или недействительными, о проведении повторного голосования или повторных выборов, об отмене решения комиссии в порядке, предусмотренном пунктом 11 статьи 20 и пунктами 6 и 7 статьи 75 настоящего Федерального закона, принимаются на заседании комиссии большинством голосов от установленного числа членов комиссии с правом решающего голоса. Решения об освобождении от должности председателя, заместителя председателя, секретаря комиссии, замещающих указанные должности в результате избрания, принимаются тайным голосованием (за исключением случая освобождения от должности по личному заявлению), при этом избрание новых председателя, заместителя председателя, секретаря комиссии осуществляется в порядке, предусмотренном пунктами 4 и 8 настоящей статьи. (В редакции федеральных законов от 21.07.2005 № 93-ФЗ, от 14.11.2023 № 531-ФЗ)</w:t>
      </w:r>
    </w:p>
    <w:p>
      <w:r>
        <w:rPr>
          <w:b/>
        </w:rPr>
        <w:t xml:space="preserve">14. </w:t>
      </w:r>
      <w:r>
        <w:t>Решения комиссии по иным вопросам принимаются большинством голосов от числа присутствующих членов комиссии с правом решающего голоса</w:t>
      </w:r>
    </w:p>
    <w:p>
      <w:r>
        <w:rPr>
          <w:b/>
        </w:rPr>
        <w:t xml:space="preserve">15. </w:t>
      </w:r>
      <w:r>
        <w:t>При принятии комиссией решения в случае равного числа голосов членов комиссии с правом решающего голоса, поданных "за" и "против", голос председателя комиссии (председательствующего на заседании) является решающим</w:t>
      </w:r>
    </w:p>
    <w:p>
      <w:r>
        <w:rPr>
          <w:b/>
        </w:rPr>
        <w:t xml:space="preserve">16. </w:t>
      </w:r>
      <w:r>
        <w:t>Решения комиссии подписываются председателем и секретарем комиссии (председательствующим на заседании и секретарем заседания)</w:t>
      </w:r>
    </w:p>
    <w:p>
      <w:r>
        <w:rPr>
          <w:b/>
        </w:rPr>
        <w:t xml:space="preserve">17. </w:t>
      </w:r>
      <w:r>
        <w:t>Члены комиссии с правом решающего голоса, несогласные с решением комиссии, вправе изложить в письменной форме особое мнение, отражаемое в протоколе комиссии и прилагаемое к ее решению, в связи с которым это мнение изложено. Если в соответствии с законом указанное решение комиссии подлежит опубликованию (обнародованию), особое мнение должно быть опубликовано (обнародовано) в том же порядке, что и решение комиссии. (В редакции Федерального закона от 21.07.2005 № 93-ФЗ)</w:t>
      </w:r>
    </w:p>
    <w:p>
      <w:r>
        <w:rPr>
          <w:b/>
        </w:rPr>
        <w:t xml:space="preserve">18. </w:t>
      </w:r>
      <w:r>
        <w:t>Центральная избирательная комиссия Российской Федерации, избирательные комиссии субъектов Российской Федерации, территориальные комиссии, действующие на постоянной основе и являющиеся юридическими лицами, имеют аппараты, структура и штаты которых устанавливаются указанными комиссиями самостоятельно. Работники аппарата Центральной избирательной комиссии Российской Федерации являются федеральными государственными служащими. Замещение работниками аппаратов избирательных комиссий субъектов Российской Федерации, территориальных комиссий, действующих на постоянной основе и являющихся юридическими лицами, должностей государственной службы субъекта Российской Федерации определяется законами и иными нормативными правовыми актами субъектов Российской Федерации. Уровень материального (в том числе размер и виды денежного содержания, иных выплат) и социального обеспечения замещающих должности государственной службы работников аппаратов комиссий устанавливается соответственно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Федеральные органы государственной власти, органы государственной власти субъектов Российской Федерации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работников аппаратов комиссий. (В редакции Федерального закона от 14.03.2022 № 60-ФЗ)</w:t>
      </w:r>
    </w:p>
    <w:p>
      <w:r>
        <w:rPr>
          <w:b/>
        </w:rPr>
        <w:t xml:space="preserve">19. </w:t>
      </w:r>
      <w:r>
        <w:t>Комиссии могут привлекать граждан к выполнению работ и оказанию услуг, связанных с подготовкой и проведением выборов, референдума, а также с обеспечением полномочий комиссий, по гражданско-правовым договорам. (В редакции федеральных законов от 21.07.2005 № 93-ФЗ; от 09.03.2016 № 66-ФЗ)</w:t>
      </w:r>
    </w:p>
    <w:p>
      <w:r>
        <w:rPr>
          <w:b/>
        </w:rPr>
        <w:t>Статья 281. Порядок рассмотрения комиссиями обращений</w:t>
      </w:r>
    </w:p>
    <w:p>
      <w:r>
        <w:rPr>
          <w:b/>
        </w:rPr>
        <w:t xml:space="preserve">1. </w:t>
      </w:r>
      <w:r>
        <w:t>Обращения, в том числе жалобы, граждан, их объединений, иных организаций и их должностных лиц рассматриваются комиссиями в соответствии с установленной законом компетенцией в порядке, установленном настоящим Федеральным законом</w:t>
      </w:r>
    </w:p>
    <w:p>
      <w:r>
        <w:rPr>
          <w:b/>
        </w:rPr>
        <w:t xml:space="preserve">2. </w:t>
      </w:r>
      <w:r>
        <w:t>Обращение в комиссию может быть подано в письменной форме, а в Центральную избирательную комиссию Российской Федерации и избирательные комиссии субъектов Российской Федерации также в форме электронного документа с использованием официальных сайтов комиссий в информационно-телекоммуникационной сети "Интернет" после прохождения заявителем идентификации и аутентификации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иных информационных систем государственных органов или органов местного самоуправления, обеспечивающих идентификацию и (или) аутентификацию заявителей. Иные комиссии, в которые может быть направлено обращение в форме электронного документа, а также способы направления обращений в форме электронного документа в комиссии и порядок их обработки комиссиями определяются Центральной избирательной комиссией Российской Федерации</w:t>
      </w:r>
    </w:p>
    <w:p>
      <w:r>
        <w:rPr>
          <w:b/>
        </w:rPr>
        <w:t xml:space="preserve">3. </w:t>
      </w:r>
      <w:r>
        <w:t>В обращении должны быть указаны фамилия, имя, отчество (при наличии) заявителя (для заявителей, не являющихся физическими лицами, - наименование). В обращении в письменной форме должен быть указан почтовый адрес, по которому должен быть направлен ответ на обращение, должны содержаться личная подпись заявителя или лица, уполномоченного действовать от его имени, и дата подписания обращения. В обращении в форме электронного документа должен быть указан адрес электронной почты, по которому должен быть направлен ответ на обращение</w:t>
      </w:r>
    </w:p>
    <w:p>
      <w:r>
        <w:rPr>
          <w:b/>
        </w:rPr>
        <w:t xml:space="preserve">4. </w:t>
      </w:r>
      <w:r>
        <w:t>Обращение, связанное с соответствующими избирательной кампанией, кампанией референдума, поступившее в комиссию до установления этой комиссией итогов голосования, определения результатов выборов, референдума и содержащее вопросы, решение которых не входит в компетенцию этой комиссии, в течение пяти дней после дня поступления направляется в комиссию, иной орган или должностному лицу, в компетенцию которых входит его рассмотрение, а обращение, поступившее в иной период либо не связанное с соответствующими избирательной кампанией, кампанией референдума, - в течение семи дней после дня поступления. О направлении обращения в комиссию, иной орган или должностному лицу одновременно уведомляется заявитель</w:t>
      </w:r>
    </w:p>
    <w:p>
      <w:r>
        <w:rPr>
          <w:b/>
        </w:rPr>
        <w:t xml:space="preserve">5. </w:t>
      </w:r>
      <w:r>
        <w:t>Обращение, не связанное с реализацией и защитой избирательных прав и права на участие в референдуме граждан Российской Федерации, поступившее в комиссию в период соответствующих избирательной кампании, кампании референдума, а также обращение, поступившее вне периода избирательной кампании, кампании референдума или после установления этой комиссией итогов голосования, определения результатов выборов, референдума, рассматривается в течение 30 дней после дня поступления. В исключительных случаях уполномоченное должностное лицо комиссии вправе продлить срок рассмотрения обращения не более чем на 30 дней, уведомив о продлении срока его рассмотрения заявителя</w:t>
      </w:r>
    </w:p>
    <w:p>
      <w:r>
        <w:rPr>
          <w:b/>
        </w:rPr>
        <w:t xml:space="preserve">6. </w:t>
      </w:r>
      <w:r>
        <w:t>Если в обращении не указаны фамилия заявителя (для заявителя, не являющегося физическим лицом, - наименование) или адрес, по которому должен быть направлен ответ на обращение, ответ на такое обращение не дается. Если текст обращения не поддается прочтению или не позволяет определить суть обращения, ответ на такое обращение не дается, о чем в течение семи дней после дня поступления обращения уведомляется заявитель в случае, если в обращении поддаются прочтению фамилия заявителя (для заявителя, не являющегося физическим лицом, - наименование) и адрес, по которому должен быть направлен ответ на обращение</w:t>
      </w:r>
    </w:p>
    <w:p>
      <w:r>
        <w:rPr>
          <w:b/>
        </w:rPr>
        <w:t xml:space="preserve">7. </w:t>
      </w:r>
      <w:r>
        <w:t>Не допускается злоупотребление правом на обращение в комиссии путем направления обращения, содержащего нецензурные либо оскорбительные выражения, угрозы жизни, здоровью, имуществу должностного лица или иных лиц. В случае поступления такого обращения комиссия вправе оставить такое обращение без ответа, уведомив об этом заявителя. В случае, если в обращении содержится вопрос, на который заявителю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переписка с заявителем по данному вопросу может быть прекращена с уведомлением об этом заявителя</w:t>
      </w:r>
    </w:p>
    <w:p>
      <w:r>
        <w:rPr>
          <w:b/>
        </w:rPr>
        <w:t xml:space="preserve">8. </w:t>
      </w:r>
      <w:r>
        <w:t>Комиссии, являющиеся государственными органами, проводят личный прием граждан, представителей их объединений и иных организаций. На устное обращение дается устный ответ непосредственно в ходе личного приема. В ходе личного приема также может быть подано обращение в письменной форме. Если изложенные в устном обращении обстоятельства требуют проверки, на такое обращение дается письменный ответ в сроки, установленные настоящим Федеральным законом для рассмотрения соответствующего обращения</w:t>
      </w:r>
    </w:p>
    <w:p>
      <w:r>
        <w:rPr>
          <w:b/>
        </w:rPr>
        <w:t xml:space="preserve">9. </w:t>
      </w:r>
      <w:r>
        <w:t>Действие положений настоящей статьи не распространяется на обращения в комиссию, для которых настоящим Федеральным законом установлен иной порядок рассмотрения. (Дополнение статьей - Федеральный закон от 23.05.2025 № 115-ФЗ)</w:t>
      </w:r>
    </w:p>
    <w:p>
      <w:r>
        <w:rPr>
          <w:b/>
        </w:rPr>
        <w:t>Статья 29. Статус членов комиссий</w:t>
      </w:r>
    </w:p>
    <w:p>
      <w:r>
        <w:rPr>
          <w:b/>
        </w:rPr>
        <w:t xml:space="preserve">1. </w:t>
      </w:r>
      <w:r>
        <w:t>Членами комиссий с правом решающего голоса не могут быть:</w:t>
      </w:r>
    </w:p>
    <w:p>
      <w:r>
        <w:rPr>
          <w:b/>
        </w:rPr>
        <w:t xml:space="preserve">2. </w:t>
      </w:r>
      <w:r>
        <w:t>Положения подпунктов "ж", "к" и "л" пункта 1 настоящей статьи не распространяются на членов участковых, территориальных и окружных избирательных комиссий, если кандидат выдвигается либо зарегистрирован по другому избирательному округу</w:t>
      </w:r>
    </w:p>
    <w:p>
      <w:r>
        <w:rPr>
          <w:b/>
        </w:rPr>
        <w:t xml:space="preserve">3. </w:t>
      </w:r>
      <w:r>
        <w:t>Под непосредственным подчинением в настоящем Федеральном законе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r>
        <w:rPr>
          <w:b/>
        </w:rPr>
        <w:t xml:space="preserve">4. </w:t>
      </w:r>
      <w:r>
        <w:t>Член комиссии с правом решающего голоса не может быть на одних и тех же выборах, референдуме одновременно членом иной комиссии с правом решающего голоса</w:t>
      </w:r>
    </w:p>
    <w:p>
      <w:r>
        <w:rPr>
          <w:b/>
        </w:rPr>
        <w:t xml:space="preserve">41. </w:t>
      </w:r>
      <w:r>
        <w:t>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 (Дополнение пунктом - Федеральный закон от 14.03.2022 № 60-ФЗ)</w:t>
      </w:r>
    </w:p>
    <w:p>
      <w:r>
        <w:rPr>
          <w:b/>
        </w:rPr>
        <w:t xml:space="preserve">5. </w:t>
      </w:r>
      <w:r>
        <w:t>Срок полномочий членов комиссии с правом решающего голоса истекает одновременно с прекращением полномочий комиссии, в состав которой они входят, за исключением случая, предусмотренного пунктом 31 статьи 27 настоящего Федерального закона. (В редакции Федерального закона от 05.04.2013 № 40-ФЗ)</w:t>
      </w:r>
    </w:p>
    <w:p>
      <w:r>
        <w:rPr>
          <w:b/>
        </w:rPr>
        <w:t xml:space="preserve">6. </w:t>
      </w:r>
      <w:r>
        <w:t>Член комиссии с правом решающего голоса освобождается от обязанностей члена комиссии до истечения срока своих полномочий по решению органа, к компетенции которого относится назначение этого члена комиссии, в случае: (В редакции Федерального закона от 15.05.2024 № 99-ФЗ)</w:t>
      </w:r>
    </w:p>
    <w:p>
      <w:r>
        <w:rPr>
          <w:b/>
        </w:rPr>
        <w:t xml:space="preserve">61. </w:t>
      </w:r>
      <w:r>
        <w:t>Член комиссии с правом решающего голоса, работающий в комиссии на постоянной (штатной) основе, освобождается от обязанностей члена комиссии в случае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03.04.2017 № 64-ФЗ)</w:t>
      </w:r>
    </w:p>
    <w:p>
      <w:r>
        <w:rPr>
          <w:b/>
        </w:rPr>
        <w:t xml:space="preserve">62. </w:t>
      </w:r>
      <w:r>
        <w:t>Член комиссии с правом решающего голоса может быть освобожден от обязанностей члена комиссии до истечения срока своих полномочий по решению органа, его назначившего, на основании мотивированного представления политической партии о досрочном прекращении его полномочий, внесенного в соответствии с пунктом 33 статьи 22 настоящего Федерального закона. Член избирательной комиссии субъекта Российской Федерации, назначенный по предложению Центральной избирательной комиссии Российской Федерации, может быть освобожден от обязанностей члена избирательной комиссии субъекта Российской Федерации до истечения срока своих полномочий на основании мотивированного представления Центральной избирательной комиссии Российской Федерации, внесенного в соответствии с пунктом 91 статьи 23 настоящего Федерального закона. (Дополнение пунктом - Федеральный закон от 31.07.2020 № 267-ФЗ) (В редакции Федерального закона от 05.04.2021 № 89-ФЗ)</w:t>
      </w:r>
    </w:p>
    <w:p>
      <w:r>
        <w:rPr>
          <w:b/>
        </w:rPr>
        <w:t xml:space="preserve">63. </w:t>
      </w:r>
      <w:r>
        <w:t>Член комиссии с правом решающего голоса, работающий в комиссии на постоянной (штатной) основе,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пунктом - Федеральный закон от 10.07.2023 № 286-ФЗ)</w:t>
      </w:r>
    </w:p>
    <w:p>
      <w:r>
        <w:rPr>
          <w:b/>
        </w:rPr>
        <w:t xml:space="preserve">7. </w:t>
      </w:r>
      <w:r>
        <w:t>Полномочия члена комиссии с правом решающего голоса в случае появления оснований, предусмотренных подпунктами "ж", "к" и "л" пункта 1 настоящей статьи, приостанавливаются по решению соответствующей комиссии, если такое приостановление не приведет к тому, что комиссия останется в неправомочном составе. Если приостановление полномочий члена комиссии приведет к тому, что комиссия останется в неправомочном составе, полномочия такого члена комиссии прекращаются по решению органа, его назначившего. (В редакции федеральных законов от 05.04.2013 № 40-ФЗ; от 09.03.2016 № 66-ФЗ)</w:t>
      </w:r>
    </w:p>
    <w:p>
      <w:r>
        <w:rPr>
          <w:b/>
        </w:rPr>
        <w:t xml:space="preserve">8. </w:t>
      </w:r>
      <w:r>
        <w:t>Полномочия члена комиссии с правом решающего голоса прекращаются немедленно в случае:</w:t>
      </w:r>
    </w:p>
    <w:p>
      <w:r>
        <w:rPr>
          <w:b/>
        </w:rPr>
        <w:t xml:space="preserve">9. </w:t>
      </w:r>
      <w:r>
        <w:t>(Пункт утратил силу - Федеральный закон от 21.07.2005 № 93-ФЗ)</w:t>
      </w:r>
    </w:p>
    <w:p>
      <w:r>
        <w:rPr>
          <w:b/>
        </w:rPr>
        <w:t xml:space="preserve">10. </w:t>
      </w:r>
      <w:r>
        <w:t>Если орган, к компетенции которого относится назначение члена комиссии, не примет решение о досрочном прекращении полномочий члена комиссии в течение тридцати дней, а 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референдума организующей выборы, референдум комиссией - в течение десяти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 (В редакции Федерального закона от 23.05.2025 № 115-ФЗ)</w:t>
      </w:r>
    </w:p>
    <w:p>
      <w:r>
        <w:rPr>
          <w:b/>
        </w:rPr>
        <w:t xml:space="preserve">11. </w:t>
      </w:r>
      <w:r>
        <w:t>В период со дня официального опубликования (публикации) решения о назначении выборов, период со дня назначения референдума и до определения результатов выборов, референдума организующей выборы, референдум комиссией орган, к компетенции которого относится назначение члена комиссии, обязан назначить нового члена комиссии вместо выбывшего по обстоятельствам, указанным в пунктах 6 - 62 и 8 настоящей статьи, не позднее чем через десять дней со дня его выбытия в соответствии с требованиями, установленными пунктом 4 статьи 21 и статьями 22, 23, 25 - 27 настоящего Федерального закона. В иной период орган, к компетенции которого относится назначение члена комиссии, обязан назначить нового члена участковой комиссии не позднее чем в трехмесячный срок, а нового члена иной комиссии не позднее чем в тридцатидневный срок со дня прекращения полномочий выбывшего члена комиссии. В случае невыполнения данных требований нового члена избирательной комиссии субъекта Российской Федерации назначает Центральная избирательная комиссия Российской Федерации, иной комиссии - вышестоящая комиссия с соблюдением требований, установленных настоящим Федеральным законом. Новый член участковой комиссии назначается из резерва составов участковых комиссий с соблюдением требований, предусмотренных пунктом 31 статьи 22 настоящего Федерального закона, в порядке, установленном Центральной избирательной комиссией Российской Федерации. (В редакции федеральных законов от 03.04.2017 № 64-ФЗ, от 27.02.2020 № 27-ФЗ, от 23.05.2020 № 153-ФЗ, от 31.07.2020 № 267-ФЗ, от 14.03.2022 № 60-ФЗ, от 23.05.2025 № 115-ФЗ)</w:t>
      </w:r>
    </w:p>
    <w:p>
      <w:r>
        <w:rPr>
          <w:b/>
        </w:rPr>
        <w:t xml:space="preserve">111. </w:t>
      </w:r>
      <w:r>
        <w:t>Орган, назначивший члена комиссии, в отношении которого внесено представление о досрочном прекращении полномочий в соответствии с пунктом 33 статьи 22 или пунктом 91 статьи 23 настоящего Федерального закона, принимает решение о досрочном прекращении полномочий члена комиссии и назначении нового члена комиссии либо об отказе в удовлетворении представления о досрочном прекращении полномочий не позднее чем в месячный срок со дня получения представления о досрочном прекращении полномочий члена комиссии и предложения по кандидатуре нового члена комиссии. Орган, назначивший члена комиссии, в отношении которого политической партией внесено представление о досрочном прекращении полномочий в соответствии с пунктом 33 статьи 22 настоящего Федерального закона, информирует политическую партию о принятом в соответствии с настоящим пунктом решении. Орган, назначивший члена избирательной комиссии субъекта Российской Федерации, в отношении которого Центральной избирательной комиссией Российской Федерации внесено представление о досрочном прекращении полномочий в соответствии с пунктом 91 статьи 23 настоящего Федерального закона, информирует Центральную избирательную комиссию Российской Федерации о принятом в соответствии с настоящим пунктом решении. (Дополнение пунктом - Федеральный закон от 31.07.2020 № 267-ФЗ) (В редакции Федерального закона от 05.04.2021 № 89-ФЗ)</w:t>
      </w:r>
    </w:p>
    <w:p>
      <w:r>
        <w:rPr>
          <w:b/>
        </w:rPr>
        <w:t xml:space="preserve">12. </w:t>
      </w:r>
      <w:r>
        <w:t>Председатель, заместитель Председателя и секретарь Центральной избирательной комиссии Российской Федерации, председатель, заместитель председателя и секретарь избирательной комиссии субъекта Российской Федерации, председатель или секретарь иной комиссии, действующей на постоянной основе и являющейся юридическим лицом, работают в соответствующей комиссии на постоянной (штатной) основе. Председатель избирательной комиссии субъекта Российской Федерации должен иметь высшее образование. (В редакции федеральных законов от 21.07.2005 № 93-ФЗ; от 20.04.2007 № 62-ФЗ; от 02.07.2013 № 185-ФЗ)</w:t>
      </w:r>
    </w:p>
    <w:p>
      <w:r>
        <w:rPr>
          <w:b/>
        </w:rPr>
        <w:t xml:space="preserve">13. </w:t>
      </w:r>
      <w:r>
        <w:t>Иные, кроме указанных в пункте 12 настоящей статьи, члены Центральной избирательной комиссии Российской Федерации с правом решающего голоса могут работать в комиссии на постоянной (штатной) основе</w:t>
      </w:r>
    </w:p>
    <w:p>
      <w:r>
        <w:rPr>
          <w:b/>
        </w:rPr>
        <w:t xml:space="preserve">14. </w:t>
      </w:r>
      <w:r>
        <w:t>Возможность работы на постоянной (штатной) основе иных, кроме указанных в пункте 12 настоящей статьи, членов избирательной комиссии субъекта Российской Федерации с правом решающего голоса, членов территориальной комиссии, действующей на постоянной основе и являющейся юридическим лицом, с правом решающего голоса, а также размер и виды денежного содержания членов указанных комиссий с правом решающего голоса, работающих на постоянной (штатной) основе, иных выплат этим членам комиссии определяются законами, иными нормативными правовыми актами субъектов Российской Федерации. (В редакции Федерального закона от 14.03.2022 № 60-ФЗ)</w:t>
      </w:r>
    </w:p>
    <w:p>
      <w:r>
        <w:rPr>
          <w:b/>
        </w:rPr>
        <w:t xml:space="preserve">15. </w:t>
      </w:r>
      <w:r>
        <w:t>Член Центральной избирательной комиссии Российской Федерации с правом решающего голоса, работающий в указанной комиссии на постоянной (штатной) основе, замещает государственную должность Российской Федерации. Член избирательной комиссии субъекта Российской Федерации с правом решающего голоса, работающий в комиссии на постоянной (штатной) основе, член иной избирательной комиссии, действующей на постоянной основе и являющейся юридическим лицом, с правом решающего голоса, работающий в комиссии на постоянной (штатной) основе, замещают в соответствии с законом, иным нормативным правовым актом субъекта Российской Федерации государственную должность субъекта Российской Федерации. Указанные лица не могут замещать другие должности в органах государственной власти, государственных органах, органах местного самоуправления, заниматься предпринимательской и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(В редакции федеральных законов от 02.03.2007 № 24-ФЗ, от 25.12.2008 № 274-ФЗ, от 03.04.2017 № 64-ФЗ, от 14.03.2022 № 60-ФЗ)</w:t>
      </w:r>
    </w:p>
    <w:p>
      <w:r>
        <w:rPr>
          <w:b/>
        </w:rPr>
        <w:t xml:space="preserve">151. </w:t>
      </w:r>
      <w:r>
        <w:t>Члену Центральной избирательной комиссии Российской Федерации с правом решающего голоса, члену избирательной комиссии субъекта Российской Федерации с правом решающего голоса, члену иной избирательной комиссии, действующей на постоянной основе и являющейся юридическим лицом, с правом решающего голоса, работающим в указанных комиссиях на постоянной (штатной) основе, запрещается: (В редакции Федерального закона от 03.04.2017 № 64-ФЗ)</w:t>
      </w:r>
    </w:p>
    <w:p>
      <w:r>
        <w:rPr>
          <w:b/>
        </w:rPr>
        <w:t xml:space="preserve">152. </w:t>
      </w:r>
      <w:r>
        <w:t>В случае, если владение членом избирательной комиссии, указанным в пункте 151 настоящей статьи, приносящими доход ценными бумагами (долями участия в уставных капиталах организаций) может привести к конфликту интересов, он обязан передать принадлежащие ему указанные ценные бумаги (доли участия в уставных капиталах организаций) в доверительное управление в соответствии с законодательством Российской Федерации. (Дополнение пунктом - Федеральный закон от 25.12.2008 № 274-ФЗ) (В редакции Федерального закона от 01.04.2022 № 90-ФЗ)</w:t>
      </w:r>
    </w:p>
    <w:p>
      <w:r>
        <w:rPr>
          <w:b/>
        </w:rPr>
        <w:t xml:space="preserve">153. </w:t>
      </w:r>
      <w:r>
        <w:t>Член Центральной избирательной комиссии Российской Федерации с правом решающего голоса, работающий в указанной комиссии на постоянной (штатной) основе, обязан сообщать в порядке, предусмотренном указами Президента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(Дополнение пунктом - Федеральный закон от 05.10.2015 № 285-ФЗ)</w:t>
      </w:r>
    </w:p>
    <w:p>
      <w:r>
        <w:rPr>
          <w:b/>
        </w:rPr>
        <w:t xml:space="preserve">154. </w:t>
      </w:r>
      <w:r>
        <w:t>Член избирательной комиссии субъекта Российской Федерации с правом решающего голоса, член иной избирательной комиссии, действующей на постоянной основе и являющейся юридическим лицом, с правом решающего голоса, работающие в указанных комиссиях на постоянной (штатной) основе, обязаны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 в порядке, установленном законом. (Дополнение пунктом - Федеральный закон от 05.10.2015 № 285-ФЗ) (В редакции Федерального закона от 09.03.2016 № 66-ФЗ)</w:t>
      </w:r>
    </w:p>
    <w:p>
      <w:r>
        <w:rPr>
          <w:b/>
        </w:rPr>
        <w:t xml:space="preserve">155. </w:t>
      </w:r>
      <w:r>
        <w:t>Член Центральной избирательной комиссии Российской Федерации с правом решающего голоса, член избирательной комиссии субъекта Российской Федерации с правом решающего голоса, член иной избирательной комиссии, действующей на постоянной основе и являющейся юридическим лицом, с правом решающего голоса, работающие в указанных комиссиях на постоянной (штатной) основе, обязаны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03.04.2017 № 64-ФЗ)</w:t>
      </w:r>
    </w:p>
    <w:p>
      <w:r>
        <w:rPr>
          <w:b/>
        </w:rPr>
        <w:t xml:space="preserve">16. </w:t>
      </w:r>
      <w:r>
        <w:t>Федеральные органы государственной власти, органы государственной власти субъектов Российской Федерации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лиц, перечисленных в пунктах 12 - 14 настоящей статьи. Уровень материального обеспечения (в том числе размер и виды денежного содержания, иных выплат) и социального обеспечения члена Центральной избирательной комиссии Российской Федерации, работающего в указанной комиссии на постоянной (штатной) основе, должен быть не ниже уровня материального и социального обеспечения, установленного для лиц, замещающих государственные должности Российской Федерации в федеральном органе исполнительной власти; члена избирательной комиссии субъекта Российской Федерации,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государственные должности субъекта Российской Федерации в законодательном органе субъекта Российской Федерации либо исполнительном органе субъекта Российской Федерации; члена территориальной комиссии, работающего в указанной комиссии на постоянной (штатной) основе, - не ниже уровня материального и социального обеспечения, установленного для лиц, замещающих высшие должности государственной гражданской службы субъекта Российской Федерации в исполнительном органе субъекта Российской Федерации либо в его территориальном органе. Размер и виды денежного содержания указанных лиц, а также размер и виды иных выплат указанным лицам определяются соответственно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(В редакции федеральных законов от 21.07.2005 № 93-ФЗ, от 14.03.2022 № 60-ФЗ)</w:t>
      </w:r>
    </w:p>
    <w:p>
      <w:r>
        <w:rPr>
          <w:b/>
        </w:rPr>
        <w:t xml:space="preserve">161. </w:t>
      </w:r>
      <w:r>
        <w:t>Лицам, замещавшим государственные должности Председателя, заместителя Председателя, секретаря или члена Центральной избирательной комиссии Российской Федерации с правом решающего голоса, работающего в указанной комиссии на постоянной (штатной) основе, срок полномочий которых истек в связи с прекращением полномочий Центральной избирательной комиссии Российской Федерации, в состав которой они входили, и не назначенным членами указанной комиссии нового состава, на период трудоустройства или оформления пенсии (но не более трех месяцев со дня истечения срока полномочий) выплачивается установленное в соответствии с занимаемыми должностями денежное вознаграждение и сохраняются условия медицинского, санаторно-курортного и жилищно-бытового обеспечения (включая членов семей). Указанным лицам, замещавшим государственные должности Председателя, заместителя Председателя, секретаря или члена Центральной избирательной комиссии Российской Федерации с правом решающего голоса, работающего в указанной комиссии на постоянной (штатной) основе, сохраняется непрерывный трудовой стаж при условии, что перерыв между днем истечения срока их полномочий и днем поступления на новое место работы или оформления пенсии не превышает три месяца. Гарантии для членов иных избирательных комиссий, действующих на постоянной основе и являющихся юридическими лицами, с правом решающего голоса, работающих в этих комиссиях на постоянной (штатной) основе, устанавливаются законами субъектов Российской Федерации. (Дополнение пунктом - Федеральный закон от 21.07.2005 № 93-ФЗ)</w:t>
      </w:r>
    </w:p>
    <w:p>
      <w:r>
        <w:rPr>
          <w:b/>
        </w:rPr>
        <w:t xml:space="preserve">17. </w:t>
      </w:r>
      <w:r>
        <w:t>Члену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референдума, сохраняется основное место работы (должность), и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комиссией, организующей соответствующие выборы, референдум, за счет и в пределах бюджетных средств, выделенных на проведение этих выборов, референдума. Члену избирательной комиссии с правом решающего голоса кроме выплат, предусмотренных абзацем первым настоящего пункта, может производиться дополнительная оплата труда (вознаграждение) за работу в избирательной комиссии по подготовке и проведению выборов за счет средств, выделенных в соответствии с пунктом 31 статьи 57 настоящего Федерального закона. Размеры и порядок выплаты дополнительной оплаты труда (вознаграждения) за счет средств, выделенных избирательной комиссии субъекта Российской Федерации из бюджета соответствующего субъекта Российской Федерации в соответствии с пунктом 31 статьи 57 настоящего Федерального закона, устанавливаются избирательной комиссией соответствующего субъекта Российской Федерации. (Дополнение абзацем - Федеральный закон от 14.11.2023 № 531-ФЗ) Размеры и порядок выплаты компенсации и дополнительной оплаты труда (вознаграждения) члену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члену специальной участковой комиссии, указанной в пункте 12-1 статьи 27 настоящего Федерального закона, устанавливает Центральная избирательная комиссия Российской Федерации за счет средств федерального бюджета. (Дополнение абзацем - Федеральный закон от 23.05.2025 № 115-ФЗ)</w:t>
      </w:r>
    </w:p>
    <w:p>
      <w:r>
        <w:rPr>
          <w:b/>
        </w:rPr>
        <w:t xml:space="preserve">171. </w:t>
      </w:r>
      <w:r>
        <w:t>Члену комиссии с правом решающего голоса, работающему в комиссии не на постоянной (штатной) основе, могут компенсироваться за счет и в пределах бюджетных средств, выделенных на подготовку и проведение выборов, референдума, расходы по проезду, найму жилого помещения, дополнительные расходы, связанные с проживанием вне места постоянного жительства, в случае, если в соответствии с решением комиссии он направляется за пределы населенного пункта, на территории которого расположена комиссия, для исполнения полномочий члена комиссии. 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государственных органах, органах местного самоуправления (соответственно виду и уровню проводимых выборов, референдума). (Дополнение пунктом - Федеральный закон от 09.03.2016 № 66-ФЗ)</w:t>
      </w:r>
    </w:p>
    <w:p>
      <w:r>
        <w:rPr>
          <w:b/>
        </w:rPr>
        <w:t xml:space="preserve">172. </w:t>
      </w:r>
      <w:r>
        <w:t>Члену специальной территориальной комиссии, сформированной Центральной избирательной комиссией Российской Федерации для обеспечения проведения дистанционного электронного голосования, зарегистрированному по месту жительства за пределами субъекта Российской Федерации, в котором осуществляет свои полномочия указанная специальная территориальная комиссия, могут компенсироваться расходы по проезду, найму жилого помещения, дополнительные расходы, связанные с проживанием вне места жительства, в случае, если он направляется в субъект Российской Федерации, в котором расположена указанная специальная территориальная комиссия, для исполнения полномочий члена этой комиссии в порядке и размерах, установленных пунктом 171 настоящей статьи. (Дополнение пунктом - Федеральный закон от 23.05.2025 № 115-ФЗ)</w:t>
      </w:r>
    </w:p>
    <w:p>
      <w:r>
        <w:rPr>
          <w:b/>
        </w:rPr>
        <w:t xml:space="preserve">18. </w:t>
      </w:r>
      <w:r>
        <w:t>Решения о возбуждении уголовного дела в отношении члена комиссии с правом решающего голоса, привлечении его в качестве обвиняемого по уголовному делу принимаются руководителем следственного органа Следственного комитета Российской Федерации по субъекту Российской Федерации. Ходатайство перед судом об избрании в качестве меры пресечения заключения под стражу в отношении члена комиссии с правом решающего голоса может быть возбуждено с согласия руководителя следственного органа Следственного комитета Российской Федерации по субъекту Российской Федерации. Член комиссии с правом решающего голоса не может быть подвергнут административному наказанию, налагаемому в судебном порядке, без согласия прокурора субъекта Российской Федерации. (В редакции федеральных законов от 24.07.2007 № 214-ФЗ; от 28.12.2010 № 404-ФЗ)</w:t>
      </w:r>
    </w:p>
    <w:p>
      <w:r>
        <w:rPr>
          <w:b/>
        </w:rPr>
        <w:t xml:space="preserve">181. </w:t>
      </w:r>
      <w:r>
        <w:t>Решения о возбуждении уголовного дела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привлечении их в качестве обвиняемых принимаются Председателем Следственного комитета Российской Федерации. Ходатайство перед судом об избрании в качестве меры пресечения заключения под стражу в отношении члена Центральной избирательной комиссии Российской Федерации с правом решающего голоса, председателя избирательной комиссии субъекта Российской Федерации может быть возбуждено с согласия Председателя Следственного комитета Российской Федерации. Член Центральной избирательной комиссии Российской Федерации с правом решающего голоса, председатель избирательной комиссии субъекта Российской Федерации не могут быть подвергнуты административному наказанию, налагаемому в судебном порядке, без согласия Генерального прокурора Российской Федерации. (Дополнение пунктом - Федеральный закон от 24.07.2007 № 214-ФЗ) (В редакции Федерального закона от 28.12.2010 № 404-ФЗ)</w:t>
      </w:r>
    </w:p>
    <w:p>
      <w:r>
        <w:rPr>
          <w:b/>
        </w:rPr>
        <w:t xml:space="preserve">19. </w:t>
      </w:r>
      <w:r>
        <w:t>Член комиссии с правом решающего голоса до окончания срока своих полномочий, член комиссии с правом совещательного голоса в период избирательной кампании, кампании референдума не могут быть уволены с работы по инициативе работодателя или без их согласия переведены на другую работу</w:t>
      </w:r>
    </w:p>
    <w:p>
      <w:r>
        <w:rPr>
          <w:b/>
        </w:rPr>
        <w:t xml:space="preserve">20. </w:t>
      </w:r>
      <w:r>
        <w:t>Кандидат, выдвинутый по единому избирательному округу, избирательное объединение, выдвинувшее список кандидатов, вправе при проведении выборов в федеральные органы государственной власти назначить одного члена Центральной избирательной комиссии Российской Федерации с правом совещательного голоса и по одному члену каждой избирательной комиссии субъекта Российской Федерации с правом совещательного голоса со дня представления в Центральную избирательную комиссию Российской Федерации документов для регистрации соответственно кандидата, списка кандидатов, а при проведении выборов в органы государственной власти субъекта Российской Федерации - одного члена соответствующей избирательной комиссии субъекта Российской Федерации с правом совещательного голоса со дня представления в избирательную комиссию субъекта Российской Федерации документов для регистрации соответственно кандидата, списка кандидатов. (В редакции Федерального закона от 14.03.2022 № 60-ФЗ)</w:t>
      </w:r>
    </w:p>
    <w:p>
      <w:r>
        <w:rPr>
          <w:b/>
        </w:rPr>
        <w:t xml:space="preserve">21. </w:t>
      </w:r>
      <w:r>
        <w:t>Инициативная группа по проведению референдума, избирательные объединения, списки кандидатов которых были допущены к распределению депутатских мандатов в законодательном органе соответствующего субъекта Российской Федерации или в законодательном (представительном) органе более высокого уровня, после официального опубликования решения о назначении референдума субъекта Российской Федерации вправе назначить в соответствующую избирательную комиссию субъекта Российской Федерации члена комиссии референдума с правом совещательного голоса. (В редакции Федерального закона от 14.03.2022 № 60-ФЗ)</w:t>
      </w:r>
    </w:p>
    <w:p>
      <w:r>
        <w:rPr>
          <w:b/>
        </w:rPr>
        <w:t xml:space="preserve">211. </w:t>
      </w:r>
      <w:r>
        <w:t>Членами комиссий с правом совещательного голоса не могут быть назначены лица, указанные в подпунктах "а" - "е", "н" и "о" пункта 1 настоящей статьи, работники аппаратов комиссий, доверенные лица кандидатов, избирательных объединений, а также лица, замещающие командные должности в воинских частях, военных организациях и учреждениях. (Дополнение пунктом - Федеральный закон от 21.07.2005 № 93-ФЗ) (В редакции федеральных законов от 09.03.2016 № 66-ФЗ, от 05.04.2021 № 89-ФЗ, от 05.12.2022 № 498-ФЗ, от 23.05.2025 № 115-ФЗ)</w:t>
      </w:r>
    </w:p>
    <w:p>
      <w:r>
        <w:rPr>
          <w:b/>
        </w:rPr>
        <w:t xml:space="preserve">212. </w:t>
      </w:r>
      <w:r>
        <w:t>Члены комиссий с правом решающего голоса, уполномоченные на то соответствующими комиссиями, составляют протоколы об административных правонарушениях в соответствии с Кодексом Российской Федерации об административных правонарушениях. (Дополнение пунктом - Федеральный закон от 21.07.2005 № 93-ФЗ)</w:t>
      </w:r>
    </w:p>
    <w:p>
      <w:r>
        <w:rPr>
          <w:b/>
        </w:rPr>
        <w:t xml:space="preserve">213. </w:t>
      </w:r>
      <w:r>
        <w:t>Одно и то же лицо может быть назначено членом комиссии с правом совещательного голоса только в одну комиссию и только одним кандидатом, одним избирательным объединением, одной инициативной группой по проведению референдума. (Дополнение пунктом - Федеральный закон от 14.03.2022 № 60-ФЗ)</w:t>
      </w:r>
    </w:p>
    <w:p>
      <w:r>
        <w:rPr>
          <w:b/>
        </w:rPr>
        <w:t xml:space="preserve">22. </w:t>
      </w:r>
      <w:r>
        <w:t>Член комиссии с правом совещательного голоса, назначенный в соответствии с пунктами 20 и 21 настоящей статьи, не вправе:</w:t>
      </w:r>
    </w:p>
    <w:p>
      <w:r>
        <w:rPr>
          <w:b/>
        </w:rPr>
        <w:t xml:space="preserve">23. </w:t>
      </w:r>
      <w:r>
        <w:t>Член комиссии с правом решающего голоса: (В редакции Федерального закона от 14.03.2022 № 60-ФЗ)</w:t>
      </w:r>
    </w:p>
    <w:p>
      <w:r>
        <w:rPr>
          <w:b/>
        </w:rPr>
        <w:t xml:space="preserve">231. </w:t>
      </w:r>
      <w:r>
        <w:t>Член комиссии с правом совещательного голоса обладает правами члена комиссии с правом решающего голоса по вопросам подготовки и проведения выборов, референдума, предусмотренными подпунктами "а" - "г", "е" пункта 23 настоящей статьи. (Дополнение пунктом - Федеральный закон от 14.03.2022 № 60-ФЗ)</w:t>
      </w:r>
    </w:p>
    <w:p>
      <w:r>
        <w:rPr>
          <w:b/>
        </w:rPr>
        <w:t xml:space="preserve">24. </w:t>
      </w:r>
      <w:r>
        <w:t>Срок полномочий членов комиссий с правом совещательного голоса прекращается в день официального опубликования результатов соответствующих выборов, соответствующего референдума. 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 (В редакции Федерального закона от 14.03.2022 № 60-ФЗ)</w:t>
      </w:r>
    </w:p>
    <w:p>
      <w:r>
        <w:rPr>
          <w:b/>
        </w:rPr>
        <w:t xml:space="preserve">25. </w:t>
      </w:r>
      <w:r>
        <w:t>Член комиссии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данная комиссия</w:t>
      </w:r>
    </w:p>
    <w:p>
      <w:r>
        <w:rPr>
          <w:b/>
        </w:rPr>
        <w:t xml:space="preserve">26. </w:t>
      </w:r>
      <w:r>
        <w:t>Полномочия члена комиссии с правом совещательного голоса могут быть прекращены по решению лица или органа, назначивших данного члена комиссии, и переданы другому лицу. При этом кандидат, избирательное объединение, выдвинувшее список кандидатов, вправе прекращать полномочия члена комиссии с правом совещательного голоса и назначать нового члена комиссии с правом совещательного голоса в отношении одной и той же комиссии не более чем пять раз. (В редакции Федерального закона от 15.02.2016 № 29-ФЗ)</w:t>
      </w:r>
    </w:p>
    <w:p>
      <w:r>
        <w:rPr>
          <w:b/>
        </w:rPr>
        <w:t xml:space="preserve">27. </w:t>
      </w:r>
      <w:r>
        <w:t>(Пункт утратил силу - Федеральный закон от 14.03.2022 № 60-ФЗ)</w:t>
      </w:r>
    </w:p>
    <w:p>
      <w:r>
        <w:rPr>
          <w:b/>
        </w:rPr>
        <w:t xml:space="preserve">1. </w:t>
      </w:r>
      <w:r>
        <w:t>лица, не имеющие гражданства Российской Федерации, а также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 редакции федеральных законов от 25.07.2006 № 128-ФЗ, от 14.03.2022 № 60-ФЗ)</w:t>
      </w:r>
    </w:p>
    <w:p>
      <w:r>
        <w:rPr>
          <w:b/>
        </w:rPr>
        <w:t xml:space="preserve">1. </w:t>
      </w:r>
      <w:r>
        <w:t>граждане Российской Федерации, признанные решением суда, вступившим в законную силу, недееспособными, ограниченно дееспособными</w:t>
      </w:r>
    </w:p>
    <w:p>
      <w:r>
        <w:rPr>
          <w:b/>
        </w:rPr>
        <w:t xml:space="preserve">1. </w:t>
      </w:r>
      <w:r>
        <w:t>граждане Российской Федерации, не достигшие возраста 18 лет</w:t>
      </w:r>
    </w:p>
    <w:p>
      <w:r>
        <w:rPr>
          <w:b/>
        </w:rPr>
        <w:t xml:space="preserve">1. </w:t>
      </w:r>
      <w:r>
        <w:t>сенаторы Российской Федерации, депутаты законодательных (представительных) органов государственной власти, органов местного самоуправления; (В редакции Федерального закона от 15.05.2024 № 99-ФЗ)</w:t>
      </w:r>
    </w:p>
    <w:p>
      <w:r>
        <w:rPr>
          <w:b/>
        </w:rPr>
        <w:t xml:space="preserve">1. </w:t>
      </w:r>
      <w:r>
        <w:t>выборные должностные лица, а также главы местных администраций; (В редакции федеральных законов от 21.07.2005 № 93-ФЗ; от 02.05.2012 № 40-ФЗ)</w:t>
      </w:r>
    </w:p>
    <w:p>
      <w:r>
        <w:rPr>
          <w:b/>
        </w:rPr>
        <w:t xml:space="preserve">1. </w:t>
      </w:r>
      <w:r>
        <w:t>судьи (за исключением судей, находящихся в отставке), прокуроры; (В редакции Федерального закона от 09.03.2016 № 66-ФЗ)</w:t>
      </w:r>
    </w:p>
    <w:p>
      <w:r>
        <w:rPr>
          <w:b/>
        </w:rPr>
        <w:t xml:space="preserve">1. </w:t>
      </w:r>
      <w:r>
        <w:t>на соответствующих выборах - кандидаты, их уполномоченные представители и доверенные лица, уполномоченные представители и доверенные лица избирательных объединений, выдвинувших кандидатов, списки кандидатов; (В редакции федеральных законов от 21.07.2005 № 93-ФЗ; от 05.04.2013 № 40-ФЗ)</w:t>
      </w:r>
    </w:p>
    <w:p>
      <w:r>
        <w:rPr>
          <w:b/>
        </w:rPr>
        <w:t xml:space="preserve">1. </w:t>
      </w:r>
      <w:r>
        <w:t>на соответствующих референдумах - члены и уполномоченные представители инициативных групп по проведению референдума</w:t>
      </w:r>
    </w:p>
    <w:p>
      <w:r>
        <w:rPr>
          <w:b/>
        </w:rPr>
        <w:t xml:space="preserve">1. </w:t>
      </w:r>
      <w:r>
        <w:t>на соответствующих выборах, референдумах - члены комиссий с правом совещательного голоса</w:t>
      </w:r>
    </w:p>
    <w:p>
      <w:r>
        <w:rPr>
          <w:b/>
        </w:rPr>
        <w:t xml:space="preserve">1. </w:t>
      </w:r>
      <w:r>
        <w:t>на соответствующих выборах - супруги и близкие родственники кандидатов, близкие родственники супругов кандидатов; л) лица, которые находятся в непосредственном подчинении у кандидатов; м) лица, выведенные из состава комиссий по решению суда, а также лица, утратившие свои полномочия членов комиссий с правом решающего голоса в результате расформирования комиссии (за исключением лиц, в отношении которых судом было установлено отсутствие вины за допущенные комиссией нарушения), - в течение пяти лет со дня вступления в законную силу соответствующего решения суда; (В редакции Федерального закона от 21.07.2005 № 93-ФЗ) н)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или за совершение административных правонарушений, предусмотренных статьями 20.3 и 20.29 Кодекса Российской Федерации об административных правонарушениях, - до окончания срока, в течение которого лицо считается подвергнутым административному наказанию; (В редакции федеральных законов от 21.07.2005 № 93-ФЗ, от 29.05.2019 № 104-ФЗ, от 15.05.2024 № 99-ФЗ) о) лица, включенные в реестр иностранных агентов, а также лица, сведения о которых включены в единый реестр сведений о лицах, причастных к деятельности экстремистской или террористической организации. (Дополнение подпунктом - Федеральный закон от 05.12.2022 № 498-ФЗ) (В редакции Федерального закона от 15.05.2024 № 99-ФЗ)</w:t>
      </w:r>
    </w:p>
    <w:p>
      <w:r>
        <w:rPr>
          <w:b/>
        </w:rPr>
        <w:t xml:space="preserve">6. </w:t>
      </w:r>
      <w:r>
        <w:t>подачи членом комиссии заявления в письменной форме о сложении своих полномочий. Указанное заявление не может быть подано в период, начинающийся за десять дней до дня (первого дня) голосования и заканчивающийся в день установления итогов голосования, определения результатов выборов, референдума, за исключением случая, когда оно подается в связи с вынуждающими к тому обстоятельствами: тяжелой болезнью, стойким расстройством здоровья члена комиссии, его близких родственников; (В редакции федеральных законов от 21.07.2005 № 93-ФЗ, от 31.07.2020 № 267-ФЗ)</w:t>
      </w:r>
    </w:p>
    <w:p>
      <w:r>
        <w:rPr>
          <w:b/>
        </w:rPr>
        <w:t xml:space="preserve">6. </w:t>
      </w:r>
      <w:r>
        <w:t>появления оснований, предусмотренных пунктами 1 и 4 настоящей статьи, за исключением случая приостановления полномочий члена комиссии, предусмотренного пунктом 7 настоящей статьи, и случаев, предусмотренных подпунктами "а", "б", "н" и "о" пункта 1 настоящей статьи. (В редакции Федерального закона от 05.12.2022 № 498-ФЗ)</w:t>
      </w:r>
    </w:p>
    <w:p>
      <w:r>
        <w:rPr>
          <w:b/>
        </w:rPr>
        <w:t xml:space="preserve">8. </w:t>
      </w:r>
      <w:r>
        <w:t>прекращения гражданства Российской Федерации члена комиссии или приобретения им гражданства (подданства)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федеральных законов от 25.07.2006 № 128-ФЗ, от 14.03.2022 № 60-ФЗ, от 31.07.2023 № 407-ФЗ)</w:t>
      </w:r>
    </w:p>
    <w:p>
      <w:r>
        <w:rPr>
          <w:b/>
        </w:rPr>
        <w:t xml:space="preserve">8. </w:t>
      </w:r>
      <w:r>
        <w:t>вступления в законную силу в отношении члена комиссии обвинительного приговора суда либо решения (постановления) суда о назначении административного наказания за нарушение законодательства о выборах и референдумах или за совершение административных правонарушений, предусмотренных статьями 20.3 и 20.29 Кодекса Российской Федерации об административных правонарушениях; (В редакции Федерального закона от 15.05.2024 № 99-ФЗ)</w:t>
      </w:r>
    </w:p>
    <w:p>
      <w:r>
        <w:rPr>
          <w:b/>
        </w:rPr>
        <w:t xml:space="preserve">8. </w:t>
      </w:r>
      <w:r>
        <w:t>признания члена комиссии решением суда, вступившим в законную силу, недееспособным, ограниченно дееспособным, безвестно отсутствующим или умершим</w:t>
      </w:r>
    </w:p>
    <w:p>
      <w:r>
        <w:rPr>
          <w:b/>
        </w:rPr>
        <w:t xml:space="preserve">8. </w:t>
      </w:r>
      <w:r>
        <w:t>смерти члена комиссии</w:t>
      </w:r>
    </w:p>
    <w:p>
      <w:r>
        <w:rPr>
          <w:b/>
        </w:rPr>
        <w:t xml:space="preserve">8. </w:t>
      </w:r>
      <w:r>
        <w:t>признания члена комиссии решением суда, вступившим в законную силу, на основании заявления соответствующей комиссии систематически не выполняющим свои обязанности</w:t>
      </w:r>
    </w:p>
    <w:p>
      <w:r>
        <w:rPr>
          <w:b/>
        </w:rPr>
        <w:t xml:space="preserve">8. </w:t>
      </w:r>
      <w:r>
        <w:t>вступления в законную силу решения суда о расформировании комиссии в соответствии со статьей 31 настоящего Федерального закона; (Дополнение подпунктом - Федеральный закон от 21.07.2005 № 93-ФЗ)</w:t>
      </w:r>
    </w:p>
    <w:p>
      <w:r>
        <w:rPr>
          <w:b/>
        </w:rPr>
        <w:t xml:space="preserve">8. </w:t>
      </w:r>
      <w:r>
        <w:t>включения члена комиссии в реестр иностранных агентов либо включения сведений о нем в единый реестр сведений о лицах, причастных к деятельности экстремистской или террористической организации. (Дополнение подпунктом - Федеральный закон от 05.12.2022 № 498-ФЗ) (В редакции Федерального закона от 15.05.2024 № 99-ФЗ)</w:t>
      </w:r>
    </w:p>
    <w:p>
      <w:r>
        <w:rPr>
          <w:b/>
        </w:rPr>
        <w:t xml:space="preserve">151. </w:t>
      </w:r>
      <w:r>
        <w:t>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151. </w:t>
      </w:r>
      <w:r>
        <w:t>получать в связи с выполнением возложенных на него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членом избирательной комиссии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собственностью субъекта Российской Федерации, муниципальной собственностью и передаются членом избирательной комиссии по акту в соответствующую избирательную комиссию, за исключением случаев, предусмотренных законодательством Российской Федерации. Член избирательной комиссии,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
        <w:rPr>
          <w:b/>
        </w:rPr>
        <w:t xml:space="preserve">151. </w:t>
      </w:r>
      <w:r>
        <w:t>выезжать в связи с выполнением возложенных на него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органов государственной власти, органов местного самоуправления с государственными органами (органами) иностранных государств, международными и иностранными организациями</w:t>
      </w:r>
    </w:p>
    <w:p>
      <w:r>
        <w:rPr>
          <w:b/>
        </w:rPr>
        <w:t xml:space="preserve">151. </w:t>
      </w:r>
      <w:r>
        <w:t>использовать в целях, не связанных с выполнением возложенных на него обязанностей, средства материально-технического, финансового и информационного обеспечения, предназначенные для служебной деятельности</w:t>
      </w:r>
    </w:p>
    <w:p>
      <w:r>
        <w:rPr>
          <w:b/>
        </w:rPr>
        <w:t xml:space="preserve">151. </w:t>
      </w:r>
      <w:r>
        <w:t>разглашать или использовать в целях, не связанных с выполнением возложенных на него обязанностей,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выполнением возложенных на него обязанностей. (Дополнение пунктом - Федеральный закон от 25.12.2008 № 274-ФЗ)</w:t>
      </w:r>
    </w:p>
    <w:p>
      <w:r>
        <w:rPr>
          <w:b/>
        </w:rPr>
        <w:t xml:space="preserve">22. </w:t>
      </w:r>
      <w:r>
        <w:t>составлять протокол об итогах голосования, о результатах выборов, референдума</w:t>
      </w:r>
    </w:p>
    <w:p>
      <w:r>
        <w:rPr>
          <w:b/>
        </w:rPr>
        <w:t xml:space="preserve">22. </w:t>
      </w:r>
      <w:r>
        <w:t>участвовать в голосовании при принятии решения по вопросу, отнесенному к компетенции соответствующей комиссии, и подписывать решения комиссии</w:t>
      </w:r>
    </w:p>
    <w:p>
      <w:r>
        <w:rPr>
          <w:b/>
        </w:rPr>
        <w:t xml:space="preserve">22. </w:t>
      </w:r>
      <w:r>
        <w:t>составлять протоколы об административных правонарушениях. Положения настоящего пункта не могут служить основанием для отказа члену комиссии с правом совещательного голоса присутствовать при совершении членами комиссии, в которую он назначен, с правом решающего голоса указанных в настоящем пункте действий. (Пункт в редакции Федерального закона от 14.03.2022 № 60-ФЗ)</w:t>
      </w:r>
    </w:p>
    <w:p>
      <w:r>
        <w:rPr>
          <w:b/>
        </w:rPr>
        <w:t xml:space="preserve">23. </w:t>
      </w:r>
      <w:r>
        <w:t>заблаговременно извещаются о заседаниях соответствующей комиссии</w:t>
      </w:r>
    </w:p>
    <w:p>
      <w:r>
        <w:rPr>
          <w:b/>
        </w:rPr>
        <w:t xml:space="preserve">23. </w:t>
      </w:r>
      <w:r>
        <w:t>вправе выступать на заседании комиссии, вносить предложения по вопросам, отнесенным к компетенции соответствующей комиссии, и требовать проведения по данным вопросам голосования</w:t>
      </w:r>
    </w:p>
    <w:p>
      <w:r>
        <w:rPr>
          <w:b/>
        </w:rPr>
        <w:t xml:space="preserve">23. </w:t>
      </w:r>
      <w:r>
        <w:t>вправе задавать другим участникам заседания комиссии вопросы в соответствии с повесткой дня и получать на них ответы по существу</w:t>
      </w:r>
    </w:p>
    <w:p>
      <w:r>
        <w:rPr>
          <w:b/>
        </w:rPr>
        <w:t xml:space="preserve">23. </w:t>
      </w:r>
      <w:r>
        <w:t>вправе знакомиться с документами и материалами (в том числе со списками избирателей, участников референдума, включая списки, составленные в электронном виде, сведения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 с выборами, референдумом, включая документы 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 (В редакции федеральных законов от 14.03.2022 № 60-ФЗ, от 29.05.2023 № 184-ФЗ) г1) вправе знакомиться с документами и материалами, указанными в подпункте "г" настоящего пункта, нижестоящих комиссий и получать копии этих документов и материалов (за исключением бюллетеней,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 (Дополнение подпунктом - Федеральный закон от 14.03.2022 № 60-ФЗ) (В редакции Федерального закона от 29.05.2023 № 184-ФЗ)</w:t>
      </w:r>
    </w:p>
    <w:p>
      <w:r>
        <w:rPr>
          <w:b/>
        </w:rPr>
        <w:t xml:space="preserve">23. </w:t>
      </w:r>
      <w:r>
        <w:t>вправе удостовериться в правильности подсчета по спискам избирателей, участников референдума, в том числе составленным в электронном виде,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 (В редакции федеральных законов от 21.07.2005 № 93-ФЗ, от 14.03.2022 № 60-ФЗ)</w:t>
      </w:r>
    </w:p>
    <w:p>
      <w:r>
        <w:rPr>
          <w:b/>
        </w:rPr>
        <w:t xml:space="preserve">23. </w:t>
      </w:r>
      <w:r>
        <w:t>вправе обжаловать действия (бездействие) комиссии в соответствующую вышестоящую комиссию или в суд</w:t>
      </w:r>
    </w:p>
    <w:p>
      <w:r>
        <w:rPr>
          <w:b/>
        </w:rPr>
        <w:t>Статья 30. Гласность в деятельности комиссий</w:t>
      </w:r>
    </w:p>
    <w:p>
      <w:r>
        <w:rPr>
          <w:b/>
        </w:rPr>
        <w:t xml:space="preserve">1. </w:t>
      </w:r>
      <w:r>
        <w:t>На всех заседаниях комиссии, а также при подсчете голосов избирателей, участников референдума и осуществлении участковой, территориальной комиссиями работы со списками избирателей, участников референдума, с бюллетенями, протоколами об итогах голосования и со сводными таблицами вправе присутствовать члены вышестоящих комиссий с правом решающего голоса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член или уполномоченный представитель инициативной группы по проведению референдума.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референдума, указанным лицам не требуется дополнительное разрешение. 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осуществляется работа с указанными избирательными документами, документами, связанными с подготовкой и проведением референдума. (В редакции федеральных законов от 21.07.2005 № 93-ФЗ, от 15.02.2016 № 29-ФЗ, от 09.03.2016 № 66-ФЗ, от 14.03.2022 № 60-ФЗ, от 29.05.2023 № 184-ФЗ)</w:t>
      </w:r>
    </w:p>
    <w:p>
      <w:r>
        <w:rPr>
          <w:b/>
        </w:rPr>
        <w:t xml:space="preserve">11. </w:t>
      </w:r>
      <w:r>
        <w:t>На всех заседаниях комиссии и при осуществлении ею работы с документами, указанными в пункте 1 настоящей статьи, вправе присутствовать представители средств массовой информации, за исключением случая, предусмотренного пунктом 12 настоящей статьи. (Дополнение пунктом - Федеральный закон от 09.03.2016 № 66-ФЗ)</w:t>
      </w:r>
    </w:p>
    <w:p>
      <w:r>
        <w:rPr>
          <w:b/>
        </w:rPr>
        <w:t xml:space="preserve">12. </w:t>
      </w:r>
      <w:r>
        <w:t>На заседаниях комиссии при установлении ею итогов голосования, определении результатов выборов, референдума, а также при подсчете голосов избирателей, 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референдума трудового договора, аккредитованные в соответствии с пунктом 112 настоящей статьи. (Дополнение пунктом - Федеральный закон от 09.03.2016 № 66-ФЗ) (В редакции Федерального закона от 29.05.2023 № 184-ФЗ)</w:t>
      </w:r>
    </w:p>
    <w:p>
      <w:r>
        <w:rPr>
          <w:b/>
        </w:rPr>
        <w:t xml:space="preserve">2. </w:t>
      </w:r>
      <w:r>
        <w:t>Решения комиссий, непосредственно связанные с подготовкой и проведением выборов, референдума, публикуются в государственных или муниципальных периодических печатных изданиях либо доводятся до сведения избирателей, участников референдума иным путем, а также передаются в иные средства массовой информации в объеме и в сроки, которые установлены законом. При опубликовании (доведении до сведения) решений избирательных комиссий, содержащих сведения о кандидатах, не подлежат публикации серия и номер паспорта кандидата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 а вместо адреса места жительства кандидата указывается наименование субъекта Российской Федерации, района, города или иного населенного пункта, где находится его место жительства. (В редакции Федерального закона от 01.07.2010 № 133-ФЗ)</w:t>
      </w:r>
    </w:p>
    <w:p>
      <w:r>
        <w:rPr>
          <w:b/>
        </w:rPr>
        <w:t xml:space="preserve">21. </w:t>
      </w:r>
      <w:r>
        <w:t>Официальный сайт Центральной избирательной комиссии Российской Федерации, официальные сайты избирательных комиссий субъектов Российской Федерации в информационно-телекоммуникационной сети "Интернет" размещаются на едином портале, создаваемом по решению Центральной избирательной комиссии Российской Федерации в соответствии с настоящим Федеральным законом и Федеральным законом от 10 января 2003 года № 20-ФЗ "О Государственной автоматизированной системе Российской Федерации "Выборы". (Дополнение пунктом - Федеральный закон от 09.03.2016 № 66-ФЗ)</w:t>
      </w:r>
    </w:p>
    <w:p>
      <w:r>
        <w:rPr>
          <w:b/>
        </w:rPr>
        <w:t xml:space="preserve">3. </w:t>
      </w:r>
      <w:r>
        <w:t>С момента начала работы участковой комиссии в день голосования, а также в дни досрочного голосования и до получения сообщения о принятии вышестоящей комиссией протокола об итогах голосования, а равно при повторном подсчете голосов избирателей, участников референдума на избирательных участках, участках референдума вправе присутствовать лица, указанные в пунктах 1 и 12 настоящей статьи, а также наблюдатели, иностранные (международные) наблюдатели. (В редакции Федерального закона от 09.03.2016 № 66-ФЗ)</w:t>
      </w:r>
    </w:p>
    <w:p>
      <w:r>
        <w:rPr>
          <w:b/>
        </w:rPr>
        <w:t xml:space="preserve">4. </w:t>
      </w:r>
      <w:r>
        <w:t>При проведении выборов наблюдателя может назначить зарегистрированный кандидат, избирательное объединение, выдвинувшее зарегистрированного кандидата, зарегистрированных кандидатов, избирательное объединение, зарегистрировавшее список кандидатов. Законом может быть предусмотрена возможность назначения наблюдателей иными общественными объединениями. При проведении выборов в органы государственной власти, органы местного самоуправления наблюдателя могут назначить субъекты общественного контроля, указанные в пунктах 1 и 2 части 1 статьи 9 Федерального закона от 21 июля 2014 года № 212-ФЗ "Об основах общественного контроля в Российской Федерации" (далее также - субъекты общественного контроля). При этом субъекты общественного контроля, указанные в пункте 2 части 1 статьи 9 Федерального закона от 21 июля 2014 года № 212-ФЗ "Об основах общественного контроля в Российской Федерации", назначают наблюдателей в избирательные комиссии, расположенные на территории соответствующего субъекта Российской Федерации. При проведении референдума наблюдателя может назначить инициативная группа по проведению референдума, общественное объединение, которое должно быть создано и зарегистрировано на уровне, соответствующем уровню референдума, или на более высоком уровне. Политическая партия, иное общественное объединение, субъект общественного контроля, зарегистрированный кандидат или в случаях, предусмотренных федеральным законом, доверенное лицо зарегистрированного кандидата, а также инициативная группа по проведению референдума вправе назначить в каждую участковую комиссию, территориальную комиссию и окружную комиссию (за исключением случая возложения полномочий окружной избирательной комиссии на избирательную комиссию субъекта Российской Федерации) не более трех наблюдателей (в случае принятия решения, предусмотренного пунктом 1 или 2 статьи 631 настоящего 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иное не предусмотрено федеральным законом. Одно и то же лицо может быть назначено наблюдателем только в одну комиссию, если иное не предусмотрено федеральным законом. При проведении выборов в федеральные органы государственной власти наблюдателем может быть гражданин Российской Федерации, обладающий активным избирательным правом на указанных выборах. При проведении выборов в органы государственной власти субъекта Российской Федерации, референдума субъекта Российской Федерации, выборов в органы местного самоуправления, местного референдума на территории соответствующего субъекта Российской Федерации наблюдателем может быть гражданин Российской Федерации, обладающий активным избирательным правом на выборах в органы государственной власти, правом на участие в референдуме соответствующего субъекта Российской Федерации. (В редакции федеральных законов от 03.07.2018 № 184-ФЗ, от 31.07.2020 № 267-ФЗ, от 14.03.2022 № 60-ФЗ, от 29.05.2023 № 184-ФЗ) Наблюдателями не могут быть назначены выборные должностные лица, сенаторы Российской Федерации,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настоящего Федерального закона,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(В редакции федеральных законов от 14.03.2022 № 60-ФЗ, от 15.05.2024 № 99-ФЗ) (Пункт в редакции Федерального закона от 01.06.2017 № 104-ФЗ)</w:t>
      </w:r>
    </w:p>
    <w:p>
      <w:r>
        <w:rPr>
          <w:b/>
        </w:rPr>
        <w:t xml:space="preserve">5. </w:t>
      </w:r>
      <w:r>
        <w:t>Доступ в помещение участковой комиссии, сформированной на избирательном участке, участке референдума, образованных в воинской части, закрытом административно-территориальном образовании, больнице, санатории, доме отдыха, местах содержания под стражей подозреваемых и обвиняемых, а также в помещение для голосования на этом избирательном участке, участке референдума и помещение, в котором проводится подсчет голосов избирателей, участников референдума, должен быть обеспечен всем членам участковой комиссии, лицам, указанным в пункте 1 настоящей статьи, наблюдателям. (В редакции федеральных законов от 21.07.2005 № 93-ФЗ; от 15.02.2016 № 29-ФЗ)</w:t>
      </w:r>
    </w:p>
    <w:p>
      <w:r>
        <w:rPr>
          <w:b/>
        </w:rPr>
        <w:t xml:space="preserve">6. </w:t>
      </w:r>
      <w:r>
        <w:t>Наблюдатели, иностранные (международные) наблюдатели вправе присутствовать в иных комиссиях при проведении ими досрочного голосования, установлении итогов голосования, определении результатов выборов, составлении соответствующих протоколов об итогах голосования, о результатах выборов, а также при повторном подсчете голосов избирателей, участников референдума</w:t>
      </w:r>
    </w:p>
    <w:p>
      <w:r>
        <w:rPr>
          <w:b/>
        </w:rPr>
        <w:t xml:space="preserve">7. </w:t>
      </w:r>
      <w:r>
        <w:t>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общественным объединением, инициативной группой по проведению референдума, субъектом общественного контроля, назначившими данного наблюдателя. В направлении указываются фамилия, имя и отчество наблюдателя, адрес его места жительства, номер избирательного участка, участка референдума, наименование комиссии, куда наблюдатель направляется, а также делается запись об отсутствии ограничений, предусмотренных пунктом 4 настоящей статьи. Указание каких-либо дополнительных сведений о наблюдателе, а в случае направления наблюдателя кандидатом, его доверенным лицом, инициативной группой по проведению референдума и проставление печати не требуются. Направление действительно при предъявлении паспорта или документа, заменяющего паспорт гражданина. (В редакции федеральных законов от 21.07.2005 № 93-ФЗ; от 15.02.2016 № 29-ФЗ; от 03.07.2018 № 184-ФЗ)</w:t>
      </w:r>
    </w:p>
    <w:p>
      <w:r>
        <w:rPr>
          <w:b/>
        </w:rPr>
        <w:t xml:space="preserve">71. </w:t>
      </w:r>
      <w:r>
        <w:t>Политическая партия, иное общественное объединение, субъект общественного контроля, зарегистрированный кандидат, инициативная группа по проведению референдума, назначившие наблюдателей в участковые комиссии и территориальные комиссии, не позднее чем за три дня до дня (первого дня) голосования (досрочного голосования) представляют на бумажном носителе и (или) в машиночитаемом виде по формам и в порядке, которые установлены организующей выборы, референдум комиссией, список назначенных наблюдателей в соответствующую территориальную комиссию, назначившие наблюдателей в окружные комиссии, - список назначенных наблюдателей в окружную комиссию, а при проведении выборов в органы местного самоуправления, местного референдума - в комиссию, организующую подготовку и проведение выборов в органы местного самоуправления, местного референдума, если иное не установлено федеральным законом. В данном списке указываются фамилия, имя и отчество каждого наблюдателя, дата рождения, серия, номер и дата выдачи паспорта или документа, заменяющего паспорт гражданина, адрес его места жительства, номер избирательного участка, участка референдума, наименование комиссии, куда наблюдатель направляется. (Дополнение пунктом - Федеральный закон от 15.02.2016 № 29-ФЗ) (В редакции федеральных законов от 01.06.2017 № 104-ФЗ, от 03.07.2018 № 184-ФЗ, от 31.07.2020 № 267-ФЗ, от 14.03.2022 № 60-ФЗ, от 15.05.2024 № 99-ФЗ)</w:t>
      </w:r>
    </w:p>
    <w:p>
      <w:r>
        <w:rPr>
          <w:b/>
        </w:rPr>
        <w:t xml:space="preserve">8. </w:t>
      </w:r>
      <w:r>
        <w:t>Направление, указанное в пункте 7 настоящей статьи, должно быть представлено наблюдателем в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комиссию, территориальную комиссию и окружную комиссию направление может быть представлено только наблюдателем, указанным в списке, предусмотренном пунктом 71 настоящей статьи, если иное не установлено федеральным законом. Установление иных, кроме указанных в настоящем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участников референдума, составлением протоколов об итогах голосования, а также выдачи копий этих протоколов, не допускается. (В редакции федеральных законов от 15.02.2016 № 29-ФЗ, от 01.06.2017 № 104-ФЗ, от 14.03.2022 № 60-ФЗ)</w:t>
      </w:r>
    </w:p>
    <w:p>
      <w:r>
        <w:rPr>
          <w:b/>
        </w:rPr>
        <w:t xml:space="preserve">9. </w:t>
      </w:r>
      <w:r>
        <w:t>Наблюдатели вправе:</w:t>
      </w:r>
    </w:p>
    <w:p>
      <w:r>
        <w:rPr>
          <w:b/>
        </w:rPr>
        <w:t xml:space="preserve">10. </w:t>
      </w:r>
      <w:r>
        <w:t>Наблюдатель не вправе:</w:t>
      </w:r>
    </w:p>
    <w:p>
      <w:r>
        <w:rPr>
          <w:b/>
        </w:rPr>
        <w:t xml:space="preserve">11. </w:t>
      </w:r>
      <w:r>
        <w:t>Представители средств массовой информации, принимая участие в информационном освещении подготовки и проведения выборов, референдума, вправе:</w:t>
      </w:r>
    </w:p>
    <w:p>
      <w:r>
        <w:rPr>
          <w:b/>
        </w:rPr>
        <w:t xml:space="preserve">111. </w:t>
      </w:r>
      <w:r>
        <w:t>Представители средств массовой информации, указанные в пункте 12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 (Дополнение пунктом - Федеральный закон от 09.03.2016 № 66-ФЗ)</w:t>
      </w:r>
    </w:p>
    <w:p>
      <w:r>
        <w:rPr>
          <w:b/>
        </w:rPr>
        <w:t xml:space="preserve">112. </w:t>
      </w:r>
      <w:r>
        <w:t>Для осуществления полномочий, указанных в пунктах 12, 3, 111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субъекта Российской Федерации. Заявки на аккредитацию для осуществления указанных полномочий должны быть поданы редакциями средств массовой информации в комиссию не позднее чем за семь дней до дня (первого дня) голосования (досрочного голосования). (Дополнение пунктом - Федеральный закон от 09.03.2016 № 66-ФЗ) (В редакции федеральных законов от 31.07.2020 № 267-ФЗ, от 15.05.2024 № 99-ФЗ)</w:t>
      </w:r>
    </w:p>
    <w:p>
      <w:r>
        <w:rPr>
          <w:b/>
        </w:rPr>
        <w:t xml:space="preserve">113. </w:t>
      </w:r>
      <w:r>
        <w:t>Аккредитованный в соответствии с пунктом 112 настоящей статьи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 (Дополнение пунктом - Федеральный закон от 09.03.2016 № 66-ФЗ)</w:t>
      </w:r>
    </w:p>
    <w:p>
      <w:r>
        <w:rPr>
          <w:b/>
        </w:rPr>
        <w:t xml:space="preserve">12. </w:t>
      </w:r>
      <w:r>
        <w:t>Заверение копий протоколов и иных документов комиссий производится председателем, или заместителем председателя, или секретарем соответствующей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и проставляет печать соответствующей комиссии. (В редакции Федерального закона от 21.07.2005 № 93-ФЗ)</w:t>
      </w:r>
    </w:p>
    <w:p>
      <w:r>
        <w:rPr>
          <w:b/>
        </w:rPr>
        <w:t xml:space="preserve">13. </w:t>
      </w:r>
      <w:r>
        <w:t>Иностранные (международные) наблюдатели получают разрешение на въезд в Российскую Федерацию в порядке, установленном федеральным законом, и аккредитуются Центральной избирательной комиссией Российской Федерации при наличии приглашения предусмотренных федеральным законом государственных органов. Деятельность иностранных (международных) наблюдателей регулируется федеральным законом. (В редакции Федерального закона от 15.05.2024 № 99-ФЗ)</w:t>
      </w:r>
    </w:p>
    <w:p>
      <w:r>
        <w:rPr>
          <w:b/>
        </w:rPr>
        <w:t xml:space="preserve">14. </w:t>
      </w:r>
      <w:r>
        <w:t>Фото- и (или) видеосъемка должна осуществляться лицами, имеющими в соответствии с настоящим Федеральным законом право на ее осуществление, таким образом, чтобы не нарушалась тайна голосования и отсутствовала возможность контроля за волеизъявлением избирателей, участников референдума, а также чтобы сохранялась конфиденциальность персональных данных, которые содержатся в списках избирателей, участников референдума и иных документах, содержащих конфиденциальную информацию, отнесенную к таковой в порядке, установленном федеральным законом. (Дополнение пунктом - Федеральный закон от 29.05.2023 № 184-ФЗ)</w:t>
      </w:r>
    </w:p>
    <w:p>
      <w:r>
        <w:rPr>
          <w:b/>
        </w:rPr>
        <w:t xml:space="preserve">15. </w:t>
      </w:r>
      <w:r>
        <w:t>Осуществление фото- и (или) видеосъемки в помещениях для голосования, находящихся на избирательных участках, участках референдума, образованных в воинских частях, допускается только аккредитованными в соответствии с пунктом 112 настоящей статьи представителями средств массовой информации и по согласованию с командиром соответствующей воинской части. (Дополнение пунктом - Федеральный закон от 14.11.2023 № 531-ФЗ)</w:t>
      </w:r>
    </w:p>
    <w:p>
      <w:r>
        <w:rPr>
          <w:b/>
        </w:rPr>
        <w:t xml:space="preserve">9. </w:t>
      </w:r>
      <w:r>
        <w:t>знакомиться со списками избирателей, участников референдума, в том числе составленными в электронном виде, реестром заявлений (обращений) о голосовании вне помещения для голосования; (В редакции федеральных законов от 21.07.2005 № 93-ФЗ, от 14.03.2022 № 60-ФЗ, от 29.05.2023 № 184-ФЗ)</w:t>
      </w:r>
    </w:p>
    <w:p>
      <w:r>
        <w:rPr>
          <w:b/>
        </w:rPr>
        <w:t xml:space="preserve">9. </w:t>
      </w:r>
      <w:r>
        <w:t>находиться в помещении для голосования соответствующего избирательного участка, участка референдума в день голосования, а также в дни досрочного голосования в любое время в период, указанный в пункте 3 настоящей статьи; б1) наблюдать за выдачей бюллетеней избирателям, участникам референдума; (Дополнение подпунктом - Федеральный закон от 21.07.2005 № 93-ФЗ)</w:t>
      </w:r>
    </w:p>
    <w:p>
      <w:r>
        <w:rPr>
          <w:b/>
        </w:rPr>
        <w:t xml:space="preserve">9. </w:t>
      </w:r>
      <w:r>
        <w:t>присутствовать при голосовании избирателей, участников референдума вне помещения для голосования</w:t>
      </w:r>
    </w:p>
    <w:p>
      <w:r>
        <w:rPr>
          <w:b/>
        </w:rPr>
        <w:t xml:space="preserve">9. </w:t>
      </w:r>
      <w:r>
        <w:t>наблюдать за подсчетом числа граждан, внесенных в списки избирателей, участников референдума, бюллетеней, выданных избирателям, участникам референдума, погашенных бюллетеней; наблюдать за подсчетом голосов избирателей, участников референдума на избирательном участке, участке референдума на расстоянии и в условиях, обеспечивающих им обозримость содержащихся в бюллетенях отметок избирателей, участников референдума; знакомиться с любым заполненным или незаполненным бюллетенем при подсчете голосов избирателей, участников референдума; наблюдать за составлением комиссией протокола об итогах голосования и иных документов в период, указанный в пункте 3 настоящей статьи</w:t>
      </w:r>
    </w:p>
    <w:p>
      <w:r>
        <w:rPr>
          <w:b/>
        </w:rPr>
        <w:t xml:space="preserve">9. </w:t>
      </w:r>
      <w:r>
        <w:t>обращаться к председателю участковой комиссии, а в случае его отсутствия к лицу, его замещающему, с предложениями и замечаниями по вопросам организации голосования</w:t>
      </w:r>
    </w:p>
    <w:p>
      <w:r>
        <w:rPr>
          <w:b/>
        </w:rPr>
        <w:t xml:space="preserve">9. </w:t>
      </w:r>
      <w:r>
        <w:t>знакомиться с протоколами соответствующей комиссии, нижестоящих комиссий об итогах голосования, о результатах выборов, референдума и приложенными к ним документами, получать от соответствующей комиссии заверенные копии указанных протоколов; (В редакции Федерального закона от 21.07.2005 № 93-ФЗ)</w:t>
      </w:r>
    </w:p>
    <w:p>
      <w:r>
        <w:rPr>
          <w:b/>
        </w:rPr>
        <w:t xml:space="preserve">9. </w:t>
      </w:r>
      <w:r>
        <w:t>носить нагрудный знак с обозначением своего статуса и указанием своих фамилии, имени и отчества, а также фамилии, имени и отчества зарегистрированного кандидата или наименования избирательного объединения, общественного объединения, субъекта общественного контроля, направивших наблюдателя в комиссию. Законом может быть предусмотрено, что форма нагрудного знака устанавливается комиссией, организующей выборы, референдум; (В редакции федеральных законов от 21.07.2005 № 93-ФЗ; от 03.07.2018 № 184-ФЗ)</w:t>
      </w:r>
    </w:p>
    <w:p>
      <w:r>
        <w:rPr>
          <w:b/>
        </w:rPr>
        <w:t xml:space="preserve">9. </w:t>
      </w:r>
      <w:r>
        <w:t>обжаловать в порядке, установленном статьей 75 настоящего Федерального закона, действия (бездействие) комиссии в вышестоящую комиссию, избирательную комиссию субъекта Российской Федерации, Центральную избирательную комиссию Российской Федерации или в суд</w:t>
      </w:r>
    </w:p>
    <w:p>
      <w:r>
        <w:rPr>
          <w:b/>
        </w:rPr>
        <w:t xml:space="preserve">9. </w:t>
      </w:r>
      <w:r>
        <w:t>присутствовать при повторном подсчете голосов избирателей, участников референдума в соответствующих комиссиях</w:t>
      </w:r>
    </w:p>
    <w:p>
      <w:r>
        <w:rPr>
          <w:b/>
        </w:rPr>
        <w:t xml:space="preserve">9. </w:t>
      </w:r>
      <w:r>
        <w:t>производить в помещении для голосования (с того места, которое определено председателем участковой комиссии) фото- и (или) видеосъемку, предварительно уведомив об этом председателя, заместителя председателя или секретаря участковой комиссии. (Дополнение подпунктом - Федеральный закон от 15.02.2016 № 29-ФЗ)</w:t>
      </w:r>
    </w:p>
    <w:p>
      <w:r>
        <w:rPr>
          <w:b/>
        </w:rPr>
        <w:t xml:space="preserve">10. </w:t>
      </w:r>
      <w:r>
        <w:t>выдавать избирателям, участникам референдума бюллетени</w:t>
      </w:r>
    </w:p>
    <w:p>
      <w:r>
        <w:rPr>
          <w:b/>
        </w:rPr>
        <w:t xml:space="preserve">10. </w:t>
      </w:r>
      <w:r>
        <w:t>расписываться за избирателя, участника референдума, в том числе по его просьбе, в получении бюллетеней</w:t>
      </w:r>
    </w:p>
    <w:p>
      <w:r>
        <w:rPr>
          <w:b/>
        </w:rPr>
        <w:t xml:space="preserve">10. </w:t>
      </w:r>
      <w:r>
        <w:t>заполнять за избирателя, участника референдума, в том числе по его просьбе, бюллетени</w:t>
      </w:r>
    </w:p>
    <w:p>
      <w:r>
        <w:rPr>
          <w:b/>
        </w:rPr>
        <w:t xml:space="preserve">10. </w:t>
      </w:r>
      <w:r>
        <w:t>предпринимать действия, нарушающие тайну голосования</w:t>
      </w:r>
    </w:p>
    <w:p>
      <w:r>
        <w:rPr>
          <w:b/>
        </w:rPr>
        <w:t xml:space="preserve">10. </w:t>
      </w:r>
      <w:r>
        <w:t>принимать непосредственное участие в проводимом членами комиссии с правом решающего голоса подсчете бюллетеней</w:t>
      </w:r>
    </w:p>
    <w:p>
      <w:r>
        <w:rPr>
          <w:b/>
        </w:rPr>
        <w:t xml:space="preserve">10. </w:t>
      </w:r>
      <w:r>
        <w:t>совершать действия, препятствующие работе комиссии</w:t>
      </w:r>
    </w:p>
    <w:p>
      <w:r>
        <w:rPr>
          <w:b/>
        </w:rPr>
        <w:t xml:space="preserve">10. </w:t>
      </w:r>
      <w:r>
        <w:t>проводить агитацию среди избирателей, участников референдума</w:t>
      </w:r>
    </w:p>
    <w:p>
      <w:r>
        <w:rPr>
          <w:b/>
        </w:rPr>
        <w:t xml:space="preserve">10. </w:t>
      </w:r>
      <w:r>
        <w:t>участвовать в принятии решений соответствующей комиссией</w:t>
      </w:r>
    </w:p>
    <w:p>
      <w:r>
        <w:rPr>
          <w:b/>
        </w:rPr>
        <w:t xml:space="preserve">11. </w:t>
      </w:r>
      <w:r>
        <w:t>(Подпункт утратил силу - Федеральный закон от 09.03.2016 № 66-ФЗ)</w:t>
      </w:r>
    </w:p>
    <w:p>
      <w:r>
        <w:rPr>
          <w:b/>
        </w:rPr>
        <w:t xml:space="preserve">11. </w:t>
      </w:r>
      <w:r>
        <w:t>знакомиться с протоколом участковой комиссии об итогах голосования, а также с протоколами иных комиссий об итогах голосования, о результатах выборов, референдума, в том числе составляемыми повторно, получать от соответствующей комиссии копии указанных протоколов; (В редакции Федерального закона от 09.03.2016 № 66-ФЗ)</w:t>
      </w:r>
    </w:p>
    <w:p>
      <w:r>
        <w:rPr>
          <w:b/>
        </w:rPr>
        <w:t xml:space="preserve">11. </w:t>
      </w:r>
      <w:r>
        <w:t>присутствовать на агитационных мероприятиях, освещать их проведение</w:t>
      </w:r>
    </w:p>
    <w:p>
      <w:r>
        <w:rPr>
          <w:b/>
        </w:rPr>
        <w:t xml:space="preserve">11. </w:t>
      </w:r>
      <w:r>
        <w:t>(Подпункт утратил силу - Федеральный закон от 09.03.2016 № 66-ФЗ) (Пункт в редакции Федерального закона от 21.07.2005 № 93-ФЗ)</w:t>
      </w:r>
    </w:p>
    <w:p>
      <w:r>
        <w:rPr>
          <w:b/>
        </w:rPr>
        <w:t>Статья 31. Расформирование комиссии</w:t>
      </w:r>
    </w:p>
    <w:p>
      <w:r>
        <w:rPr>
          <w:b/>
        </w:rPr>
        <w:t xml:space="preserve">1. </w:t>
      </w:r>
      <w:r>
        <w:t>Комиссия может быть расформирована судом соответственно подсудности, установленной Кодексом административного судопроизводства Российской Федерации, в случаях: (В редакции Федерального закона от 14.03.2022 № 60-ФЗ)</w:t>
      </w:r>
    </w:p>
    <w:p>
      <w:r>
        <w:rPr>
          <w:b/>
        </w:rPr>
        <w:t xml:space="preserve">2. </w:t>
      </w:r>
      <w:r>
        <w:t>С заявлением в суд о расформировании Центральной избирательной комиссии Российской Федерации вправе обратиться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(В редакции Федерального закона от 05.04.2021 № 89-ФЗ)</w:t>
      </w:r>
    </w:p>
    <w:p>
      <w:r>
        <w:rPr>
          <w:b/>
        </w:rPr>
        <w:t xml:space="preserve">3. </w:t>
      </w:r>
      <w:r>
        <w:t>С заявлением в суд о расформировании избирательной комиссии субъекта Российской Федерации вправе обратиться группа численностью не менее одной трети от общего числа сенаторов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органа данного субъекта Российской Федерации, а также Центральная избирательная комиссия Российской Федерации. (В редакции федеральных законов от 21.07.2005 № 93-ФЗ, от 05.04.2021 № 89-ФЗ, от 14.03.2022 № 60-ФЗ)</w:t>
      </w:r>
    </w:p>
    <w:p>
      <w:r>
        <w:rPr>
          <w:b/>
        </w:rPr>
        <w:t xml:space="preserve">4. </w:t>
      </w:r>
      <w:r>
        <w:t>С заявлением в суд о расформировании окружной избирательной комиссии по выборам в законодательный орган субъекта Российской Федерации вправе обратиться группа депутатов численностью не менее одной трети от общего числа депутатов законодательного органа этого субъекта Российской Федерации, а также Центральная избирательная комиссия Российской Федерации, избирательная комиссия субъекта Российской Федерации. С заявлением в суд о расформировании территориальной избирательной комиссии по выборам в представительный орган муниципального образования, окружной, участковой комиссии вправе обратиться группа депутатов численностью не менее одной трети от общего числа депутатов соответствующего законодательного органа субъекта Российской Федерации,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 либо Центральная избирательная комиссия Российской Федерации, либо избирательная комиссия субъекта Российской Федерации. (В редакции федеральных законов от 21.07.2005 № 93-ФЗ, от 14.03.2022 № 60-ФЗ)</w:t>
      </w:r>
    </w:p>
    <w:p>
      <w:r>
        <w:rPr>
          <w:b/>
        </w:rPr>
        <w:t xml:space="preserve">5. </w:t>
      </w:r>
      <w:r>
        <w:t>Заявление в суд о расформировании комиссии, организующей выборы, референдум, может быть подано в период после окончания избирательной кампании, кампании референдума, но не позднее чем через три месяца со дня окончания избирательной кампании, кампании референдума. Заявление в суд о расформировании иной комиссии может быть подано не позднее чем за 30 дней до дня (первого дня) голосования либо после окончания избирательной кампании, кампании референдума, но не позднее чем через три месяца со дня появления оснований для расформирования комиссии. При проведении повторного голосования заявление в суд о расформировании участковой комиссии может быть также подано в период после установления итогов голосования на данном участке, но не позднее чем за семь дней до дня (первого дня) повторного голосования. (В редакции Федерального закона от 31.07.2020 № 267-ФЗ)</w:t>
      </w:r>
    </w:p>
    <w:p>
      <w:r>
        <w:rPr>
          <w:b/>
        </w:rPr>
        <w:t xml:space="preserve">6. </w:t>
      </w:r>
      <w:r>
        <w:t>Заявление о расформировании комиссии принимается к рассмотрению немедленно, и решение по нему выносится не позднее чем через 14 дней, а в период избирательной кампании, кампании референдума - не позднее чем через три дня со дня подачи заявления. Дело о расформировании комиссии рассматривается судом коллегиально</w:t>
      </w:r>
    </w:p>
    <w:p>
      <w:r>
        <w:rPr>
          <w:b/>
        </w:rPr>
        <w:t xml:space="preserve">7. </w:t>
      </w:r>
      <w:r>
        <w:t>В случае принятия судом решения о расформировании Центральной избирательной комиссии Российской Федерации указанная комиссия формируется в соответствии со статьей 21 настоящего Федерального закона</w:t>
      </w:r>
    </w:p>
    <w:p>
      <w:r>
        <w:rPr>
          <w:b/>
        </w:rPr>
        <w:t xml:space="preserve">8. </w:t>
      </w:r>
      <w:r>
        <w:t>В случае принятия судом решения о расформировании избирательной комиссии субъекта Российской Федерации в период избирательной кампании, кампании референдума Центральная избирательная комиссия Российской Федерации формирует с соблюдением требований пункта 1 статьи 29 настоящего Федерального закона временную избирательную комиссию субъекта Российской Федерации в новом составе. По окончании периода избирательной кампании, кампании референдума избирательная комиссия субъекта Российской Федерации формируется органами государственной власти субъекта Российской Федерации с соблюдением требований, установленных статьями 22 и 23 настоящего Федерального закона</w:t>
      </w:r>
    </w:p>
    <w:p>
      <w:r>
        <w:rPr>
          <w:b/>
        </w:rPr>
        <w:t xml:space="preserve">9. </w:t>
      </w:r>
      <w:r>
        <w:t>(Пункт утратил силу - Федеральный закон от 14.03.2022 № 60-ФЗ)</w:t>
      </w:r>
    </w:p>
    <w:p>
      <w:r>
        <w:rPr>
          <w:b/>
        </w:rPr>
        <w:t xml:space="preserve">10. </w:t>
      </w:r>
      <w:r>
        <w:t>В случае принятия судом решения о расформировании иных, кроме указанных в пункте 8 настоящей статьи, комиссий данные комиссии формируются в новом составе вышестоящими комиссиями в период избирательной кампании, кампании референдума с соблюдением требований пункта 1 статьи 29 настоящего Федерального закона, а по окончании периода избирательной кампании, кампании референдума - с соблюдением требований, установленных статьями 22, 25, 26, 27 настоящего Федерального закона. (В редакции федеральных законов от 02.10.2012 № 157-ФЗ, от 14.03.2022 № 60-ФЗ)</w:t>
      </w:r>
    </w:p>
    <w:p>
      <w:r>
        <w:rPr>
          <w:b/>
        </w:rPr>
        <w:t xml:space="preserve">11. </w:t>
      </w:r>
      <w:r>
        <w:t>Временная комиссия должна быть сформирована не позднее чем через три дня после вступления в силу решения суда о расформировании комиссии. Вне периода избирательной кампании, кампании референдума новая комиссия должна быть сформирована не позднее чем через один месяц со дня вступления в силу решения суда о расформировании комиссии (со дня окончания избирательной кампании, кампании референдума). При этом первое заседание указанных комиссий созывается органом, их сформировавшим. Полномочия временной комиссии начинаются со дня ее первого заседания и прекращаются в срок, установленный сформировавшей ее комиссией. (В редакции Федерального закона от 21.07.2005 № 93-ФЗ)</w:t>
      </w:r>
    </w:p>
    <w:p>
      <w:r>
        <w:rPr>
          <w:b/>
        </w:rPr>
        <w:t xml:space="preserve">12. </w:t>
      </w:r>
      <w:r>
        <w:t>Расформирование комиссии не влечет за собой прекращение полномочий членов соответствующей комиссии с правом совещательного голоса</w:t>
      </w:r>
    </w:p>
    <w:p>
      <w:r>
        <w:rPr>
          <w:b/>
        </w:rPr>
        <w:t xml:space="preserve">1. </w:t>
      </w:r>
      <w:r>
        <w:t>нарушения комиссией избирательных прав граждан, права граждан на участие в референдуме, повлекшего за собой признание Центральной избирательной комиссией Российской Федерации, избирательной комиссией субъекта Российской Федерации в порядке, установленном настоящим Федеральным законом, иным законом (в том числе на основании решения суда), недействительными итогов голосования на соответствующей территории либо результатов выборов, референдума</w:t>
      </w:r>
    </w:p>
    <w:p>
      <w:r>
        <w:rPr>
          <w:b/>
        </w:rPr>
        <w:t xml:space="preserve">1. </w:t>
      </w:r>
      <w:r>
        <w:t>неисполнения комиссией решения суда или вышестоящей комиссии, решений Центральной избирательной комиссии Российской Федерации, избирательной комиссии субъекта Российской Федерации, принятых в соответствии с пунктом 7 статьи 75 настоящего Федерального закона; (В редакции федеральных законов от 21.07.2005 № 93-ФЗ, от 14.03.2022 № 60-ФЗ)</w:t>
      </w:r>
    </w:p>
    <w:p>
      <w:r>
        <w:rPr>
          <w:b/>
        </w:rPr>
        <w:t xml:space="preserve">1. </w:t>
      </w:r>
      <w:r>
        <w:t>невыполнения комиссией обязанности по назначению выборов, повлекшего за собой назначение выборов временной избирательной комиссией в порядке, установленном пунктом 9 статьи 10 настоящего Федерального закона. (Дополнение подпунктом - Федеральный закон от 21.07.2005 № 93-ФЗ)</w:t>
      </w:r>
    </w:p>
    <w:p>
      <w:pPr>
        <w:pStyle w:val="Heading3"/>
      </w:pPr>
      <w:r>
        <w:t>Гарантии прав граждан при выдвижении и регистрации кандидатов, реализации инициативы проведения референдума</w:t>
      </w:r>
    </w:p>
    <w:p>
      <w:r>
        <w:rPr>
          <w:b/>
        </w:rPr>
        <w:t>Статья 32. Право выдвижения кандидатов</w:t>
      </w:r>
    </w:p>
    <w:p>
      <w:r>
        <w:rPr>
          <w:b/>
        </w:rPr>
        <w:t xml:space="preserve">1. </w:t>
      </w:r>
      <w:r>
        <w:t>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в соответствии с настоящим Федеральным законом, иным законом</w:t>
      </w:r>
    </w:p>
    <w:p>
      <w:r>
        <w:rPr>
          <w:b/>
        </w:rPr>
        <w:t xml:space="preserve">2. </w:t>
      </w:r>
      <w:r>
        <w:t>Непосредственное выдвижение кандидатов может быть осуществлено путем самовыдвижения, выдвижения избирательным объединением. Самовыдвижение кандидата на должность высшего должностного лица субъекта Российской Федерации может предусматриваться законом субъекта Российской Федерации. (В редакции федеральных законов от 21.07.2005 № 93-ФЗ, от 02.05.2012 № 40-ФЗ, от 14.03.2022 № 60-ФЗ)</w:t>
      </w:r>
    </w:p>
    <w:p>
      <w:r>
        <w:rPr>
          <w:b/>
        </w:rPr>
        <w:t xml:space="preserve">3. </w:t>
      </w:r>
      <w:r>
        <w:t>Выдвижение кандидатов в составе списка кандидатов может быть осуществлено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соответствующего уровня. (В редакции федеральных законов от 21.07.2005 № 93-ФЗ; от 05.04.2009 № 42-ФЗ)</w:t>
      </w:r>
    </w:p>
    <w:p>
      <w:r>
        <w:rPr>
          <w:b/>
        </w:rPr>
        <w:t xml:space="preserve">31. </w:t>
      </w:r>
      <w:r>
        <w:t>Если конституцией, уставом, законом субъекта Российской Федерации предусмотрено, что в законодательном органе субъекта Российской Федерации, представительном органе муниципального образования все депутатские мандаты распределяются между списками кандидатов пропорционально числу голосов избирателей, полученных каждым из списков кандидатов, законом субъекта Российской Федерации должны быть предусмотрены гарантии реализации права граждан Российской Федерации, не являющихся членами избирательных объединений, быть избранными депутатами соответственно этого законодательного органа субъекта Российской Федерации, представительного органа муниципального образования. (Дополнение пунктом - Федеральный закон от 21.07.2005 № 93-ФЗ) (В редакции Федерального закона от 14.03.2022 № 60-ФЗ)</w:t>
      </w:r>
    </w:p>
    <w:p>
      <w:r>
        <w:rPr>
          <w:b/>
        </w:rPr>
        <w:t xml:space="preserve">4. </w:t>
      </w:r>
      <w:r>
        <w:t>Гражданин Российской Федерации, замещавший должность Президента Российской Федерации и досрочно прекративший исполнение полномочий Президента Российской Федерации в случае отставки, стойкой неспособности по состоянию здоровья осуществлять принадлежащие ему полномочия или отрешения от должности, не может быть выдвинут кандидатом на выборах, назначенных в связи с указанными обстоятельствами</w:t>
      </w:r>
    </w:p>
    <w:p>
      <w:r>
        <w:rPr>
          <w:b/>
        </w:rPr>
        <w:t xml:space="preserve">5. </w:t>
      </w:r>
      <w:r>
        <w:t>(Пункт утратил силу - Федеральный закон от 11.12.2004 № 159-ФЗ)</w:t>
      </w:r>
    </w:p>
    <w:p>
      <w:r>
        <w:rPr>
          <w:b/>
        </w:rPr>
        <w:t xml:space="preserve">51. </w:t>
      </w:r>
      <w:r>
        <w:t>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указа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настоящем пункте срок должен истечь до дня назначения выборов высшего должностного лица субъекта Российской Федерации. (Дополнение пунктом - Федеральный закон от 02.05.2012 № 40-ФЗ) (В редакции Федерального закона от 14.03.2022 № 60-ФЗ)</w:t>
      </w:r>
    </w:p>
    <w:p>
      <w:r>
        <w:rPr>
          <w:b/>
        </w:rPr>
        <w:t xml:space="preserve">52. </w:t>
      </w:r>
      <w:r>
        <w:t>Гражданин Российской Федерации, замещавший должность высшего должностного лица субъекта Российской Федерации и досрочно прекративший полномочия в связи с отставкой по собственному желанию или в связи с выражением ему недоверия законодательным органом субъекта Российской Федерации, не может быть выдвинут кандидатом на выборах, назначенных в связи с указанными обстоятельствами, за исключением случая, предусмотренного пунктом 53 настоящей статьи. (Дополнение пунктом - Федеральный закон от 02.05.2012 № 40-ФЗ) (В редакции Федерального закона от 14.03.2022 № 60-ФЗ)</w:t>
      </w:r>
    </w:p>
    <w:p>
      <w:r>
        <w:rPr>
          <w:b/>
        </w:rPr>
        <w:t xml:space="preserve">53. </w:t>
      </w:r>
      <w:r>
        <w:t>Гражданин Российской Федерации, наделенный полномочиями высшего должностного лица субъекта Российской Федерации и осуществлявший эти полномочия не менее одного года, с согласия Президента Российской Федерации может быть выдвинут кандидатом на выборах высшего должностного лица субъекта Российской Федерации, если эти выборы назначены в связи с досрочным прекращением указанных полномочий на основании пункта 2 части 1 статьи 28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02.05.2012 № 40-ФЗ) (В редакции Федерального закона от 14.03.2022 № 60-ФЗ)</w:t>
      </w:r>
    </w:p>
    <w:p>
      <w:r>
        <w:rPr>
          <w:b/>
        </w:rPr>
        <w:t xml:space="preserve">6. </w:t>
      </w:r>
      <w:r>
        <w:t>Гражданин Российской Федерации, замещавший должность главы муниципального образования и ушедший с указанной должности в отставку по собственному желанию, в том числе в связи с избранием его депутатом либо на иную выборную должность, замещение которой несовместимо со статусом главы муниципального образования, либо отрешенный от должности главы муниципального образования высшим должностным лицом субъекта Российской Федерации, не может быть выдвинут кандидатом на выборах, назначенных в связи с указанными обстоятельствами. (В редакции федеральных законов от 21.07.2005 № 93-ФЗ, от 14.03.2022 № 60-ФЗ)</w:t>
      </w:r>
    </w:p>
    <w:p>
      <w:r>
        <w:rPr>
          <w:b/>
        </w:rPr>
        <w:t xml:space="preserve">61. </w:t>
      </w:r>
      <w:r>
        <w:t>Лица, являвшиеся депутатами представительного органа муниципального образования, распущенного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непроведение представительным органом муниципального образования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 (Дополнение пунктом - Федеральный закон от 03.02.2015 № 8-ФЗ)</w:t>
      </w:r>
    </w:p>
    <w:p>
      <w:r>
        <w:rPr>
          <w:b/>
        </w:rPr>
        <w:t xml:space="preserve">7. </w:t>
      </w:r>
      <w:r>
        <w:t>При проведении повторных и дополнительных выборов для замещения вакантного депутатского мандата в действующем законодательном (представительном) органе государственной власти, представительном органе муниципального образования не может быть выдвинуто кандидатом лицо, являющееся депутатом (членом) этого органа. (В редакции Федерального закона от 21.07.2005 № 93-ФЗ)</w:t>
      </w:r>
    </w:p>
    <w:p>
      <w:r>
        <w:rPr>
          <w:b/>
        </w:rPr>
        <w:t xml:space="preserve">8. </w:t>
      </w:r>
      <w:r>
        <w:t>Не может быть выдвинут кандидатом гражданин Российской Федерации, не обладающий пассивным избирательным правом на соответствующих выборах</w:t>
      </w:r>
    </w:p>
    <w:p>
      <w:r>
        <w:rPr>
          <w:b/>
        </w:rPr>
        <w:t xml:space="preserve">9. </w:t>
      </w:r>
      <w:r>
        <w:t>Кандидат не может быть выдвинут на одних и тех же выборах по нескольким избирательным округам. Данное правило не применяется при выдвижении кандидата одним и тем же избирательным объединением одновременно на одних и тех же выборах по одномандатному (или многомандатному) избирательному округу и в составе списка кандидатов. (В редакции Федерального закона от 21.07.2005 № 93-ФЗ)</w:t>
      </w:r>
    </w:p>
    <w:p>
      <w:r>
        <w:rPr>
          <w:b/>
        </w:rPr>
        <w:t xml:space="preserve">10. </w:t>
      </w:r>
      <w:r>
        <w:t>Кандидат не может дать согласие на выдвижение на одних и тех же выборах более чем одному инициатору выдвижения</w:t>
      </w:r>
    </w:p>
    <w:p>
      <w:r>
        <w:rPr>
          <w:b/>
        </w:rPr>
        <w:t>Статья 33. Условия выдвижения кандидатов</w:t>
      </w:r>
    </w:p>
    <w:p>
      <w:r>
        <w:rPr>
          <w:b/>
        </w:rPr>
        <w:t xml:space="preserve">1. </w:t>
      </w:r>
      <w:r>
        <w:t>О выдвижении кандидата (кандидатов), в том числе в составе списка кандидатов, избирательная комиссия уведомляется в установленном законом порядке. (В редакции Федерального закона от 05.12.2006 № 225-ФЗ)</w:t>
      </w:r>
    </w:p>
    <w:p>
      <w:r>
        <w:rPr>
          <w:b/>
        </w:rPr>
        <w:t xml:space="preserve">2. </w:t>
      </w:r>
      <w:r>
        <w:t>Соответствующая избирательная комиссия считается уведомленной о выдвижении кандидата, а кандидат, за исключением случая, предусмотренного пунктом 143 статьи 35 настоящего Федерального закона, считается выдвинутым, приобретает права и обязанности кандидата, предусмотренные настоящим Федеральным законом, иным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 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 (В редакции федеральных законов от 05.05.2014 № 95-ФЗ, от 09.03.2016 № 66-ФЗ, от 14.03.2022 № 60-ФЗ)</w:t>
      </w:r>
    </w:p>
    <w:p>
      <w:r>
        <w:rPr>
          <w:b/>
        </w:rPr>
        <w:t xml:space="preserve">21. </w:t>
      </w:r>
      <w:r>
        <w:t>Если у кандидата имелась или имеется судимость, в заявлении, предусмотренном пунктом 2 настоящей статьи, указываются сведения о судимости кандидата, а если судимость снята или погашена, - также сведения о дате снятия или погашения судимости. 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пунктом 2 настоящей статьи. (Дополнение абзацем - Федеральный закон от 20.04.2021 № 91-ФЗ) (В редакции Федерального закона от 05.12.2022 № 498-ФЗ) (Дополнение пунктом - Федеральный закон от 21.07.2005 № 93-ФЗ) (В редакции Федерального закона от 21.02.2014 № 19-ФЗ)</w:t>
      </w:r>
    </w:p>
    <w:p>
      <w:r>
        <w:rPr>
          <w:b/>
        </w:rPr>
        <w:t xml:space="preserve">22. </w:t>
      </w:r>
      <w:r>
        <w:t>Вместе с заявлением, предусмотренным пунктом 2 настоящей статьи, представляются</w:t>
      </w:r>
    </w:p>
    <w:p>
      <w:r>
        <w:rPr>
          <w:b/>
        </w:rPr>
        <w:t xml:space="preserve">4. </w:t>
      </w:r>
      <w:r>
        <w:t>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обязаны представлять в соответствующую избирательную комиссию сведения, предусмотренные пунктом 3 настоящей статьи, если иное не предусмотрено законом субъекта Российской Федерации. (В редакции Федерального закона от 21.07.2005 № 93-ФЗ)</w:t>
      </w:r>
    </w:p>
    <w:p>
      <w:r>
        <w:rPr>
          <w:b/>
        </w:rPr>
        <w:t xml:space="preserve">5. </w:t>
      </w:r>
      <w:r>
        <w:t>Документы, указанные в пунктах 2, 22, 3 и 31 настоящей статьи, кандидат (кроме кандидата, выдвинутого в списке кандидатов) обязан представить лично. Документы, указанные в пунктах 2, 22, 3 и 31 настоящей статьи,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медицинской организации, оказывающей медицинскую помощь в стационарных условиях, в которой кандидат находится на лечении, администрацией учреждения, в котором содержатся под стражей подозреваемые и обвиняемые), иных случаях, установленных федеральным законом. (В редакции федеральных законов от 21.07.2005 № 93-ФЗ, от 07.05.2013 № 102-ФЗ, от 05.05.2014 № 95-ФЗ, от 28.04.2023 № 153-ФЗ)</w:t>
      </w:r>
    </w:p>
    <w:p>
      <w:r>
        <w:rPr>
          <w:b/>
        </w:rPr>
        <w:t xml:space="preserve">51. </w:t>
      </w:r>
      <w:r>
        <w:t>В случае выдвижения кандидатом, в том числе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пунктах 2, 22, 3 и 31 настоящей статьи, должны быть нотариально удостоверены. (Дополнение пунктом - Федеральный закон от 14.06.2011 № 143-ФЗ) (В редакции Федерального закона от 05.05.2014 № 95-ФЗ)</w:t>
      </w:r>
    </w:p>
    <w:p>
      <w:r>
        <w:rPr>
          <w:b/>
        </w:rPr>
        <w:t xml:space="preserve">6. </w:t>
      </w:r>
      <w:r>
        <w:t>Избирательная комиссия обращается, в том числе с представлением, для проверки достоверности сведений о кандидатах, представляемых в соответствии с пунктами 2, 21 и 3 настоящей статьи, а также сведений о кандидатурах для наделения полномочиями сенатора Российской Федерации, представляемых кандидатом на должность высшего должностного лица субъекта Российской Федерации, о проверке выполнения требований, предусмотренных пунктом 33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пунктами 2 и 21 настоящей статьи,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с пунктом 3 настоящей статьи, и выполнения требований, предусмотренных пунктом 33 настоящей статьи, в течение двадцати дней. Если избирательная комиссия обращается за десять и менее дней до дня голосования, соответствующие органы, учреждения и организации должны сообщить о результатах проверки в срок, установленный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 (В редакции Федерального закона от 14.03.2022 № 60-ФЗ)</w:t>
      </w:r>
    </w:p>
    <w:p>
      <w:r>
        <w:rPr>
          <w:b/>
        </w:rPr>
        <w:t xml:space="preserve">61. </w:t>
      </w:r>
      <w:r>
        <w:t>Проверка выполнения требований, предусмотренных пунктом 33 настоящей статьи, осуществляется по основаниям, установленным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а также в случае указания кандидатом в составе сведений, представляемых в соответствии с пунктом 3 настоящей статьи, сведений о наличии у него счетов (вкладов), наличных денежных средств и ценностей в иностранных банках, расположенных за пределами территории Российской Федерации, и (или) иностранных финансовых инструментов либо в случае выявления указанных сведений в результате проверки, проведенной в соответствии с пунктами 63 - 67 настоящей статьи. (Дополнение пунктом - Федеральный закон от 07.05.2013 № 102-ФЗ) (В редакции Федерального закона от 15.05.2024 № 99-ФЗ)</w:t>
      </w:r>
    </w:p>
    <w:p>
      <w:r>
        <w:rPr>
          <w:b/>
        </w:rPr>
        <w:t xml:space="preserve">62. </w:t>
      </w:r>
      <w:r>
        <w:t>Центральная избирательная комиссия Российской Федерации, избирательные комиссии субъектов Российской Федерации при проведении проверки достоверности сведений, представленных кандидатами, в том числе полученных от иных избирательных комиссий, запрашивают у кредитных организаций имеющиеся у них сведения о счетах, вкладах кандидатов, а в случаях, предусмотренных федеральным законом, сведения о счетах, вкладах супругов и несовершеннолетних детей кандидатов. (Дополнение пунктом - Федеральный закон от 13.07.2015 № 231-ФЗ)</w:t>
      </w:r>
    </w:p>
    <w:p>
      <w:r>
        <w:rPr>
          <w:b/>
        </w:rPr>
        <w:t xml:space="preserve">63. </w:t>
      </w:r>
      <w:r>
        <w:t>Центральная избирательная комиссия Российской Федерации, избирательные комиссии субъектов Российской Федерации при проведении проверки достоверности сведений, представленных кандидатами, в том числе полученных от иных избирательных комиссий, запрашивают у держателей реестра и депозитариев имеющиеся у них сведения о ценных бумагах, принадлежащих кандидатам, а в случаях, предусмотренных федеральным законом, сведения о ценных бумагах, принадлежащих супругам и несовершеннолетним детям кандидатов. (Дополнение пунктом - Федеральный закон от 13.07.2015 № 231-ФЗ)</w:t>
      </w:r>
    </w:p>
    <w:p>
      <w:r>
        <w:rPr>
          <w:b/>
        </w:rPr>
        <w:t xml:space="preserve">64. </w:t>
      </w:r>
      <w:r>
        <w:t>Центральная избирательная комиссия Российской Федерации, избирательные комиссии субъектов Российской Федерации направляют в кредитные организации, держателям реестра и депозитариям запросы о представлении сведений о счетах, вкладах кандидатов, их супругов и несовершеннолетних детей, а также принадлежащих указанным лицам ценных бумагах и получают указанные сведения в форме электронных документов с использованием информационных ресурсов Центрального банка Российской Федерации. (Дополнение пунктом - Федеральный закон от 13.07.2015 № 231-ФЗ)</w:t>
      </w:r>
    </w:p>
    <w:p>
      <w:r>
        <w:rPr>
          <w:b/>
        </w:rPr>
        <w:t xml:space="preserve">65. </w:t>
      </w:r>
      <w:r>
        <w:t>Запрос о представлении сведений, направляемый Центральной избирательной комиссией Российской Федерации, избирательными комиссиями субъектов Российской Федерации в кредитные организации, держателям реестра и депозитариям, должен содержать следующие данные о кандидатах, их супругах и несовершеннолетних детях: фамилия, имя, отчество (при наличии), серия и номер паспорта или документа, заменяющего паспорт гражданина, дата рождения, место рождения, адрес места жительства. (Дополнение пунктом - Федеральный закон от 13.07.2015 № 231-ФЗ)</w:t>
      </w:r>
    </w:p>
    <w:p>
      <w:r>
        <w:rPr>
          <w:b/>
        </w:rPr>
        <w:t xml:space="preserve">66. </w:t>
      </w:r>
      <w:r>
        <w:t>Порядок получения кредитными организациями, держателями реестра и депозитариями от Центральной избирательной комиссии Российской Федерации, избирательных комиссий субъектов Российской Федерации запросов о представлении сведений и порядок направления кредитными организациями,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 (Дополнение пунктом - Федеральный закон от 13.07.2015 № 231-ФЗ)</w:t>
      </w:r>
    </w:p>
    <w:p>
      <w:r>
        <w:rPr>
          <w:b/>
        </w:rPr>
        <w:t xml:space="preserve">67. </w:t>
      </w:r>
      <w:r>
        <w:t>Результаты проверки сведений, указанных в пунктах 62 и 63 настоящей статьи, полученные Центральной избирательной комиссией Российской Федерации, избирательными комиссиями субъектов Российской Федерации от кредитных организаций, держателей реестра и депозитариев, передаются избирательным комиссиям, представившим в Центральную избирательную комиссию Российской Федерации, избирательную комиссию субъекта Российской Федерации соответствующие данные о кандидатах, их супругах и несовершеннолетних детях при проведении ими проверки достоверности представленных кандидатами сведений. (Дополнение пунктом - Федеральный закон от 13.07.2015 № 231-ФЗ)</w:t>
      </w:r>
    </w:p>
    <w:p>
      <w:r>
        <w:rPr>
          <w:b/>
        </w:rPr>
        <w:t xml:space="preserve">68. </w:t>
      </w:r>
      <w:r>
        <w:t>Избирательная комиссия при проведении проверки сведений о том, является ли кандидат иностранным агентом либо кандидатом, аффилированным с иностранным агентом,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избирательную комиссию в течение десяти дней, а если представление избирательной комиссии поступило за десять и менее дней до дня голосования, - в срок, установленный избирательной комиссией. (Дополнение пунктом - Федеральный закон от 14.03.2022 № 60-ФЗ) (В редакции Федерального закона от 05.12.2022 № 498-ФЗ)</w:t>
      </w:r>
    </w:p>
    <w:p>
      <w:r>
        <w:rPr>
          <w:b/>
        </w:rPr>
        <w:t xml:space="preserve">7. </w:t>
      </w:r>
      <w:r>
        <w:t>Избирательная комиссия доводит до сведения избирателей сведения о кандидатах, представленные при их выдвижении, в объеме, установленном организующей выборы избирательной комиссией, в том числе сведения о том, что кандидат является иностранным агентом либо кандидатом, аффилированным с иностранным агентом. (В редакции федеральных законов от 20.04.2021 № 91-ФЗ, от 05.12.2022 № 498-ФЗ)</w:t>
      </w:r>
    </w:p>
    <w:p>
      <w:r>
        <w:rPr>
          <w:b/>
        </w:rPr>
        <w:t xml:space="preserve">8. </w:t>
      </w:r>
      <w:r>
        <w:t>Избирательная комиссия направляет в средства массовой информации сведения о выявленных фактах недостоверности представленных кандидатами сведений</w:t>
      </w:r>
    </w:p>
    <w:p>
      <w:r>
        <w:rPr>
          <w:b/>
        </w:rPr>
        <w:t xml:space="preserve">9. </w:t>
      </w:r>
      <w:r>
        <w:t>Установленный законом период, включающий в себя выдвижение кандидатов, списков кандидатов, а также сбор подписей избирателей в поддержку выдвижения кандидатов, списков кандидатов либо иные формы поддержки выдвижения, при выборах в федеральные органы государственной власти должен составлять не менее 40 дней (при досрочных выборах - не менее 30 дней), при выборах в органы государственной власти субъектов Российской Федерации - не менее 30 дней, при выборах в органы местного самоуправления - не менее 20 дней. При этом временем окончания указанного периода на выборах в федеральные органы государственной власти является время, установленное федеральным законом, а на выборах в органы государственной власти субъектов Российской Федерации и органы местного самоуправления - 18 часов по местному времени. (В редакции федеральных законов от 02.05.2012 № 41-ФЗ, от 05.05.2014 № 95-ФЗ, от 14.03.2022 № 60-ФЗ)</w:t>
      </w:r>
    </w:p>
    <w:p>
      <w:r>
        <w:rPr>
          <w:b/>
        </w:rPr>
        <w:t xml:space="preserve">22. </w:t>
      </w:r>
      <w:r>
        <w:t>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 Законом может быть предусмотрено, что паспорт или документ, заменяющий паспорт гражданина, предъявляется кандидатом при личном представлении документов в избирательную комиссию в соответствии с пунктом 5 настоящей статьи, копия паспорта или документа, заменяющего паспорт гражданина, изготавливается в избирательной комиссии в присутствии кандидата и заверяется подписью лица, принявшего заявление и прилагаемые к нему документы</w:t>
      </w:r>
    </w:p>
    <w:p>
      <w:r>
        <w:rPr>
          <w:b/>
        </w:rPr>
        <w:t xml:space="preserve">22. </w:t>
      </w:r>
      <w:r>
        <w:t>если законом на основании пункта 143 статьи 35 настоящего Федерального закона не предусмотрен иной срок представления указанных копий документов, -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
        <w:rPr>
          <w:b/>
        </w:rPr>
        <w:t xml:space="preserve">22. </w:t>
      </w:r>
      <w:r>
        <w:t>если кандидат менял фамилию, или имя, или отчество, - копии соответствующих документов. (Дополнение пунктом - Федеральный закон от 05.05.2014 № 95-ФЗ) (В редакции Федерального закона от 09.03.2016 № 66-ФЗ)</w:t>
      </w:r>
    </w:p>
    <w:p>
      <w:r>
        <w:rPr>
          <w:b/>
        </w:rPr>
        <w:t xml:space="preserve">22. </w:t>
      </w:r>
      <w:r>
        <w:t>Вместе с заявлением, предусмотренным пунктом 2 настоящей статьи, либо на основании пункта 143 статьи 35 настоящего Федерального закона в иной срок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счетах, вкладах в банках, ценных бумагах. Указанные сведения представляются по форме согласно приложению 1 к настоящему Федеральному закону, которая может включать дополнительные сведения, если это предусмотрено федеральным законом. Федеральным законом может быть предусмотрена необходимость представления сведений о размере и об источниках доходов и имуществе супруга кандидата. Кандидат на должность высшего должностного лица субъекта Российской Федерации также представляет сведения о размере и об источниках доходов и имуществе своих супруга и несовершеннолетних детей в порядке, предусмотренном законом. 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 (В редакции федеральных законов от 21.07.2005 № 93-ФЗ, от 05.12.2006 № 225-ФЗ, от 04.10.2010 № 263-ФЗ, от 02.05.2012 № 40-ФЗ, от 03.02.2015 № 8-ФЗ, от 09.03.2016 № 66-ФЗ, от 14.03.2022 № 60-ФЗ)</w:t>
      </w:r>
    </w:p>
    <w:p>
      <w:r>
        <w:rPr>
          <w:b/>
        </w:rPr>
        <w:t xml:space="preserve">22. </w:t>
      </w:r>
      <w:r>
        <w:t>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глав муниципальных округов и глав городских округов вместе с заявлением, предусмотренным пунктом 2 настоящей статьи, либо на основании пункта 143 статьи 35 настоящего Федерального закона в иной срок в избирательную комиссию также должны быть представлены составленные по форме, предусмотренной указом Президента Российской Федерации: (В редакции федеральных законов от 07.05.2013 № 102-ФЗ, от 05.05.2014 № 95-ФЗ, от 09.03.2016 № 66-ФЗ, от 23.05.2020 № 153-ФЗ)</w:t>
      </w:r>
    </w:p>
    <w:p>
      <w:r>
        <w:rPr>
          <w:b/>
        </w:rPr>
        <w:t xml:space="preserve">22. </w:t>
      </w:r>
      <w:r>
        <w:t>Порядок проверки сведений, указанных в пункте 31 настоящей статьи, устанавливается указом Президента Российской Федерации. (Дополнение пунктом - Федеральный закон от 02.04.2013 № 30-ФЗ)</w:t>
      </w:r>
    </w:p>
    <w:p>
      <w:r>
        <w:rPr>
          <w:b/>
        </w:rPr>
        <w:t xml:space="preserve">22. </w:t>
      </w:r>
      <w:r>
        <w:t>При проведении выборов в федеральные органы государственной власти, органы государственной власти субъектов Российской Федерации, выборов глав муниципальных районов, глав муниципальных округов и глав городских округов кандидат обязан к моменту представления документов, необходимых для регистрации кандидата,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 При этом понятие "иностранные финансовые инструменты" используется в настоящем Федеральном законе в значении, определенном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02.04.2013 № 30-ФЗ) (В редакции федеральных законов от 07.05.2013 № 102-ФЗ, от 03.02.2014 № 14-ФЗ, от 28.12.2016 № 505-ФЗ, от 23.05.2020 № 153-ФЗ)</w:t>
      </w:r>
    </w:p>
    <w:p>
      <w:r>
        <w:rPr>
          <w:b/>
        </w:rPr>
        <w:t xml:space="preserve">22. </w:t>
      </w:r>
      <w:r>
        <w:t>При проведении выборов в федеральные органы государственной власти, органы государственной власти субъектов Российской Федерации, органы публичной власти федеральной территории, органы местного самоуправления кандидат обязан к моменту представления документов, необходимых для регистрации кандидата, списка кандидатов, прекратить статус иностранного агента. (Дополнение пунктом - Федеральный закон от 15.05.2024 № 99-ФЗ)</w:t>
      </w:r>
    </w:p>
    <w:p>
      <w:r>
        <w:rPr>
          <w:b/>
        </w:rPr>
        <w:t xml:space="preserve">22. </w:t>
      </w:r>
      <w:r>
        <w:t>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
        <w:rPr>
          <w:b/>
        </w:rPr>
        <w:t xml:space="preserve">22. </w:t>
      </w:r>
      <w:r>
        <w:t>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 и об источниках получения средств, за счет которых совершена сделка. (В редакции Федерального закона от 01.04.2022 № 90-ФЗ) (Дополнение пунктом - Федеральный закон от 02.04.2013 № 30-ФЗ)</w:t>
      </w:r>
    </w:p>
    <w:p>
      <w:r>
        <w:rPr>
          <w:b/>
        </w:rPr>
        <w:t>Статья 34. Выдвижение кандидатов в порядке самовыдвижения</w:t>
      </w:r>
    </w:p>
    <w:p>
      <w:r>
        <w:rPr>
          <w:b/>
        </w:rPr>
        <w:t xml:space="preserve">1. </w:t>
      </w:r>
      <w:r>
        <w:t>Самовыдвижение кандидатов производится путем уведомления об этом избирательных комиссий, в которых будет осуществляться регистрация кандидатов, с последующим сбором подписей в поддержку самовыдвижения кандидатов, за исключением случая, предусмотренного пунктом 17 статьи 38 настоящего Федерального закона. (В редакции федеральных законов от 05.12.2006 № 225-ФЗ; от 09.02.2009 № 3-ФЗ)</w:t>
      </w:r>
    </w:p>
    <w:p>
      <w:r>
        <w:rPr>
          <w:b/>
        </w:rPr>
        <w:t xml:space="preserve">2. </w:t>
      </w:r>
      <w:r>
        <w:t>Федеральным законом может быть предусмотрено, что для поддержки самовыдвижения кандидата необходимо также создать группу избирателей с определенным числом участников</w:t>
      </w:r>
    </w:p>
    <w:p>
      <w:r>
        <w:rPr>
          <w:b/>
        </w:rPr>
        <w:t>Статья 35. Выдвижение кандидатов, списков кандидатов избирательными объединениями</w:t>
      </w:r>
    </w:p>
    <w:p>
      <w:r>
        <w:t>(Наименование в редакции Федерального закона от 21.07.2005 № 93-ФЗ)</w:t>
      </w:r>
    </w:p>
    <w:p>
      <w:r>
        <w:rPr>
          <w:b/>
        </w:rPr>
        <w:t xml:space="preserve">1. </w:t>
      </w:r>
      <w:r>
        <w:t>Избирательные объединения вправе выдвигать кандидатов,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округе. В едином избирательном округе избирательное объединение вправе выдвинуть один список кандидатов, а при проведении выборов выборного должностного лица - одного кандидата. Кандидат может упоминаться в списке кандидатов по единому избирательному округу только один раз. (В редакции федеральных законов от 21.07.2005 № 93-ФЗ; от 05.12.2006 № 225-ФЗ; от 01.07.2010 № 133-ФЗ; от 09.03.2016 № 66-ФЗ)</w:t>
      </w:r>
    </w:p>
    <w:p>
      <w:r>
        <w:rPr>
          <w:b/>
        </w:rPr>
        <w:t xml:space="preserve">11. </w:t>
      </w:r>
      <w:r>
        <w:t>Законом субъекта Российской Федерации может быть предусмотрено выдвижение избирательным объединением кандидатов по одномандатным (многомандатным) избирательным округам списком, в котором определяется, по какому одномандатному (многомандатному) избирательному округу выдвигается каждый кандидат (далее - список кандидатов по одномандатным (многомандатным) избирательным округам). В этом случае законом субъекта Российской Федерации также может быть предусмотрено заверение списка кандидатов по одномандатным (многомандатным) избирательным округам организующей выборы избирательной комиссией. (Дополнение пунктом - Федеральный закон от 01.07.2010 № 133-ФЗ)</w:t>
      </w:r>
    </w:p>
    <w:p>
      <w:r>
        <w:rPr>
          <w:b/>
        </w:rPr>
        <w:t xml:space="preserve">2. </w:t>
      </w:r>
      <w:r>
        <w:t>Выдвижение кандидатов, списков кандидатов политическими партиями осуществляется в соответствии с Федеральным законом "О политических партиях". Выдвижение кандидатов иными общественными объединениями осуществляется на съездах (конференциях, собраниях) указанных общественных объединений, их региональных или местных отделений тайным голосованием, а также с соблюдением иных требований, предъявляемых федеральным законом к выдвижению кандидатов для политических партий. (В редакции Федерального закона от 05.04.2009 № 42-ФЗ)</w:t>
      </w:r>
    </w:p>
    <w:p>
      <w:r>
        <w:rPr>
          <w:b/>
        </w:rPr>
        <w:t xml:space="preserve">21. </w:t>
      </w:r>
      <w:r>
        <w:t>На выборах депутатов представительных органов муниципальных образований зарегистрированные в соответствии с законом общественные объединения, не являющиеся политическими партиями, их структурные подразделения вправе предлагать кандидатуры для включения их в списки кандидатов, выдвигаемые избирательными объединениями. Включение таких кандидатур в списки кандидатов осуществляется в порядке, установленном Федеральным законом "О политических партиях". (Дополнение пунктом - Федеральный закон от 05.04.2009 № 42-ФЗ)</w:t>
      </w:r>
    </w:p>
    <w:p>
      <w:r>
        <w:rPr>
          <w:b/>
        </w:rPr>
        <w:t xml:space="preserve">3. </w:t>
      </w:r>
      <w:r>
        <w:t>(Пункт утратил силу - Федеральный закон от 21.07.2005 № 93-ФЗ)</w:t>
      </w:r>
    </w:p>
    <w:p>
      <w:r>
        <w:rPr>
          <w:b/>
        </w:rPr>
        <w:t xml:space="preserve">4. </w:t>
      </w:r>
      <w:r>
        <w:t>(Пункт утратил силу - Федеральный закон от 21.07.2005 № 93-ФЗ)</w:t>
      </w:r>
    </w:p>
    <w:p>
      <w:r>
        <w:rPr>
          <w:b/>
        </w:rPr>
        <w:t xml:space="preserve">5. </w:t>
      </w:r>
      <w:r>
        <w:t>(Пункт утратил силу - Федеральный закон от 21.07.2005 № 93-ФЗ)</w:t>
      </w:r>
    </w:p>
    <w:p>
      <w:r>
        <w:rPr>
          <w:b/>
        </w:rPr>
        <w:t xml:space="preserve">6. </w:t>
      </w:r>
      <w:r>
        <w:t>(Пункт утратил силу - Федеральный закон от 21.07.2005 № 93-ФЗ)</w:t>
      </w:r>
    </w:p>
    <w:p>
      <w:r>
        <w:rPr>
          <w:b/>
        </w:rPr>
        <w:t xml:space="preserve">7. </w:t>
      </w:r>
      <w:r>
        <w:t>(Пункт утратил силу - Федеральный закон от 21.07.2005 № 93-ФЗ)</w:t>
      </w:r>
    </w:p>
    <w:p>
      <w:r>
        <w:rPr>
          <w:b/>
        </w:rPr>
        <w:t xml:space="preserve">8. </w:t>
      </w:r>
      <w:r>
        <w:t>(Пункт утратил силу - Федеральный закон от 21.07.2005 № 93-ФЗ)</w:t>
      </w:r>
    </w:p>
    <w:p>
      <w:r>
        <w:rPr>
          <w:b/>
        </w:rPr>
        <w:t xml:space="preserve">9. </w:t>
      </w:r>
      <w:r>
        <w:t>Федеральный орган исполнительной власти, уполномоченный на осуществление функций в сфере регистрации общественных объединений и политических партий, его территориальные органы составляют список политических партий, региональных отделений и иных структурных подразделений политических партий, иных общественных объединений, имеющих право в соответствии с Федеральным законом "О политических партиях" и настоящим Федеральным законом принимать участие в выборах в качестве избирательных объединений, по 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 размещают указанный список на своих официальных сайтах в информационно-телекоммуникационной сети "Интернет", а также в этот же срок направляют его в избирательную комиссию, организующую выборы. На выборах в федеральные органы государственной власти в указанный список включаются политические партии, имеющие право в соответствии с Федеральным законом "О политических партиях" принимать участие в выборах. На выборах в органы государственной власти субъектов Российской Федерации в указанный список включаются политические партии, их соответствующие региональные отделения, имеющие право в соответствии с Федеральным законом "О политических партиях" принимать участие в выборах. На выборах в органы местного самоуправления в указанный список включаются политические партии, их соответствующие региональные отделения и иные структурные подразделения, имеющие право в соответствии с Федеральным законом "О политических партиях" принимать участие в выборах, а также иные общественные объединения, которые отвечают требованиям, предусмотренным подпунктом 25 статьи 2 настоящего Федерального закона, и их соответствующие структурные подразделения. (В редакции федеральных законов от 21.07.2005 № 93-ФЗ, от 05.04.2009 № 42-ФЗ, от 11.07.2011 № 200-ФЗ, от 21.10.2013 № 283-ФЗ, от 15.05.2024 № 99-ФЗ)</w:t>
      </w:r>
    </w:p>
    <w:p>
      <w:r>
        <w:rPr>
          <w:b/>
        </w:rPr>
        <w:t xml:space="preserve">10. </w:t>
      </w:r>
      <w:r>
        <w:t>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Наименованием избирательного объединения, не являющегося юридическим лицом, является наименование, указанное в решении о его 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список кандидатов, в предусмотренном законом порядке согласует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 политических партиях", положениями Федерального закона от 19 мая 1995 года № 82-ФЗ "Об общественных объединениях", и только из слов, составляющих наименование политической партии, общественного объединения, указанное в ее (его) уставе. (В редакции федеральных законов от 01.07.2010 № 133-ФЗ, от 23.07.2011 № 259-ФЗ, от 09.03.2016 № 66-ФЗ, от 29.05.2019 № 104-ФЗ)</w:t>
      </w:r>
    </w:p>
    <w:p>
      <w:r>
        <w:rPr>
          <w:b/>
        </w:rPr>
        <w:t xml:space="preserve">11. </w:t>
      </w:r>
      <w:r>
        <w:t>(Пункт утратил силу - Федеральный закон от 21.07.2005 № 93-ФЗ)</w:t>
      </w:r>
    </w:p>
    <w:p>
      <w:r>
        <w:rPr>
          <w:b/>
        </w:rPr>
        <w:t xml:space="preserve">12. </w:t>
      </w:r>
      <w:r>
        <w:t>В случаях и порядке, предусмотренных законом, избирательное объединение вправе представить в соответствующую избирательную комиссию свою эмблему, описание которой содержится в его уставе. (В редакции Федерального закона от 21.07.2005 № 93-ФЗ)</w:t>
      </w:r>
    </w:p>
    <w:p>
      <w:r>
        <w:rPr>
          <w:b/>
        </w:rPr>
        <w:t xml:space="preserve">13. </w:t>
      </w:r>
      <w:r>
        <w:t>Изменение наименований и эмблем избирательных объединений после представления таких наименований и эмблем в соответствующую избирательную комиссию не допускается. (В редакции Федерального закона от 21.07.2005 № 93-ФЗ)</w:t>
      </w:r>
    </w:p>
    <w:p>
      <w:r>
        <w:rPr>
          <w:b/>
        </w:rPr>
        <w:t xml:space="preserve">131. </w:t>
      </w:r>
      <w:r>
        <w:t>При проведении выборов в органы государственной власти субъекта Российской Федерации, выборов в органы местного самоуправления количество, порядок назначения и регистрации избирательными комиссиями уполномоченных представителей кандидатов и избирательных объединений могут быть установлены законом субъекта Российской Федерации в соответствии с настоящим Федеральным законом. (Дополнение пунктом - Федеральный закон от 29.05.2023 № 184-ФЗ)</w:t>
      </w:r>
    </w:p>
    <w:p>
      <w:r>
        <w:rPr>
          <w:b/>
        </w:rPr>
        <w:t xml:space="preserve">132. </w:t>
      </w:r>
      <w:r>
        <w:t>Уполномоченными представителями кандидатов и избирательных объединений не могут быть лица, включенные в реестр иностранных агентов, лица, сведения о которых включены в единый реестр сведений о лицах, причастных к деятельности экстремистской или террористической организации. (Дополнение пунктом - Федеральный закон от 15.05.2024 № 99-ФЗ)</w:t>
      </w:r>
    </w:p>
    <w:p>
      <w:r>
        <w:rPr>
          <w:b/>
        </w:rPr>
        <w:t xml:space="preserve">14. </w:t>
      </w:r>
      <w:r>
        <w:t>Список кандидатов, выдвинутый избирательным объединением, представляется в избирательную комиссию, организующую выборы, вместе с документами, указанными в пунктах 2, 22 и 3 (при проведении выборов в законодательный (представительный) орган государственной власти - также в пункте 31) статьи 33 настоящего Федерального закона. Одновременно со списком кандидатов в указанную избирательную комиссию представляется официально заверенный постоянно действующим руководящим органом политической партии, ее регионального отделения или иного структурного подразделения список граждан, включенных в соответствующий список кандидатов и являющихся членами данной политической партии. Законом может быть предусмотрено, что указанные лица составляют не менее 50 процентов от числа кандидатов, включенных в список кандидатов. Если в соответствии с Федеральным законом "О политических партиях" в список кандидатов включены кандидатуры, предложенные общественным объединением, не являющимся политической партией, или его структурным подразделением, в указанную избирательную комиссию представляются также нотариально удостоверенная копия соглашения, предусмотренного пунктом 11 статьи 26 Федерального закона "О политических партиях", и список граждан, включенных на основании этого соглашения в список кандидатов. Законом может быть предусмотрено, что список кандидатов должен быть разбит на общерегиональную часть (часть списка кандидатов, не относящуюся к какой-либо региональной группе) и региональные группы либо только на региональные группы. При этом законом должно быть установлено минимальное и максимальное число региональных групп, на которые разбивается список кандидатов, либо определено максимальное число региональных групп, а также минимальное и максимальное число кандидатов в общерегиональной части и региональной группе. Законом может быть предусмотрено, что вместе со списком кандидатов избирательное объединение представляет и иные документы, связанные с выдвижением списка кандидатов. При этом законом не может быть предусмотрена обязанность представления копии устава политической партии. Избирательная комиссия в течение трех дней со дня приема документов заверяет список кандидатов, выдвинутый избирательным объединением. Федеральным законом может быть установлен иной срок для заверения списка кандидатов. Основаниями для отказа в заверении списка кандидатов являются отсутствие документов, указанных в законе, несоблюдение требований к выдвижению списка кандидатов, предусмотренных Федеральным законом "О политических партиях", настоящим Федеральным законом. Отсутствие документов кандидата, предусмотренных пунктами 2 и 3 (при проведении выборов в законодательные (представительные) органы государственной власти - также пунктом 31) статьи 33 настоящего Федерального закона, является основанием для исключения организующей выборы избирательной комиссией этого кандидата из списка кандидатов до его заверения. (В редакции Федерального закона от 05.05.2014 № 95-ФЗ)</w:t>
      </w:r>
    </w:p>
    <w:p>
      <w:r>
        <w:rPr>
          <w:b/>
        </w:rPr>
        <w:t xml:space="preserve">141. </w:t>
      </w:r>
      <w:r>
        <w:t>В случае выдвижения избирательным объединением кандидатов по одномандатным (многомандатным) избирательным округам списком и необходимости в соответствии с законом субъекта Российской Федерации его заверения организующей выборы избирательной комиссией уполномоченный представитель избирательного объединения вместе с заявлением каждого кандидата, указанным в пункте 2 статьи 33 настоящего Федерального закона, представляет в организующую выборы избирательную комиссию следующие документы: (В редакции Федерального закона от 04.06.2014 № 146-ФЗ)</w:t>
      </w:r>
    </w:p>
    <w:p>
      <w:r>
        <w:rPr>
          <w:b/>
        </w:rPr>
        <w:t xml:space="preserve">142. </w:t>
      </w:r>
      <w:r>
        <w:t>Организующая выборы избирательная комиссия в течение трех дней со дня приема документов, указанных в пункте 141 настоящей статьи, обязана принять решение о заверении списка кандидатов по одномандатным (многомандатным) избирательным округам либо об отказе в его заверении, который должен быть мотивирован. Основаниями для отказа в заверении списка являются отсутствие документов, предусмотренных подпунктами "а", "в" - "ж" пункта 141 настоящей статьи, несоблюдение требований к выдвижению кандидатов, предусмотренных Федеральным законом "О политических партиях", настоящим Федеральным законом. Отсутствие заявления кандидата о согласии баллотироваться, предусмотренного пунктом 2 статьи 33 настоящего Федерального закона, является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 Ошибки (опечатки), допущенные в оформлении представленных в избирательную комиссию документов в отношении отдельного кандидата, не позволяющие достоверно определить гражданина, выдвинутого в соответствующем одномандатном (многомандатном) избирательном округе, являются основанием для исключения организующей выборы избирательной комиссией соответствующего кандидата из списка кандидатов по одномандатным (многомандатным) избирательным округам до его заверения. Выдвижение в одномандатном (многомандатном) избирательном округе большего числа кандидатов, чем число депутатских мандатов, подлежащих замещению в этом избирательном округе, является основанием для исключения организующей выборы избирательной комиссией всех кандидатов, выдвинутых в данном избирательном округе, из списка кандидатов по одномандатным (многомандатным) избирательным округам до его заверения. (Дополнение пунктом - Федеральный закон от 01.07.2010 № 133-ФЗ) (В редакции федеральных законов от 05.05.2014 № 95-ФЗ, от 05.02.2018 № 1-ФЗ, от 15.05.2024 № 99-ФЗ)</w:t>
      </w:r>
    </w:p>
    <w:p>
      <w:r>
        <w:rPr>
          <w:b/>
        </w:rPr>
        <w:t xml:space="preserve">143. </w:t>
      </w:r>
      <w:r>
        <w:t>Решение организующей выборы избирательной комиссии о заверении списка кандидатов по одномандатным (многомандатным) избирательным округам с копией заверенного списка либо об отказе в его заверении выдается уполномоченному представителю избирательного объединения в течение одних суток с момента принятия соответствующего решения. В этот же срок решение о заверении списка с копиями заверенного списка (заверенными выписками из списка), копиями заявлений кандидатов, указанных в пункте 2 статьи 33 настоящего Федерального закона, и копиями документов, подтверждающих сведения о принадлежности кандидатов к политической партии, иному общественному объединению (в случае представления указанных документов), направляются организующей выборы избирательной комиссией в соответствующие окружные избирательные комиссии. Кандидат, включенный в заверенный список кандидатов по одномандатным (многомандатным) избирательным округам, представляет в соответствии с пунктом 5 статьи 33 настоящего Федерального закона в окружную избирательную комиссию документы, указанные в пунктах 22 и 3 (при проведении выборов в законодательные органы субъектов Российской Федерации - также в пункте 31) статьи 33 настоящего Федерального закона, после чего считается выдвинутым, приобретает права и обязанности, предусмотренные настоящим Федеральным законом, иным законом, а избирательная комиссия считается уведомленной о выдвижении кандидата. (Дополнение пунктом - Федеральный закон от 01.07.2010 № 133-ФЗ) (В редакции федеральных законов от 07.05.2013 № 102-ФЗ, от 04.06.2014 № 146-ФЗ, от 09.03.2016 № 66-ФЗ, от 14.03.2022 № 60-ФЗ, от 23.05.2025 № 115-ФЗ)</w:t>
      </w:r>
    </w:p>
    <w:p>
      <w:r>
        <w:rPr>
          <w:b/>
        </w:rPr>
        <w:t xml:space="preserve">144. </w:t>
      </w:r>
      <w:r>
        <w:t>Список кандидатов, список кандидатов по одномандатным (многомандатным) избирательным округам представляется в организующую выборы избирательную комиссию на бумажном носителе по форме, утверждаемой этой комиссией. Список кандидатов, список кандидатов по одномандатным (многомандатным) избирательным округам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 (Дополнение пунктом - Федеральный закон от 01.07.2010 № 133-ФЗ) (В редакции Федерального закона от 09.03.2016 № 66-ФЗ)</w:t>
      </w:r>
    </w:p>
    <w:p>
      <w:r>
        <w:rPr>
          <w:b/>
        </w:rPr>
        <w:t xml:space="preserve">145. </w:t>
      </w:r>
      <w:r>
        <w:t>При проведении выборов по одномандатным (многомандатным) избирательным округам в случае, если законом субъекта Российской Федерации не предусмотрено заверение списка кандидатов по одномандатным (многомандатным) избирательным округам, помимо документов, указанных в пунктах 2, 22 и 3 (при проведении выборов в законодательные органы субъектов Российской Федерации по одномандатным (многомандатным) избирательным округам - также в пункте 31) статьи 33 настоящего Федерального закона, кандидаты представляют в соответствии с пунктом 5 статьи 33 настоящего Федерального закона в окружные избирательные комиссии следующие документы: (В редакции федеральных законов от 07.05.2013 № 102-ФЗ, от 05.05.2014 № 95-ФЗ, от 14.03.2022 № 60-ФЗ)</w:t>
      </w:r>
    </w:p>
    <w:p>
      <w:r>
        <w:rPr>
          <w:b/>
        </w:rPr>
        <w:t xml:space="preserve">146. </w:t>
      </w:r>
      <w:r>
        <w:t>В случае, если избирательным объединением выдвинуто несколько кандидатов по многомандатному избирательному округу, а также в случае, если на избирательную комиссию возложены полномочия нескольких окружных избирательных комиссий и избирательным объединением выдвинуты кандидаты по нескольким одномандатным (многомандатным) избирательным округам, в избирательную комиссию, осуществляющую регистрацию кандидатов, документы, предусмотренные подпунктами "а" и "б" пункта 145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таких случаях иные кандидаты, выдвинутые этим избирательным объединением, документы, предусмотренные подпунктами "а" и "б" пункта 145 настоящей статьи, в эту же избирательную комиссию могут не представлять. (Дополнение пунктом - Федеральный закон от 23.07.2011 № 259-ФЗ) (В редакции Федерального закона от 05.05.2014 № 95-ФЗ)</w:t>
      </w:r>
    </w:p>
    <w:p>
      <w:r>
        <w:rPr>
          <w:b/>
        </w:rPr>
        <w:t xml:space="preserve">15. </w:t>
      </w:r>
      <w:r>
        <w:t>После представления списка кандидатов в избирательную комиссию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 Законом может быть предусмотрено, что избирательное объединение с согласия кандидата, выдвинутого этим избирательным объединением по одномандатному (многомандатному) избирательному округу, вправе изменить избирательный округ, по которому этот кандидат первоначально был выдвинут. (В редакции Федерального закона от 21.07.2005 № 93-ФЗ)</w:t>
      </w:r>
    </w:p>
    <w:p>
      <w:r>
        <w:rPr>
          <w:b/>
        </w:rPr>
        <w:t xml:space="preserve">16. </w:t>
      </w:r>
      <w:r>
        <w:t>В случае, если на выборах депутатов законодательного органа субъекта Российской Федерации законом субъекта Российской Федерации предусмотрено распределение депутатских мандатов (их части) между списками кандидатов пропорционально числу голосов избирателей, полученных каждым из списков кандидатов, законом субъекта Российской Федерации может предусматриваться необходимый для допуска к такому распределению депутатских мандатов минимальный процент голосов избирателей, полученных списком кандидатов, который не может быть более 5 процентов от числа голосов избирателей, принявших участие в голосовании. При этом минимальный процент голосов избирателей должен устанавливаться с таким расчетом, чтобы к распределению депутатских мандатов было допущено не менее двух списков кандидатов, получивших в совокупности более 50 процентов голосов избирателей, принявших участие в голосовании. (В редакции федеральных законов от 02.11.2013 № 303-ФЗ, от 05.05.2014 № 95-ФЗ, от 14.03.2022 № 60-ФЗ)</w:t>
      </w:r>
    </w:p>
    <w:p>
      <w:r>
        <w:rPr>
          <w:b/>
        </w:rPr>
        <w:t xml:space="preserve">17. </w:t>
      </w:r>
      <w:r>
        <w:t>(Дополнение пунктом - Федеральный закон от 22.04.2010 № 63-ФЗ) (Утратил силу - Федеральный закон от 05.05.2014 № 95-ФЗ)</w:t>
      </w:r>
    </w:p>
    <w:p>
      <w:r>
        <w:rPr>
          <w:b/>
        </w:rPr>
        <w:t xml:space="preserve">18. </w:t>
      </w:r>
      <w:r>
        <w:t>В случае, если в избираемом на муниципальных выборах представительном органе муниципального образования часть депутатских мандатов распределяется между списками кандидатов, выдвинутых избирательными объединениями, пропорционально числу голосов избирателей, полученных каждым из списков кандидатов, законом субъекта Российской Федерации может предусматриваться необходимый для допуска к такому распределению депутатских мандатов минимальный процент голосов избирателей, полученных списком кандидатов, который не может быть более 5 процентов от числа голосов избирателей, принявших участие в голосовании. При этом минимальный процент голосов избирателей должен устанавливаться с таким расчетом, чтобы к распределению депутатских мандатов было допущено не менее двух списков кандидатов, получивших в совокупности более 50 процентов голосов избирателей, принявших участие в голосовании. (Дополнение пунктом - Федеральный закон от 20.03.2011 № 38-ФЗ) (В редакции федеральных законов от 02.11.2013 № 303-ФЗ; от 05.05.2014 № 95-ФЗ)</w:t>
      </w:r>
    </w:p>
    <w:p>
      <w:r>
        <w:rPr>
          <w:b/>
        </w:rPr>
        <w:t xml:space="preserve">19. </w:t>
      </w:r>
      <w:r>
        <w:t>Выборы депутатов представительных органов поселений с численностью населения менее 3000 человек, а также представительных органов поселений, представительных органов городских округов и представительных органов муниципальных округов с численностью менее 15 депутатов проводятся по одномандатным и (или) многомандатным избирательным округам. (Дополнение пунктом - Федеральный закон от 16.10.2012 № 173-ФЗ) (В редакции федеральных законов от 18.04.2018 № 83-ФЗ, от 23.05.2020 № 153-ФЗ)</w:t>
      </w:r>
    </w:p>
    <w:p>
      <w:r>
        <w:rPr>
          <w:b/>
        </w:rPr>
        <w:t xml:space="preserve">20. </w:t>
      </w:r>
      <w:r>
        <w:t>В случае, если в избираемом на муниципальных выборах представительном органе муниципального образования часть депутатских мандатов распределяется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 (Дополнение пунктом - Федеральный закон от 16.10.2012 № 173-ФЗ) (В редакции Федерального закона от 02.11.2013 № 303-ФЗ)</w:t>
      </w:r>
    </w:p>
    <w:p>
      <w:r>
        <w:rPr>
          <w:b/>
        </w:rPr>
        <w:t xml:space="preserve">141. </w:t>
      </w:r>
      <w:r>
        <w:t>список кандидатов по одномандатным (многомандатным) избирательным округам, в котором указываются фамилия, имя и отчество каждого включенного в него кандидата, дата и место его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 также номер и (или) наименование одномандатного (многомандатного) избирательного округа, по которому выдвигается кандидат</w:t>
      </w:r>
    </w:p>
    <w:p>
      <w:r>
        <w:rPr>
          <w:b/>
        </w:rPr>
        <w:t xml:space="preserve">141. </w:t>
      </w:r>
      <w:r>
        <w:t>(Подпункт утратил силу - Федеральный закон от 04.06.2014 № 146-ФЗ)</w:t>
      </w:r>
    </w:p>
    <w:p>
      <w:r>
        <w:rPr>
          <w:b/>
        </w:rPr>
        <w:t xml:space="preserve">141. </w:t>
      </w:r>
      <w:r>
        <w:t>решение о назначении уполномоченного представителя избирательного объединения, в котором указываются его фамилия, имя и отчество, дата рождения, адрес места жительства,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w:t>
      </w:r>
    </w:p>
    <w:p>
      <w:r>
        <w:rPr>
          <w:b/>
        </w:rPr>
        <w:t xml:space="preserve">141. </w:t>
      </w:r>
      <w:r>
        <w:t>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его территориальным органом, а если избирательное объединение не является юридическим лицом, также решение о его создании. Законом субъекта Российской Федерации может быть предусмотрен иной способ удостоверения указанного документа; (В редакции федеральных законов от 23.07.2011 № 259-ФЗ, от 14.03.2022 № 60-ФЗ)</w:t>
      </w:r>
    </w:p>
    <w:p>
      <w:r>
        <w:rPr>
          <w:b/>
        </w:rPr>
        <w:t xml:space="preserve">141. </w:t>
      </w:r>
      <w:r>
        <w:t>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 (В редакции Федерального закона от 23.07.2011 № 259-ФЗ)</w:t>
      </w:r>
    </w:p>
    <w:p>
      <w:r>
        <w:rPr>
          <w:b/>
        </w:rPr>
        <w:t xml:space="preserve">141. </w:t>
      </w:r>
      <w:r>
        <w:t>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кандидатов по одномандатным (многомандатным) избирательным округам списком</w:t>
      </w:r>
    </w:p>
    <w:p>
      <w:r>
        <w:rPr>
          <w:b/>
        </w:rPr>
        <w:t xml:space="preserve">141. </w:t>
      </w:r>
      <w:r>
        <w:t>документ, подтверждающий согласование с соответствующим органом политической партии, иного общественного объединения кандидатур, выдвигаемых в качестве кандидатов, если такое согласование предусмотрено уставом политической партии, иного общественного объединения. (Дополнение пунктом - Федеральный закон от 01.07.2010 № 133-ФЗ)</w:t>
      </w:r>
    </w:p>
    <w:p>
      <w:r>
        <w:rPr>
          <w:b/>
        </w:rPr>
        <w:t xml:space="preserve">145. </w:t>
      </w:r>
      <w:r>
        <w:t>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также решение о его создании. Законом субъекта Российской Федерации может быть предусмотрен иной способ удостоверения указанного документа; (В редакции Федерального закона от 23.07.2011 № 259-ФЗ)</w:t>
      </w:r>
    </w:p>
    <w:p>
      <w:r>
        <w:rPr>
          <w:b/>
        </w:rPr>
        <w:t xml:space="preserve">145. </w:t>
      </w:r>
      <w:r>
        <w:t>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 (В редакции Федерального закона от 23.07.2011 № 259-ФЗ)</w:t>
      </w:r>
    </w:p>
    <w:p>
      <w:r>
        <w:rPr>
          <w:b/>
        </w:rPr>
        <w:t xml:space="preserve">145. </w:t>
      </w:r>
      <w:r>
        <w:t>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соответствующего органа политической партии, ее регионального отделения или иного структурного подразделения), съезда (конференции, собрания) иного общественного объединения, его регионального или местного отделения о выдвижении кандидата по соответствующему одномандатному (многомандатному) избирательному округу</w:t>
      </w:r>
    </w:p>
    <w:p>
      <w:r>
        <w:rPr>
          <w:b/>
        </w:rPr>
        <w:t xml:space="preserve">145. </w:t>
      </w:r>
      <w:r>
        <w:t>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 (Дополнение пунктом - Федеральный закон от 01.07.2010 № 133-ФЗ)</w:t>
      </w:r>
    </w:p>
    <w:p>
      <w:r>
        <w:rPr>
          <w:b/>
        </w:rPr>
        <w:t>Статья 351. Поддержка выдвижения кандидатов, списков кандидатов на выборах депутатов законодательных (представительных) органов государственной власти, представительных органов муниципальных образований</w:t>
      </w:r>
    </w:p>
    <w:p>
      <w:r>
        <w:rPr>
          <w:b/>
        </w:rPr>
        <w:t xml:space="preserve">1. </w:t>
      </w:r>
      <w:r>
        <w:t>Необходимым условием регистрации кандидата, списка кандидатов на выборах депутатов законодательных (представительных) органов государственной власти, представительных органов муниципальных образований является поддержка выдвижения кандидата, списка кандидатов избирателями, наличие которой определяется по результатам выборов, указанным в настоящей статье, либо подтверждается необходимым числом подписей избирателей, собранных в поддержку выдвижения кандидата, списка кандидатов</w:t>
      </w:r>
    </w:p>
    <w:p>
      <w:r>
        <w:rPr>
          <w:b/>
        </w:rPr>
        <w:t xml:space="preserve">2. </w:t>
      </w:r>
      <w:r>
        <w:t>На выборах депутатов Государственной Думы Федерального Собрания Российской Федерации условия признания выдвижения кандидата, списка кандидатов поддержанным избирателями устанавливаются федеральным законом</w:t>
      </w:r>
    </w:p>
    <w:p>
      <w:r>
        <w:rPr>
          <w:b/>
        </w:rPr>
        <w:t xml:space="preserve">3. </w:t>
      </w:r>
      <w:r>
        <w:t>На выборах депутатов законодательных органов субъектов Российской Федерации, представительных органов муниципальных образований выдвижение политической партией, ее региональным отделением или иным структурным подразделением (если выдвижение кандидатов, списков кандидатов региональным отделением или иным структурным подразделением предусмотрено уставом политической партии) (далее в настоящей статье - выдвижение политической партией)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в случае, если федеральный список кандидатов, выдвинутый политической партией, по результатам последних выборов депутатов Государственной Думы Федерального Собрания Российской Федерации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 (В редакции Федерального закона от 14.03.2022 № 60-ФЗ)</w:t>
      </w:r>
    </w:p>
    <w:p>
      <w:r>
        <w:rPr>
          <w:b/>
        </w:rPr>
        <w:t xml:space="preserve">4. </w:t>
      </w:r>
      <w:r>
        <w:t>На выборах депутатов законодательного органа субъекта Российской Федерации, представительных органов муниципальных образований в данном субъекте Российской Федерации выдвижение политической партией, на которую не распространяется действие пункта 3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список кандидатов, выдвинутый политической партией, по результатам последних выборов депутатов законодательного органа данного субъекта Российской Федерации был допущен к распределению депутатских мандатов или получил не менее 3 процентов голосов избирателей, принявших участие в голосовании по единому избирательному округу. (В редакции Федерального закона от 14.03.2022 № 60-ФЗ)</w:t>
      </w:r>
    </w:p>
    <w:p>
      <w:r>
        <w:rPr>
          <w:b/>
        </w:rPr>
        <w:t xml:space="preserve">5. </w:t>
      </w:r>
      <w:r>
        <w:t>На выборах депутатов законодательного органа субъекта Российской Федерации выдвижение политической партией, на которую не распространяется действие пунктов 3 и 4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указанных выборах в любом из следующих случаев: (В редакции Федерального закона от 14.03.2022 № 60-ФЗ)</w:t>
      </w:r>
    </w:p>
    <w:p>
      <w:r>
        <w:rPr>
          <w:b/>
        </w:rPr>
        <w:t xml:space="preserve">6. </w:t>
      </w:r>
      <w:r>
        <w:t>На выборах депутатов представительного органа муниципального образования выдвижение политической партией, на которую не распространяется действие пунктов 3 и 4 настоящей статьи,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в этот представительный орган муниципального образования по результатам последних выборов был избран хотя бы один депутат, выдвинутый данной политической партией (в том числе в составе списка кандидатов)</w:t>
      </w:r>
    </w:p>
    <w:p>
      <w:r>
        <w:rPr>
          <w:b/>
        </w:rPr>
        <w:t xml:space="preserve">5. </w:t>
      </w:r>
      <w:r>
        <w:t>список кандидатов, выдвинутый политической партией, по результатам последних выборов в представительные органы муниципальных образований данного субъекта Российской Федерации был допущен к распределению депутатских мандатов хотя бы в одном из них</w:t>
      </w:r>
    </w:p>
    <w:p>
      <w:r>
        <w:rPr>
          <w:b/>
        </w:rPr>
        <w:t xml:space="preserve">5. </w:t>
      </w:r>
      <w:r>
        <w:t>на последних выборах в представительные органы муниципальных образований данного субъекта Российской Федерации за списки кандидатов, выдвинутые политической партией, в сумме проголосовало не менее 0,5 процента от числа избирателей, зарегистрированных на территории данного субъекта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