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Литовской Республикой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24.07.2002 № 108-ФЗ</w:t>
      </w:r>
    </w:p>
    <w:p>
      <w:r>
        <w:t>О ратификации Договора между Российской Федерацией и Литовской Республикой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Литовской Республикой о передаче для отбывания наказания лиц, осужденных к лишению свободы Принят Государственной Думой 19 июня 2002 года Одобрен Советом Федерации 10 июля 2002 года Ратифицировать Договор между Российской Федерацией и Литовской Республикой о передаче для отбывания наказания лиц, осужденных к лишению свободы, подписанный в городе Вильнюсе 25 июня 2001 года. Президент Российской Федерации В.Путин Москва, Кремль 24 июля 2002 года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