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Беларусь о порядке взаимного исполнения судебных актов арбитражных судов Российской Федерации и хозяйственных судов Республики Беларусь</w:t>
      </w:r>
    </w:p>
    <w:p>
      <w:r>
        <w:rPr>
          <w:b/>
        </w:rPr>
        <w:t>Статья None. Федеральный закон   от 11.07.2002 № 90-ФЗ</w:t>
      </w:r>
    </w:p>
    <w:p>
      <w:r>
        <w:t>О ратификации Соглашения между Российской Федерацией и Республикой Беларусь о порядке взаимного исполнения судебных актов арбитражных судов Российской Федерации и хозяйственных судов Республики Беларусь РОССИЙСКАЯ ФЕДЕРАЦИЯ ФЕДЕРАЛЬНЫЙ ЗАКОН О ратификации Соглашения между Российской Федерацией и Республикой Беларусь о порядке взаимного исполнения судебных актов арбитражных судов Российской Федерации и хозяйственных судов Республики Беларусь Принят Государственной Думой 19 июня 2002 года Одобрен Советом Федерации 26 июня 2002 года Ратифицировать Соглашение между Российской Федерацией и Республикой Беларусь о порядке взаимного исполнения судебных актов арбитражных судов Российской Федерации и хозяйственных судов Республики Беларусь, подписанное в городе Москве 17 января 2001 года. Президент Российской Федерации В.Путин Москва, Кремль 11 июля 2002 года № 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