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правовом положении иностранных граждан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правовое положение иностранных граждан в Российской Федерации, а также регулирует отношения между иностранными гражданами, с одной стороны, и органами государственной власти, органами местного самоуправления, должностными лицами указанных органов, с другой стороны, возникающие в связи с пребыванием (проживанием) иностранных граждан в Российской Федерации и осуществлением ими на территории Российской Федерации трудовой, предпринимательской и иной деятельности.</w:t>
      </w:r>
    </w:p>
    <w:p>
      <w:r>
        <w:rPr>
          <w:b/>
        </w:rPr>
        <w:t>Статья 2. Основные понятия</w:t>
      </w:r>
    </w:p>
    <w:p>
      <w:r>
        <w:rPr>
          <w:b/>
        </w:rPr>
        <w:t xml:space="preserve">1. </w:t>
      </w:r>
      <w:r>
        <w:t>В целях настоящего Федерального закона применяются следующие основные понятия: иностранный гражданин - физическое лицо, не являющееся гражданином Российской Федерации и имеющее доказательства наличия гражданства (подданства) иностранного государства; лицо без гражданства - физическое лицо, не являющееся гражданином Российской Федерации и не имеющее доказательств наличия гражданства (подданства) иностранного государства; приглашение на въезд в Российскую Федерацию - документ, в том числе электронный документ, являющийся основанием для выдачи иностранному гражданину визы либо для въезда в Российскую Федерацию в порядке, не требующем получения визы, в случаях, предусмотренных федеральным законом или международным договором Российской Федерации; (В редакции Федерального закона от 27.07.2010 № 227-ФЗ) приглашающая сторона - федеральный орган государственной власти, дипломатическое представительство и консульское учреждение иностранного государства в Российской Федерации, международная организация и ее представительство в Российской Федерации, представительство иностранного государства при международной организации, находящейся в Российской Федерации, орган государственной власти субъекта Российской Федерации, орган местного самоуправления, юридическое лицо, гражданин Российской Федерации и постоянно проживающие в Российской Федерации иностранный гражданин и лицо без гражданства, а также иные имеющие в соответствии с федеральным законом право обращаться с ходатайством об оформлении приглашения на въезд в Российскую Федерацию органы, организации и физические лица, по ходатайству которых выдано приглашение на въезд в Российскую Федерацию иностранному гражданину или лицу без гражданства, въехавшим в Российскую Федерацию по визе, выданной на основании такого приглашения, либо непосредственно по указанному приглашению в случаях, предусмотренных федеральным законом или международным договором Российской Федерации; (Дополнение абзацем - Федеральный закон от 30.12.2012 № 315-ФЗ) миграционная карта - документ, содержащий сведения о въезжающих или прибывших в Российскую Федерацию иностранном гражданине или лице без гражданства и о сроке их временного пребывания в Российской Федерации, подтверждающий право иностранного гражданина или лица без гражданства, прибывших в Российскую Федерацию в порядке, не требующем получения визы, на временное пребывание в Российской Федерации, а также служащий для контроля за временным пребыванием в Российской Федерации иностранного гражданина или лица без гражданства; (В редакции Федерального закона от 18.07.2006 № 110-ФЗ) временное удостоверение личности лица без гражданства в Российской Федерации - документ, выданный лицу без гражданства в подтверждение его личности и временного пребывания в Российской Федерации. Временное удостоверение личности лица без гражданства в Российской Федерации не может быть выдано в форме электронного документа; (Дополнение абзацем - Федеральный закон от 24.02.2021 № 22-ФЗ) разрешение на временное проживание - подтверждение права иностранного гражданина или лица без гражданства временно проживать в Российской Федерации до получения вида на жительство; (В редакции федеральных законов от 27.07.2010 № 227-ФЗ, от 14.07.2022 № 357-ФЗ) вид на жительство - документ, выданный иностранному гражданину или лицу без гражданства в подтверждение их права на постоянное проживание в Российской Федерации, а также их права на свободный выезд из Российской Федерации и въезд в Российскую Федерацию. Вид на жительство, выданный лицу без гражданства, является одновременно и документом, удостоверяющим его личность. Вид на жительство не может быть выдан в форме электронного документа; (В редакции Федерального закона от 27.07.2010 № 227-ФЗ) законно находящийся в Российской Федерации иностранный гражданин - лицо, имеющее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на пребывание (проживание) в Российской Федерации; (В редакции федеральных законов от 18.07.2006 № 110-ФЗ, от 14.07.2022 № 357-ФЗ) временно пребывающий в Российской Федерации иностранный гражданин - лицо, находящееся в Российской Федерации на основании визы или прибывшее в Российскую Федерацию в порядке, не требующем получения визы, и получившее миграционную карту, за исключением случаев, предусмотренных международным договором Российской Федерации, либо временное удостоверение личности лица без гражданства в Российской Федерации, либо свидетельство о рассмотрении ходатайства о признании беженцем на территории Российской Федерации по существу, либо удостоверение беженца, либо свидетельство о предоставлении временного убежища на территории Российской Федерации, но не имеющее вида на жительство, разрешения на временное проживание или разрешения на временное проживание в целях получения образования; (В редакции федеральных законов от 24.02.2021 № 22-ФЗ, от 14.07.2022 № 357-ФЗ) временно проживающий в Российской Федерации иностранный гражданин - лицо, получившее разрешение на временное проживание или разрешение на временное проживание в целях получения образования; (В редакции Федерального закона от 14.07.2022 № 357-ФЗ) постоянно проживающий в Российской Федерации иностранный гражданин - лицо, получившее вид на жительство; трудовая деятельность иностранного гражданина - работа иностранного гражданина в Российской Федерации на основании трудового договора или гражданско-правового договора на выполнение работ (оказание услуг); иностранный работник - иностранный гражданин, временно пребывающий в Российской Федерации и осуществляющий в установленном порядке трудовую деятельность; иностранный гражданин, зарегистрированный в качестве индивидуального предпринимателя, - иностранный гражданин, зарегистрированный в Российской Федерации в качестве индивидуального предпринимателя, осуществляющего деятельность без образования юридического лица; разрешение на работу - документ, подтверждающий право иностранного гражданина, прибывшего в Российскую Федерацию в порядке, требующем получения визы, и других категорий иностранных граждан в случаях, предусмотренных настоящим Федеральным законом, на временное осуществление на территории Российской Федерации трудовой деятельности; (В редакции Федерального закона от 24.11.2014 № 357-ФЗ) патент - документ, подтверждающий в соответствии с настоящим Федеральным законом право иностранного гражданина, прибывшего в Российскую Федерацию в порядке, не требующем получения визы, за исключением отдельных категорий иностранных граждан в случаях, предусмотренных настоящим Федеральным законом, на временное осуществление на территории субъекта Российской Федерации трудовой деятельности, если иное не предусмотрено настоящим Федеральным законом; (Дополнение абзацем - Федеральный закон от 24.11.2014 № 357-ФЗ) (В редакции Федерального закона от 23.05.2025 № 121-ФЗ) депортация - принудительная высылка иностранного гражданина из Российской Федерации в случае утраты или прекращения законных оснований для его дальнейшего пребывания (проживания) в Российской Федерации; иностранный гражданин, прибывший в Российскую Федерацию в порядке, не требующем получения визы, - иностранный гражданин, прибывший в Российскую Федерацию в порядке, не требующем получения визы (за исключением иностранного гражданина, прибывшего в Российскую Федерацию без визы в порядке, установленном для отдельных категорий иностранных граждан (в том числе владельцев дипломатических или служебных (официальных) паспортов, пассажиров круизных судов, членов экипажей морских или речных судов либо иных транспортных средств, лиц, совершающих транзитный проезд через территорию Российской Федерации, жителей приграничных территорий), а также иностранного гражданина, прибывшего в Российскую Федерацию без визы в порядке, установленном в специальных целях, включая торговлю и хозяйственную деятельность на приграничных территориях, туризм, строительство); (Дополнение абзацем - Федеральный закон от 18.07.2006 № 110-ФЗ) специальное учреждение - специальное учреждение федерального органа исполнительной власти в сфере внутренних дел или его территориального органа, предназначенное для содержания иностранных граждан и лиц без гражданства, подлежащих административному выдворению за пределы Российской Федерации или депортации, либо иностранных граждан и лиц без гражданства, подлежащих передаче Российской Федерацией иностранному государству в соответствии с международным договором Российской Федерации о реадмиссии, или иностранных граждан и лиц без гражданства, принятых Российской Федерацией от иностранного государства в соответствии с международным договором Российской Федерации о реадмиссии, но не имеющих законных оснований для пребывания (проживания) в Российской Федерации (далее также - иностранные граждане, подлежащие реадмиссии); (Дополнение абзацем - Федеральный закон от 28.12.2013 № 384-ФЗ) (В редакции Федерального закона от 27.12.2018 № 528-ФЗ) разрешение на временное проживание в целях получения образования - подтверждение права на временное проживание в Российской Федерации иностранного гражданина или лица без гражданства, которые проходят обучение по 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государственной образовательной организации или государственной научной организации, расположенных на территории Российской Федерации (далее - государственная образовательная или государственная научная организация); (Дополнение абзацем - Федеральный закон от 14.07.2022 № 357-ФЗ) режим высылки - правовой режим, применяемый на основании настоящего Федерального закона в отношении иностранных граждан или лиц без гражданства, находящихся в Российской Федерации, но не имеющих законных оснований для пребывания (проживания) в Российской Федерации, в целях обеспечения их выезда из Российской Федерации или приобретения ими законных оснований для пребывания (проживания) в Российской Федерации, предусматривающий установление в отношении таких лиц ограничений отдельных прав и свобод, применение мер федерального государственного контроля (надзора) в сфере миграции. (Дополнение абзацем - Федеральный закон от 08.08.2024 № 260-ФЗ)</w:t>
      </w:r>
    </w:p>
    <w:p>
      <w:r>
        <w:rPr>
          <w:b/>
        </w:rPr>
        <w:t xml:space="preserve">2. </w:t>
      </w:r>
      <w:r>
        <w:t>В целях настоящего Федерального закона понятие "иностранный гражданин" включает в себя понятие "лицо без гражданства", за исключением случаев, когда федеральным законом для лиц без гражданства устанавливаются специальные правила, отличающиеся от правил, установленных для иностранных граждан</w:t>
      </w:r>
    </w:p>
    <w:p>
      <w:r>
        <w:rPr>
          <w:b/>
        </w:rPr>
        <w:t>Статья 3. Законодательство о правовом положении иностранных граждан в Российской Федерации</w:t>
      </w:r>
    </w:p>
    <w:p>
      <w:r>
        <w:rPr>
          <w:b/>
        </w:rPr>
        <w:t xml:space="preserve">1. </w:t>
      </w:r>
      <w:r>
        <w:t>Законодательство о правовом положении иностранных граждан в Российской Федерации основывается на Конституции Российской Федерации и состоит из настоящего Федерального закона и иных федеральных законов. Наряду с этим правовое положение иностранных граждан в Российской Федерации определяется международными договорами Российской Федерации. (В редакции Федерального закона от 28.06.2022 № 207-ФЗ)</w:t>
      </w:r>
    </w:p>
    <w:p>
      <w:r>
        <w:rPr>
          <w:b/>
        </w:rPr>
        <w:t xml:space="preserve">2. </w:t>
      </w:r>
      <w:r>
        <w:t>В целях обеспечения национальной безопасности, решения иных задач внутренней и внешней политики особенности правового положения отдельных категорий иностранных граждан, носящие временный характер, могут определяться указами Президента Российской Федерации. (Дополнение пунктом - Федеральный закон от 28.06.2022 № 207-ФЗ)</w:t>
      </w:r>
    </w:p>
    <w:p>
      <w:r>
        <w:rPr>
          <w:b/>
        </w:rPr>
        <w:t>Статья 4. Условия пребывания (проживания) иностранных граждан в Российской Федерации</w:t>
      </w:r>
    </w:p>
    <w:p>
      <w:r>
        <w:rPr>
          <w:b/>
        </w:rPr>
        <w:t xml:space="preserve">1. </w:t>
      </w:r>
      <w:r>
        <w:t>Иностранные граждане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
        <w:rPr>
          <w:b/>
        </w:rPr>
        <w:t xml:space="preserve">2. </w:t>
      </w:r>
      <w:r>
        <w:t>Иностранные граждане в период пребывания (проживания) на территории Российской Федерации обязаны воздерживаться от деятельности, наносящей ущерб интересам Российской Федерации, соблюдать Конституцию Российской Федерации и законодательство Российской Федерации, в том числе</w:t>
      </w:r>
    </w:p>
    <w:p>
      <w:r>
        <w:rPr>
          <w:b/>
        </w:rPr>
        <w:t xml:space="preserve">3. </w:t>
      </w:r>
      <w:r>
        <w:t>Находящиеся в Российской Федерации иностранные граждане, являющиеся законными представителями иностранных граждан, не достигших возраста восемнадцати лет, недееспособных или ограниченных в дееспособности иностранных граждан, достигших возраста восемнадцати лет, обязаны обеспечивать законность пребывания (проживания) в Российской Федерации иностранных граждан, не достигших возраста восемнадцати лет, недееспособных или ограниченных в дееспособности иностранных граждан, достигших возраста восемнадцати лет, соблюдение требований, предусмотренных пунктом 2 настоящей статьи, реализацию иностранными гражданами, не достигшими возраста восемнадцати лет, своих прав, предусмотренных Конституцией Российской Федерации и законодательством Российской Федерации, включая получение основного общего образования, медицинской помощи, проживание в надлежащих жилищно-бытовых условиях. (Статья в редакции Федерального закона от 08.08.2024 № 260-ФЗ)</w:t>
      </w:r>
    </w:p>
    <w:p>
      <w:r>
        <w:rPr>
          <w:b/>
        </w:rPr>
        <w:t xml:space="preserve">2. </w:t>
      </w:r>
      <w:r>
        <w:t>бережно относиться к окружающей среде, природным ресурсам, материальным и культурным ценностям Российской Федерации</w:t>
      </w:r>
    </w:p>
    <w:p>
      <w:r>
        <w:rPr>
          <w:b/>
        </w:rPr>
        <w:t xml:space="preserve">2. </w:t>
      </w:r>
      <w:r>
        <w:t>уважать многообразие региональных и этнокультурных укладов жизни населения Российской Федерации</w:t>
      </w:r>
    </w:p>
    <w:p>
      <w:r>
        <w:rPr>
          <w:b/>
        </w:rPr>
        <w:t xml:space="preserve">2. </w:t>
      </w:r>
      <w:r>
        <w:t>не препятствовать осуществлению прав и свобод граждан Российской Федерации, деятельности органов публичной власти Российской Федерации и их должностных лиц</w:t>
      </w:r>
    </w:p>
    <w:p>
      <w:r>
        <w:rPr>
          <w:b/>
        </w:rPr>
        <w:t xml:space="preserve">2. </w:t>
      </w:r>
      <w:r>
        <w:t>не вмешиваться во внешнюю и внутреннюю государственную политику Российской Федерации, в том числе не осуществлять действий, направленных на побуждение к принятию, изменению, отмене законов и иных нормативных правовых актов. Не является вмешательством во внешнюю и внутреннюю государственную политику Российской Федерации деятельность, осуществляемая в соответствии с положениями пункта 2 статьи 12 настоящего Федерального закона</w:t>
      </w:r>
    </w:p>
    <w:p>
      <w:r>
        <w:rPr>
          <w:b/>
        </w:rPr>
        <w:t xml:space="preserve">2. </w:t>
      </w:r>
      <w:r>
        <w:t>уважать традиционные российские духовно-нравственные ценности, в том числе представления о браке как о союзе мужчины и женщины, семье, материнстве, об отцовстве, о детстве, соблюдать требование о недопустимости искажения исторической правды о подвиге советского народа при защите Отечества и его вкладе в победу над фашизмом</w:t>
      </w:r>
    </w:p>
    <w:p>
      <w:r>
        <w:rPr>
          <w:b/>
        </w:rPr>
        <w:t xml:space="preserve">2. </w:t>
      </w:r>
      <w:r>
        <w:t>воздерживаться от финансирования и иного содействия деятельности, нарушающей положения подпунктов 1 - 5 настоящего пункта, и вовлечения в нее иных лиц</w:t>
      </w:r>
    </w:p>
    <w:p>
      <w:r>
        <w:rPr>
          <w:b/>
        </w:rPr>
        <w:t>Статья 41. Оказание содействия федеральному органу исполнительной власти в сфере внутренних дел, его территориальным органам и представительствам (представителям) за рубежом в осуществлении отдельных полномочий</w:t>
      </w:r>
    </w:p>
    <w:p>
      <w:r>
        <w:rPr>
          <w:b/>
        </w:rPr>
        <w:t xml:space="preserve">1. </w:t>
      </w:r>
      <w:r>
        <w:t>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w:t>
      </w:r>
    </w:p>
    <w:p>
      <w:r>
        <w:rPr>
          <w:b/>
        </w:rPr>
        <w:t xml:space="preserve">2. </w:t>
      </w:r>
      <w:r>
        <w:t>На территориях иностранных государств, перечень которых устанавливается Правительством Российской Федерации, подведомственное предприятие оказывает содействие представительствам (представителям) федерального органа исполнительной власти в сфере внутренних дел за рубежом (далее - представительства (представители) в проведении обязательной государственной дактилоскопической регистрации иностранных граждан, указанных в абзаце пятом пункта 13 статьи 5 настоящего Федерального закона, и их фотографировании</w:t>
      </w:r>
    </w:p>
    <w:p>
      <w:r>
        <w:rPr>
          <w:b/>
        </w:rPr>
        <w:t xml:space="preserve">3. </w:t>
      </w:r>
      <w:r>
        <w:t>Порядок оказания содействия в осуществлении отдельных полномочий, указанных в пунктах 1 и 2 настоящей статьи, подведомственным предприятием федеральному органу исполнительной власти в сфере внутренних дел, его территориальным органам и представительствам (представителям), в том числе сроки передачи подведомственным предприятием полученных им документов и сведений в федеральный орган исполнительной власти в сфере внутренних дел, его территориальные органы и представительства (представителям), порядок осуществления контроля за соблюдением подведомственным предприятием требований к оказанию такого содействия, а также требования к информационному взаимодействию подведомственного предприятия и федерального органа исполнительной власти в сфере внутренних дел, его территориальных органов, осуществляемому с использованием единой системы межведомственного электронного взаимодействия, и требования к информационному взаимодействию подведомственного предприятия и представительств (представителей) устанавливаются федеральным органом исполнительной власти в сфере внутренних дел</w:t>
      </w:r>
    </w:p>
    <w:p>
      <w:r>
        <w:rPr>
          <w:b/>
        </w:rPr>
        <w:t xml:space="preserve">4. </w:t>
      </w:r>
      <w:r>
        <w:t>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осуществлении отдельных полномочий, указанных в пункте 1 настоящей статьи, может оказывать уполномоченная данным субъектом Российской Федерации организация (далее - уполномоченная организация). Уполномоченная организация также вправе оказывать содействие территориальному органу федерального органа исполнительной власти в сфере внутренних дел на территории Московской области в осуществлении полномочий, указанных в абзаце четвертом подпункта 1 пункта 1 настоящей статьи, в случае заключения соответствующего соглашения высшими должностными лицами субъектов Российской Федерации - города федерального значения Москвы и Московской области. Порядок оказания содействия в осуществлении отдельных полномочий, указанных в пункте 1 настоящей статьи,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полученных ею документов и сведений в территориальный орган федерального органа исполнительной власти в сфере внутренних дел, порядок осуществления контроля за соблюдением уполномоченной организацией требований к оказанию такого содействия, а также требования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 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осуществлении отдельных полномочий, указанных в пункте 1 настоящей статьи,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w:t>
      </w:r>
    </w:p>
    <w:p>
      <w:r>
        <w:rPr>
          <w:b/>
        </w:rPr>
        <w:t xml:space="preserve">5. </w:t>
      </w:r>
      <w:r>
        <w:t>Содействие федеральному органу исполнительной власти в сфере внутренних дел, его территориальным органам и представительствам (представителям) в осуществлении отдельных полномочий, указанных в пунктах 1 и 2 настоящей статьи,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физических лиц, юридических лиц и подведомственного предприятия, уполномоченной организации осуществляется в соответствии с гражданским законодательством, а также с соблюдением требований законодательства иностранного государства, на территории которого представительство (представитель) осуществляет свои функции, если такое содействие оказывается за пределами Российской Федерации. Подведомственное предприятие и уполномоченная организация по желанию заявителей оформляют заявления и иные документы,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 Содействие в проведении обязательной государственной дактилоскопической регистрации оказывается подведомственным предприятием и уполномоченной организацией в соответствии с Федеральным законом от 25 июля 1998 года № 128-ФЗ "О государственной дактилоскопической регистрации в Российской Федерации". Содействие подведомственного предприятия и уполномоченной организации в проведении фотографирования иностранных граждан включает в себя деятельность по получению фотографической информации (изображения лица в электронной форме) и ее передаче в территориальный орган федерального органа исполнительной власти в сфере внутренних дел или представительство (представителю). Фотографическая информация (изображение лица в электронной форме), полученная подведомственным предприятием и уполномоченной организацией, передается в территориальный орган федерального органа исполнительной власти в сфере внутренних дел или представительство (представителю) незамедлительно и после передачи уничтожается данными подведомственным предприятием и уполномоченной организацией</w:t>
      </w:r>
    </w:p>
    <w:p>
      <w:r>
        <w:rPr>
          <w:b/>
        </w:rPr>
        <w:t xml:space="preserve">6. </w:t>
      </w:r>
      <w:r>
        <w:t>Контроль за оказанием подведомственным предприятием и уполномоченной организацией содействия в осуществлении отдельных полномочий, указанных в пунктах 1 и 2 настоящей статьи,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 Решения и (или) действия (бездействие) работников подведомственного предприятия и уполномоченной организации, оказывающих содействие в осуществлении отдельных полномочий, указанных в пунктах 1 и 2 настоящей статьи, могут быть обжалованы в федеральный орган исполнительной власти в сфере внутренних дел и (или) его территориальные органы либо в суд. (Дополнение статьей - Федеральный закон от 25.12.2023 № 648-ФЗ)</w:t>
      </w:r>
    </w:p>
    <w:p>
      <w:r>
        <w:rPr>
          <w:b/>
        </w:rPr>
        <w:t xml:space="preserve">1. </w:t>
      </w:r>
      <w:r>
        <w:t>в проведении обязательной государственной дактилоскопической регистрации иностранных граждан и их фотографировании, а также в приеме заявлений, ходатайств и иных документов, необходимых: для выдачи иностранным гражданам разрешений на временное проживание или разрешений на временное проживание в целях получения образования; для выдачи (замены) вида на жительство, за исключением вида на жительство лица без гражданства, содержащего электронный носитель информации; для оформления, выдачи и переоформления патентов; для выдачи разрешений на работу и продления срока их действия</w:t>
      </w:r>
    </w:p>
    <w:p>
      <w:r>
        <w:rPr>
          <w:b/>
        </w:rPr>
        <w:t xml:space="preserve">1. </w:t>
      </w:r>
      <w:r>
        <w:t>в приеме: заявлений, ходатайств и иных документов, необходимых для выдачи разрешений на привлечение и использование иностранных работников; заявлений, ходатайств и иных документов, необходимых для оформления и выдачи приглашений на въезд в Российскую Федерацию; заявлений, ходатайств о продлении срока временного пребывания иностранного гражданина в Российской Федерации; уведомлений от иностранных граждан о подтверждении своего проживания в Российской Федерации, предусмотренных пунктом 9 статьи 6 и пунктом 11 статьи 8 настоящего Федерального закона; уведомлений от работодателя или заказчика работ (услуг), привлекающих и использующих для осуществления трудовой деятельности иностранного гражданина,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предусмотренных пунктом 8 статьи 13 настоящего Федерального закона; уведомлений об исполнении обязательств по выплате заработной платы (вознаграждения) высококвалифицированным специалистам, предусмотренных пунктом 13 статьи 132 настоящего Федерального закона; уведомлений об осуществлении трудовой деятельности от иностранных граждан, осуществляющих трудовую деятельность на основании патентов; уведомлений о предоставлении иностранному гражданину академического отпуска, о завершении или досрочном прекращении обучения иностранного гражданина в образовательной или научной организации, а также информации о самовольном убытии иностранного гражданина из образовательной или научной организации</w:t>
      </w:r>
    </w:p>
    <w:p>
      <w:r>
        <w:rPr>
          <w:b/>
        </w:rPr>
        <w:t xml:space="preserve">1. </w:t>
      </w:r>
      <w:r>
        <w:t>в проведении обязательной государственной дактилоскопической регистрации иностранных граждан, указанных в абзацах первом - четвертом пункта 13 статьи 5 настоящего Федерального закона, и их фотографировании, а также в приеме и передаче в территориальный орган федерального органа исполнительной власти в сфере внутренних дел медицинских документов, подтверждающих прохождение иностранными гражданами медицинского освидетельствования, предусмотренного пунктом 18 статьи 5 настоящего Федерального закона</w:t>
      </w:r>
    </w:p>
    <w:p>
      <w:r>
        <w:rPr>
          <w:b/>
        </w:rPr>
        <w:t>Статья 5. Временное пребывание иностранных граждан в Российской Федерации</w:t>
      </w:r>
    </w:p>
    <w:p>
      <w:r>
        <w:rPr>
          <w:b/>
        </w:rPr>
        <w:t xml:space="preserve">1. </w:t>
      </w:r>
      <w:r>
        <w:t>Срок временного пребывания иностранного гражданина в Российской Федерации определяется сроком действия выданной ему визы, за исключением случаев, предусмотренных настоящим Федеральным законом. (В редакции Федерального закона от 19.05.2010 № 86-ФЗ) Срок временного пребывания в Российской Федерации иностранного гражданина, прибывшего в Российскую Федерацию в порядке, не требующем получения визы, не может превышать девяносто суток суммарно в течение одного календарного года, за исключением случаев, предусмотренных настоящим Федеральным законом или международными договорами Российской Федерации, а также в случае, если такой срок не продлен в соответствии с настоящим Федеральным законом. При этом непрерывный срок временного пребывания в Российской Федерации указанного иностранного гражданина не может превышать девяносто суток. (В редакции федеральных законов от 28.12.2013 № 389-ФЗ, от 30.12.2015 № 466-ФЗ, от 08.08.2024 № 260-ФЗ) Срок временного пребывания в Российской Федерации иностранного гражданина, прибывшего в Российскую Федерацию в порядке, не требующем получения визы, и являющегося высококвалифицированным специалистом, и срок временного пребывания в Российской Федерации членов его семьи определяются сроком действия разрешения на работу, выданного такому высококвалифицированному специалисту в соответствии со статьей 132 настоящего Федерального закона. (Дополнение абзацем - Федеральный закон от 20.03.2011 № 42-ФЗ) Срок временного пребывания в Российской Федерации лица без гражданства, получившего временное удостоверение личности лица без гражданства в Российской Федерации, определяется сроком действия временного удостоверения личности лица без гражданства в Российской Федерации, лица, ходатайствующего о признании беженцем, - сроком действия свидетельства о рассмотрении ходатайства о признании беженцем на территории Российской Федерации по существу, беженца - сроком действия удостоверения беженца, лица, получившего временное убежище, - сроком действия свидетельства о предоставлении временного убежища на территории Российской Федерации. (Дополнение абзацем - Федеральный закон от 24.02.2021 № 22-ФЗ)</w:t>
      </w:r>
    </w:p>
    <w:p>
      <w:r>
        <w:rPr>
          <w:b/>
        </w:rPr>
        <w:t xml:space="preserve">2. </w:t>
      </w:r>
      <w:r>
        <w:t>Временно пребывающий в Российской Федерации иностранный гражданин обязан выехать из Российской Федерации по истечении срока действия его визы или иного срока временного пребывания, установленного настоящим Федеральным законом или международным договором Российской Федерации, за исключением случаев, когда на день истечения указанных сроков ему продлен срок действия визы или иной срок временного пребывания, либо ему выдана новая виза, либо у него (в отношении его) приняты заявление и иные документы, необходимые для получения разрешения на временное проживание, либо у него принято заявление о выдаче вида на жительство, либо федеральным органом исполнительной власти в сфере внутренних дел принято ходатайство работодателя или заказчика работ (услуг) о привлечении иностранного гражданина к трудовой деятельности в качестве высококвалифицированного специалиста или заявление работодателя или заказчика работ (услуг) о продлении срока действия разрешения на работу, выданного такому высококвалифицированному специалисту в соответствии со статьей 132 настоящего Федерального закона. (В редакции федеральных законов от 14.07.2022 № 357-ФЗ, от 28.12.2024 № 517-ФЗ)</w:t>
      </w:r>
    </w:p>
    <w:p>
      <w:r>
        <w:rPr>
          <w:b/>
        </w:rPr>
        <w:t xml:space="preserve">3. </w:t>
      </w:r>
      <w:r>
        <w:t>Срок временного пребывания иностранного гражданина в Российской Федерации может быть соответственно продлен либо сокращен в случаях, если изменились условия или перестали существовать обстоятельства, в связи с которыми ему был разрешен въезд в Российскую Федерацию. Срок временного пребывания иностранного гражданина в Российской Федерации сокращается в случае принятия в отношении его в установленном порядке решения о неразрешении въезда в Российскую Федерацию, а также в иных случаях, предусмотренных федеральными законами. (В редакции федеральных законов от 23.07.2013 № 224-ФЗ, от 28.12.2013 № 386-ФЗ, от 23.05.2025 № 121-ФЗ)</w:t>
      </w:r>
    </w:p>
    <w:p>
      <w:r>
        <w:rPr>
          <w:b/>
        </w:rPr>
        <w:t xml:space="preserve">31. </w:t>
      </w:r>
      <w:r>
        <w:t>Срок временного пребывания в Российской Федерации лица, в отношении которого принято решение о прекращении гражданства Российской Федерации, устанавливается в соответствии со статьей 53 настоящего Федерального закона. (Дополнение пунктом - Федеральный закон от 28.12.2024 № 517-ФЗ)</w:t>
      </w:r>
    </w:p>
    <w:p>
      <w:r>
        <w:rPr>
          <w:b/>
        </w:rPr>
        <w:t xml:space="preserve">4. </w:t>
      </w:r>
      <w:r>
        <w:t>Решение о продлении либо сокращении срока временного пребывания иностранного гражданина в Российской Федерации принимается федеральным органом исполнительной власти, ведающим вопросами иностранных дел, или федеральным органом исполнительной власти в сфере внутренних дел или его территориальными органами. (В редакции федеральных законов от 18.07.2006 № 110-ФЗ; от 19.05.2010 № 86-ФЗ; от 27.12.2018 № 528-ФЗ) Порядок принятия решения о продлении либо сокращении срока временного пребывания иностранного гражданина в Российской Федерации устанавливается соответственно федеральным органом исполнительной власти, ведающим вопросами иностранных дел, и федеральным органом исполнительной власти в сфере внутренних дел. (Дополнение абзацем - Федеральный закон от 24.11.2014 № 357-ФЗ) (В редакции Федерального закона от 27.12.2018 № 528-ФЗ)</w:t>
      </w:r>
    </w:p>
    <w:p>
      <w:r>
        <w:rPr>
          <w:b/>
        </w:rPr>
        <w:t xml:space="preserve">5. </w:t>
      </w:r>
      <w:r>
        <w:t>Срок временного пребывания иностранного гражданина продлевается при выдаче иностранному гражданину разрешения на работу либо при продлении срока действия разрешения на работу в соответствии со статьей 132 или 135 настоящего Федерального закона. (В редакции Федерального закона от 24.11.2014 № 357-ФЗ) Срок временного пребывания в Российской Федерации иностранного гражданина продлевается при выдаче иностранному гражданину патента, при продлении срока действия патента или при переоформлении патента в соответствии со статьей 133 настоящего Федерального закона, за исключением случаев, предусмотренных настоящим Федеральным законом. Срок временного пребывания в Российской Федерации не достигших восемнадцатилетнего возраста детей, в том числе усыновленных или находящихся под опекой (попечительством), иностранного гражданина, осуществляющего трудовую деятельность на основании патента, при условии нахождения их на иждивении данного иностранного гражданина продлевается на срок действия выданного (продленного, переоформленного) данному иностранному гражданину патента. (В редакции федеральных законов от 24.11.2014 № 357-ФЗ, от 14.07.2022 № 357-ФЗ) Абзац. (Утратил силу - Федеральный закон от 24.11.2014 № 357-ФЗ) Не допускается продление срока временного пребывания иностранного гражданина в соответствии с абзацами первым - третьим настоящего пункта для иностранных граждан, прибывших в Российскую Федерацию в порядке, не требующем получения визы, и осуществляющих трудовую деятельность в соответствии со статьей 133 настоящего Федерального закона, если в соответствии с межправительственными соглашениями о взаимных безвизовых поездках граждан такие иностранные граждане для въезда в Российскую Федерацию в целях осуществления трудовой деятельности свыше сроков, установленных такими межправительственными соглашениями, обязаны получать визу. (В редакции Федерального закона от 24.11.2014 № 357-ФЗ) В случае, если срок действия имеющегося у иностранного гражданина патента не был продлен либо выданный ему патент был аннулирован, данный иностранный гражданин в случае истечения срока его временного пребывания в Российской Федерации обязан выехать из Российской Федерации. (Дополнение абзацем - Федеральный закон от 24.11.2014 № 357-ФЗ) (Пункт в редакции Федерального закона от 19.05.2010 № 86-ФЗ)</w:t>
      </w:r>
    </w:p>
    <w:p>
      <w:r>
        <w:rPr>
          <w:b/>
        </w:rPr>
        <w:t xml:space="preserve">51. </w:t>
      </w:r>
      <w:r>
        <w:t>Временно пребывающий в Российской Федерации иностранный гражданин обязан иметь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либо полис обязательного медицинского страхования в соответствии с требованиями законодательства Российской Федерации об обязательном медицинском страховании. 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(Дополнение пунктом - Федеральный закон от 14.07.2022 № 237-ФЗ)</w:t>
      </w:r>
    </w:p>
    <w:p>
      <w:r>
        <w:rPr>
          <w:b/>
        </w:rPr>
        <w:t xml:space="preserve">6. </w:t>
      </w:r>
      <w:r>
        <w:t>Срок временного пребывания в Российской Федерации иностранного гражданина, прибывшего в Российскую Федерацию и поступающего на военную службу по контракту, устанавливается в порядке, определяемом Правительством Российской Федерации. (Дополнение пунктом - Федеральный закон от 11.11.2003 № 141-ФЗ)</w:t>
      </w:r>
    </w:p>
    <w:p>
      <w:r>
        <w:rPr>
          <w:b/>
        </w:rPr>
        <w:t xml:space="preserve">7. </w:t>
      </w:r>
      <w:r>
        <w:t>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продлевается до завершения обучения данного иностранного гражданина по очной или очно-заочной форме обучения в образовательной или научной организации. Срок временного пребывания в Российской Федерации иностранного гражданина, прибывшего в Российскую Федерацию в целях обучения и поступившего на подготовительное отделение или подготовительный факультет федеральной государственной образовательной организации по дополнительной общеобразовательной программе, обеспечивающей подготовку иностранных граждан к освоению основных профессиональных образовательных программ на русском языке (далее - подготовительный факультет федеральной государственной образовательной организации), продлевается до завершения обучения данного иностранного гражданина на подготовительном факультете федеральной государственной образовательной организации.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случае перевода данного иностранного гражданина в той же образовательной или научной организации с одной образовательной программы, имеющей государственную аккредитацию, на другую образовательную программу, имеющую государственную аккредитацию, либо образовательную программу в образовательной или научной организации, включенной в установленный Правительством Российской Федерации перечень, в том числе образовательную программу другого уровня, или с одной программы подготовки научных и научно-педагогических кадров в аспирантуре (адъюнктуре) на другую программу подготовки научных и научно-педагогических кадров в аспирантуре (адъюнктуре) продлевается до завершения обучения данного иностранного гражданина по очной или очно-заочной форме в указанной образовательной или научной организации. Срок временного пребывания в Российской Федерации иностранного гражданина, завершившего обучение на подготовительном факультете федеральной государственной образовательной организации, в случае его приема на обучение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той же федеральной государственной образовательной организации либо другой образовательной или научной организации продлевается до завершения обучения данного иностранного гражданина в указанной федеральной государственной образовательной организации либо другой образовательной или научной организации, в которую он принят.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случае перевода данного иностранного гражданина в другую образовательную или научную организацию для продолжения обучения по очной или очно-заочной форме по соответствующей образовательной программе или по другой образовательной программе из числа указанных в настоящем абзаце продлевается до завершения обучения данного иностранного гражданина в образовательной или научной организации, в которую он переводится для продолжения обучения. Образовательная или научная организация, в которой проходит обучение иностранный гражданин, указанный в абзаце первом, втором или третьем настоящего пункта, обязана обратиться в территориальный орган федерального органа исполнительной власти в сфере внутренних дел с ходатайством о продлении срока временного пребывания в Российской Федерации данного иностранного гражданина не позднее чем за двадцать дней до окончания срока его временного пребывания в Российской Федерации. Срок временного пребывания в Российской Федерации иностранного гражданина, завершившего обучение в образовательной или научной организации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может быть продлен на срок до тридцати календарных дней с даты завершения обучения данного иностранного гражданина в образовательной или научной организации в целях поступления данного иностранного гражданина в ту же образовательную или научную организацию либо иную образовательную или научную организацию для получения профессионального образования другого уровня по очной или очно-заочной форме обучения по образовательной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если иное не предусмотрено федеральным законом. Иностранный гражданин, указанный в абзаце пятом настоящего пункта, образовательная или научная организация, в которой данный иностранный гражданин обучался по очной или очно-заочной форме, либо образовательная или научная организация, в которой данный иностранный гражданин будет продолжать обучение по очной или очно-заочной форме, вправе обратиться в территориальный орган федерального органа исполнительной власти в сфере внутренних дел с ходатайством о продлении ему срока временного пребывания в Российской Федерации. Срок временного пребывания в Российской Федерации не достигших восемнадцатилетнего возраста детей, в том числе усыновленных или находящихся под опекой (попечительством), иностранного гражданина, указанного в абзаце первом, втором, третьем или пятом настоящего пункта, при условии нахождения их на иждивении данного иностранного гражданина продлевается на срок временного пребывания данного иностранного гражданина. Срок временного пребывания в Российской Федерации членов семьи иностранного гражданина (супруга (супруги), не достигших восемнадцатилетнего возраста детей, в том числе усыновленных или находящихся под его опекой (попечительством), при условии нахождения их на его иждивении), въехавшего в Российскую Федерацию в целях обучения и поступившего в профессиональную образовательную организацию или образовательную организацию высшего образования в системе федеральных органов исполнительной власти, ведающих вопросами соответственно обороны, внутренних дел, безопасности, государственной охраны, таможенного дела, предотвращения чрезвычайных ситуаций и ликвидации последствий стихийных бедствий, исполнения уголовных наказаний в отношении осужденных, деятельности войск национальной гвардии, продлевается до окончания срока обучения данного иностранного гражданина в образовательной организации из числа указанных. Образовательная или научная организация, в которой обучается иностранный гражданин, указанный в абзаце первом, втором, третьем или пятом настоящего пункта, обязана уведомлять территориальный орган федерального органа исполнительной власти в сфере внутренних дел о предоставлении иностранному гражданину академического отпуска, о завершении или досрочном прекращении обучения данного иностранного гражданина в этой образовательной или научной организации в течение трех рабочих дней со дня издания распорядительного акта о предоставлении ему академического отпуска или его отчислении. (В редакции Федерального закона от 10.07.2023 № 316-ФЗ) Форма и порядок подачи указанного в абзаце девятом настоящего пункта уведомления устанавливаются федеральным органом исполнительной власти в сфере внутренних дел. Завершение или досрочное прекращение обучения иностранного гражданина в образовательной или научной организации является основанием для сокращения срока временного пребывания данного иностранного гражданина в Российской Федерации, если иное не предусмотрено настоящим Федеральным законом. (Дополнение пунктом - Федеральный закон от 23.07.2013 № 203-ФЗ) (В редакции Федерального закона от 14.07.2022 № 357-ФЗ)</w:t>
      </w:r>
    </w:p>
    <w:p>
      <w:r>
        <w:rPr>
          <w:b/>
        </w:rPr>
        <w:t xml:space="preserve">71. </w:t>
      </w:r>
      <w:r>
        <w:t>Отметка о продлении срока временного пребывания иностранному гражданину, прибывшему в Российскую Федерацию в целях обучения в порядке, не требующем получения визы, проставляется в его миграционной карте. (Дополнение пунктом - Федеральный закон от 14.07.2022 № 357-ФЗ)</w:t>
      </w:r>
    </w:p>
    <w:p>
      <w:r>
        <w:rPr>
          <w:b/>
        </w:rPr>
        <w:t xml:space="preserve">8. </w:t>
      </w:r>
      <w:r>
        <w:t>Срок временного пребывания в Российской Федерации иностранного гражданина, приглашенного в Российскую Федерацию в рамках инвестиционного соглашения о реализации инвестиционного проекта на территории Дальневосточного федерального округа, заключенного с иностранной компанией, представителем или работником которой является указанный иностранный гражданин, резидентом территории опережающего развития, расположенной на территории Дальневосточного федерального округа, или резидентом свободного порта Владивосток, сокращается в случае завершения либо прекращения (расторжения) указанного инвестиционного соглашения, если отсутствуют иные основания временного пребывания иностранного гражданина в Российской Федерации. (Дополнение пунктом - Федеральный закон от 07.04.2020 № 119-ФЗ) (В редакции Федерального закона от 14.07.2022 № 271-ФЗ)</w:t>
      </w:r>
    </w:p>
    <w:p>
      <w:r>
        <w:rPr>
          <w:b/>
        </w:rPr>
        <w:t xml:space="preserve">9. </w:t>
      </w:r>
      <w:r>
        <w:t>Срок временного пребывания в Российской Федерации иностранного гражданина, осуществляющего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а также членов его семьи (в случаях, предусмотренных федеральными законами или международными договорами Российской Федерации) продлевается на срок действия трудового договора или гражданско-правового договора на выполнение работ (оказание услуг), заключенного данным иностранным гражданином с работодателем или заказчиком работ (услуг) в соответствии с законодательством Российской Федерации. Срок временного пребывания в Российской Федерации иностранного гражданина, указанного в абзаце первом настоящего пункта, а также членов его семьи (в случаях, предусмотренных федеральным законом или международными договорами Российской Федерации) в случае заключения им трудового договора или гражданско-правового договора на выполнение работ (оказание услуг) на неопределенный срок продлевается до одного года с даты его въезда в Российскую Федерацию. Указанный срок временного пребывания может быть неоднократно продлен, но не более чем на один год для каждого такого продления. Членами семьи иностранного гражданина, осуществляющего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признаются его супруг (супруга), дети (в том числе усыновленные или находящиеся под опекой (попечительством), родители (усыновители) при условии их нахождения на его иждивении. (Дополнение пунктом - Федеральный закон от 01.07.2021 № 274-ФЗ)</w:t>
      </w:r>
    </w:p>
    <w:p>
      <w:r>
        <w:rPr>
          <w:b/>
        </w:rPr>
        <w:t xml:space="preserve">10. </w:t>
      </w:r>
      <w:r>
        <w:t>Срок временного пребывания в Российской Федерации иностранного гражданина, прибывшего в Российскую Федерацию в порядке, не требующем получения визы, и являющегося членом семьи гражданина Российской Федерации или иностранного гражданина, постоянно проживающего на территории Российской Федерации, имеющего место жительства в Российской Федерации, продлевается на срок до одного года с даты его въезда в Российскую Федерацию. Указанный срок временного пребывания может быть неоднократно продлен, но не более чем на один год для каждого такого продления. Членами семьи гражданина Российской Федерации или иностранного гражданина, постоянно проживающего на территории Российской Федерации, имеющего место жительства в Российской Федерации, признаются его супруг (супруга), дети (в том числе усыновленные или находящиеся под опекой (попечительством), родители (усыновители), дедушки, бабушки, внуки. (Дополнение пунктом - Федеральный закон от 01.07.2021 № 274-ФЗ)</w:t>
      </w:r>
    </w:p>
    <w:p>
      <w:r>
        <w:rPr>
          <w:b/>
        </w:rPr>
        <w:t xml:space="preserve">11. </w:t>
      </w:r>
      <w:r>
        <w:t>Срок временного пребывания в Российской Федерации иностранного гражданина, имеющего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программы, продлевается на срок действия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(Дополнение пунктом - Федеральный закон от 01.07.2021 № 274-ФЗ)</w:t>
      </w:r>
    </w:p>
    <w:p>
      <w:r>
        <w:rPr>
          <w:b/>
        </w:rPr>
        <w:t xml:space="preserve">12. </w:t>
      </w:r>
      <w:r>
        <w:t>(Дополнение пунктом - Федеральный закон от 01.07.2021 № 274-ФЗ) (Утратил силу - Федеральный закон от 28.12.2024 № 517-ФЗ)</w:t>
      </w:r>
    </w:p>
    <w:p>
      <w:r>
        <w:rPr>
          <w:b/>
        </w:rPr>
        <w:t xml:space="preserve">13. </w:t>
      </w:r>
      <w:r>
        <w:t>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 и фотографированию в течение тридцати календарных дней со дня въезда в Российскую Федерацию либо при обращении с заявлением об оформлении патента или при получении разрешения на работу в соответствии с пунктом 46 статьи 13 настоящего Федерального закона. Иностранные граждане, имеющие право на осуществление трудовой деятельности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при изменении цели визита в Российскую Федерацию подлежат обязательной государственной дактилоскопической регистрации и фотографированию в течение тридцати календарных дней со дня заключения трудового договора или гражданско-правового договора на выполнение работ (оказание услуг) с работодателем или заказчиком работ (услуг), но не позднее девяноста календарных дней со дня въезда в Российскую Федерацию. 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 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перечень которых устанавливается Правительством Российской Федерации. Иностранные граждане, указанные в абзаце пятом настоящего пункта, не прошедшие обязательную государственную дактилоскопическую регистрацию и фотографирование за пределами Российской Федерации, проходят их на территории Российской Федерации в соответствии с абзацами первым - четвертым настоящего пункта. Иностранные граждане, указанные в абзацах первом - пятом настоящего пункта, подлежат обязательной государственной дактилоскопической регистрации и фотографированию однократно, за исключением случаев, установленных федеральным органом исполнительной власти в сфере внутренних дел. Порядок проведения обязательной государственной дактилоскопической регистрации и фотографирования иностранных граждан, указанных в абзацах первом - пятом настоящего пункта, устанавливается федеральным органом исполнительной власти в сфере внутренних дел. 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Иностранные граждане, указанные в абзаце пятом настоящего пункта, прошедшие обязательную государственную дактилоскопическую регистрацию и фотографирование за пределами Российской Федерации, по прибытии в Российскую Федерацию в сроки, установленные для их прохождения в соответствии с абзацами первым и вторым настоящего пункта, обращаются лично в территориальный орган федерального органа исполнительной власти в сфере внутренних дел для получения документа, подтверждающего прохождение обязательной государственной дактилоскопической регистрации и фотографирования, предусмотренного абзацем девятым настоящего пункта. Указанный документ выдается иностранному гражданину, если по результатам проверки по отпечаткам пальцев рук в режиме реального времени подтвердились его личность и прохождение им ранее обязательной государственной дактилоскопической регистрации и фотографирования. На территории Российской Федерации или территориях отдельных субъектов Российской Федерации документ, указанный в абзаце девятом настоящего пункта,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порядке, определяемом федеральным органом исполнительной власти в сфере внутренних дел. Формы, описание и порядок учета документов, указанных в абзацах девятом и одиннадцатом настоящего пункта, устанавливаются федеральным органом исполнительной власти в сфере внутренних дел. (Дополнение пунктом - Федеральный закон от 01.07.2021 № 274-ФЗ) (В редакции Федерального закона от 25.12.2023 № 648-ФЗ)</w:t>
      </w:r>
    </w:p>
    <w:p>
      <w:r>
        <w:rPr>
          <w:b/>
        </w:rPr>
        <w:t xml:space="preserve">14. </w:t>
      </w:r>
      <w:r>
        <w:t>(Дополнение пунктом - Федеральный закон от 01.07.2021 № 274-ФЗ) (Утратил силу - Федеральный закон от 25.12.2023 № 648-ФЗ)</w:t>
      </w:r>
    </w:p>
    <w:p>
      <w:r>
        <w:rPr>
          <w:b/>
        </w:rPr>
        <w:t xml:space="preserve">15. </w:t>
      </w:r>
      <w:r>
        <w:t>(Дополнение пунктом - Федеральный закон от 01.07.2021 № 274-ФЗ) (Утратил силу - Федеральный закон от 25.12.2023 № 648-ФЗ)</w:t>
      </w:r>
    </w:p>
    <w:p>
      <w:r>
        <w:rPr>
          <w:b/>
        </w:rPr>
        <w:t xml:space="preserve">16. </w:t>
      </w:r>
      <w:r>
        <w:t>(Дополнение пунктом - Федеральный закон от 01.07.2021 № 274-ФЗ) (Утратил силу - Федеральный закон от 25.12.2023 № 648-ФЗ)</w:t>
      </w:r>
    </w:p>
    <w:p>
      <w:r>
        <w:rPr>
          <w:b/>
        </w:rPr>
        <w:t xml:space="preserve">17. </w:t>
      </w:r>
      <w:r>
        <w:t>Для прохождения обязательной государственной дактилоскопической регистрации и фотографирования иностранные граждане, указанные в абзацах первом - четвертом пункта 13 настоящей статьи, за исключением лиц, прошедших обязательную государственную дактилоскопическую регистрацию и фотографирование в случаях, предусмотренных настоящим Федеральным законом или Федеральным законом "О беженцах", обращаются лично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 Для прохождения обязательной государственной дактилоскопической регистрации и фотографирования иностранные граждане, указанные в абзаце пятом пункта 13 настоящей статьи, обращаются лично в подведомственное предприятие или представительство (к представителю). Указанные иностранные граждане предъявляют документ, удостоверяющий их личность и признаваемый Российской Федерацией в этом качестве. (Дополнение пунктом - Федеральный закон от 01.07.2021 № 274-ФЗ) (В редакции Федерального закона от 25.12.2023 № 648-ФЗ)</w:t>
      </w:r>
    </w:p>
    <w:p>
      <w:r>
        <w:rPr>
          <w:b/>
        </w:rPr>
        <w:t xml:space="preserve">18. </w:t>
      </w:r>
      <w:r>
        <w:t>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в течение девяноста календарных дней со дня въезда в Российскую Федерацию обязаны пройти медицинское освидетельствование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Иностранные граждане, указанные в абзаце третьем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обязаны в течение тридцати календарных дней со дня заключения трудового договора или гражданско-правового договора на выполнение работ (оказание услуг) с работодателем или заказчиком работ (услуг), но не позднее девяноста календарных дней со дня въезда в Российскую Федерацию пройти медицинское освидетельствование, предусмотренное абзацем первым настоящего пункта,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Иностранные граждане, прибывшие в Российскую Федерацию в целях осуществления трудовой деятельности, и иностранные граждане, указанные в абзаце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законом "О беженцах", обязаны в течение тридцати календарных дней со дня въезда в Российскую Федерацию пройти медицинское освидетельствование, предусмотренное абзацем первым настоящего пункта,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Порядок проведения медицинского освидетельствования, включая проведение химико-токсикологических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наличия или отсутствия у иностранного гражданина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а также формы бланков и сроки действия медицинских документов, выдаваемых по результатам указанных химико-токсикологических исследований и медицинских освидетельствований,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абзаце первом настоящего пункта, на территории соответствующего субъекта Российской Федерации. (Дополнение пунктом - Федеральный закон от 01.07.2021 № 274-ФЗ) (В редакции Федерального закона от 14.07.2022 № 357-ФЗ)</w:t>
      </w:r>
    </w:p>
    <w:p>
      <w:r>
        <w:rPr>
          <w:b/>
        </w:rPr>
        <w:t xml:space="preserve">19. </w:t>
      </w:r>
      <w:r>
        <w:t>Иностранные граждане, указанные в пункте 18 настоящей статьи, в течение тридцати календарных дней по истечении одного года со дня прохождения ими медицинского освидетельствования, предусмотренного настоящим Федеральным законом или Федеральным законом "О беженцах", обязаны повторно пройти медицинское освидетельствование, предусмотренное пунктом 18 настоящей статьи,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об отсутствии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об отсутствии у них инфекционных заболеваний, представляющих опасность для окружающих, а также сертификат об отсутствии заболевания, вызываемого вирусом иммунодефицита человека (ВИЧ-инфекции). (В редакции Федерального закона от 14.07.2022 № 357-ФЗ) Положение абзаца первого настоящего пункта не применяется в отношении иностранных граждан, являющихся высококвалифицированными специалистами и привлекаемых к трудовой деятельности в Российской Федерации в соответствии со статьей 132 настоящего Федерального закона, а также членов их семей. (Дополнение абзацем - Федеральный закон от 14.07.2022 № 357-ФЗ) (В редакции Федерального закона от 10.07.2023 № 316-ФЗ) Иностранные граждане, являющиеся высококвалифицированными специалистами и привлекаемые к трудовой деятельности в Российской Федерации в соответствии со статьей 132 настоящего Федерального закона,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 если на день принятия такого решения они находились за пределами Российской Федерации, обязаны повторно пройти медицинское освидетельствование, предусмотренное пунктом 18 настоящей статьи, и представить в федеральный орган исполнительной власти в сфере внутренних дел или его территориальный орган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(Дополнение абзацем - Федеральный закон от 14.07.2022 № 357-ФЗ) (В редакции Федерального закона от 10.07.2023 № 316-ФЗ) Порядок представления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 медицинских документов, подтверждающих прохождение медицинского освидетельствования, предусмотренного пунктом 18 настоящей статьи, порядок передачи подведомственным предприятием или уполномоченной организацией в территориальный орган федерального органа исполнительной власти в сфере внутренних дел указанных медицинских документов и сроки их хранения устанавливаются федеральным органом исполнительной власти в сфере внутренних дел. (Дополнение пунктом - Федеральный закон от 01.07.2021 № 274-ФЗ)</w:t>
      </w:r>
    </w:p>
    <w:p>
      <w:r>
        <w:rPr>
          <w:b/>
        </w:rPr>
        <w:t xml:space="preserve">20. </w:t>
      </w:r>
      <w:r>
        <w:t>Положения пунктов 13 и 18 настоящей статьи не распространяются на лиц без гражданства, получивших временное удостоверение личности лица без гражданства, а также иностранных граждан: (В редакции Федерального закона от 14.07.2022 № 357-ФЗ) 1) являющихся гражданами Республики Беларусь;</w:t>
      </w:r>
    </w:p>
    <w:p>
      <w:r>
        <w:rPr>
          <w:b/>
        </w:rPr>
        <w:t xml:space="preserve">21. </w:t>
      </w:r>
      <w:r>
        <w:t>На основе принципа взаимности действие пунктов 13 и 18 настоящей статьи не распространяется на иностранных граждан, являющихся</w:t>
      </w:r>
    </w:p>
    <w:p>
      <w:r>
        <w:rPr>
          <w:b/>
        </w:rPr>
        <w:t xml:space="preserve">22. </w:t>
      </w:r>
      <w:r>
        <w:t>Перечень иностранных государств, в отношении отдельных категорий граждан которых, указанных в пункте 21 настоящей статьи, применяются на основе принципа взаимности положения пунктов 13 и 18 настоящей статьи, утверждается федеральным органом исполнительной власти, ведающим вопросами иностранных дел. (Дополнение пунктом - Федеральный закон от 01.07.2021 № 274-ФЗ)</w:t>
      </w:r>
    </w:p>
    <w:p>
      <w:r>
        <w:rPr>
          <w:b/>
        </w:rPr>
        <w:t xml:space="preserve">23. </w:t>
      </w:r>
      <w:r>
        <w:t>Срок временного пребывания в Российской Федерации иностранных граждан, указанных в пунктах 13 и 18 настоящей статьи, сокращается в случае неисполнения данными иностранными гражданами обязанностей по прохождению обязательной государственной дактилоскопической регистрации, фотографирования и (или) медицинского освидетельствования. Срок временного пребывания в Российской Федерации иностранных граждан, указанных в пунктах 13 и 18 настоящей статьи, сокращается, а также в случаях, предусмотренных законодательством Российской Федерации, в отношении таких граждан принимается решение о нежелательности их пребывания (проживания) в Российской Федерации или решение о неразрешении въезда в Российскую Федерацию, если по результатам медицинского освидетельствования, предусмотренного пунктом 18 настоящей статьи, установлен факт употребления ими наркотических средств или психотропных веществ без назначения врача либо новых потенциально опасных психоактивных веществ, либо установлено, что данные иностранные граждане страдают заболеванием, вызываемым вирусом иммунодефицита человека (ВИЧ-инфекцией),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страдают одним из инфекционных заболеваний, которые представляют опасность для окружающих. (Дополнение пунктом - Федеральный закон от 01.07.2021 № 274-ФЗ)</w:t>
      </w:r>
    </w:p>
    <w:p>
      <w:r>
        <w:rPr>
          <w:b/>
        </w:rPr>
        <w:t xml:space="preserve">20. </w:t>
      </w:r>
      <w:r>
        <w:t>являющихся должностными лицами международных (межгосударственных, межправительственных) организаций, въехавшими в Российскую Федерацию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а также членами семей указанных лиц</w:t>
      </w:r>
    </w:p>
    <w:p>
      <w:r>
        <w:rPr>
          <w:b/>
        </w:rPr>
        <w:t xml:space="preserve">20. </w:t>
      </w:r>
      <w:r>
        <w:t>не достигших возраста шести лет</w:t>
      </w:r>
    </w:p>
    <w:p>
      <w:r>
        <w:rPr>
          <w:b/>
        </w:rPr>
        <w:t xml:space="preserve">20. </w:t>
      </w:r>
      <w:r>
        <w:t>признанных беженцами либо получивших временное убежище на территории Российской Федерации. (Дополнение подпунктом - Федеральный закон от 14.07.2022 № 357-ФЗ) (Дополнение пунктом - Федеральный закон от 01.07.2021 № 274-ФЗ)</w:t>
      </w:r>
    </w:p>
    <w:p>
      <w:r>
        <w:rPr>
          <w:b/>
        </w:rPr>
        <w:t xml:space="preserve">21. </w:t>
      </w:r>
      <w:r>
        <w:t>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w:t>
      </w:r>
    </w:p>
    <w:p>
      <w:r>
        <w:rPr>
          <w:b/>
        </w:rPr>
        <w:t xml:space="preserve">21. </w:t>
      </w:r>
      <w:r>
        <w:t>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с исполнением служебных обязанностей должностных лиц иностранных государств</w:t>
      </w:r>
    </w:p>
    <w:p>
      <w:r>
        <w:rPr>
          <w:b/>
        </w:rPr>
        <w:t xml:space="preserve">21. </w:t>
      </w:r>
      <w:r>
        <w:t>сотрудниками и членами административно-технического персонала аппаратов военного атташата, торговых представительств и иных представительств органов государственной власти иностранных государств</w:t>
      </w:r>
    </w:p>
    <w:p>
      <w:r>
        <w:rPr>
          <w:b/>
        </w:rPr>
        <w:t xml:space="preserve">21. </w:t>
      </w:r>
      <w:r>
        <w:t>членами семей лиц, указанных в подпунктах 1 - 3 настоящего пункта. (Дополнение пунктом - Федеральный закон от 01.07.2021 № 274-ФЗ)</w:t>
      </w:r>
    </w:p>
    <w:p>
      <w:r>
        <w:rPr>
          <w:b/>
        </w:rPr>
        <w:t>Статья 51. Изменение срока временного пребывания</w:t>
      </w:r>
    </w:p>
    <w:p>
      <w:r>
        <w:rPr>
          <w:b/>
        </w:rPr>
        <w:t xml:space="preserve">1. </w:t>
      </w:r>
      <w:r>
        <w:t>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увеличить или сократить срок временного пребывания иностранного гражданина как на территории одного или нескольких субъектов Российской Федерации, так и на всей территории Российской Федерации - в отношении отдельных категорий временно пребывающих в Российской Федерации иностранных граждан. (В редакции Федерального закона от 01.07.2021 № 274-ФЗ)</w:t>
      </w:r>
    </w:p>
    <w:p>
      <w:r>
        <w:rPr>
          <w:b/>
        </w:rPr>
        <w:t xml:space="preserve">2. </w:t>
      </w:r>
      <w:r>
        <w:t>При принятии решения о сокращении в соответствии с пунктом 1 настоящей статьи срока временного пребывания иностранного гражданина в Российской Федерации Правительство Российской Федерации также устанавливает срок, в течение которого иностранные граждане, временно пребывающие в Российской Федерации на момент принятия Правительством Российской Федерации указанного решения, обязаны выехать из Российской Федерации. (В редакции Федерального закона от 01.07.2021 № 274-ФЗ) (Дополнение статьей - Федеральный закон от 18.07.2006 № 110-ФЗ)</w:t>
      </w:r>
    </w:p>
    <w:p>
      <w:r>
        <w:rPr>
          <w:b/>
        </w:rPr>
        <w:t>Статья 52. Временное удостоверение личности лица без гражданства в Российской Федерации</w:t>
      </w:r>
    </w:p>
    <w:p>
      <w:r>
        <w:rPr>
          <w:b/>
        </w:rPr>
        <w:t xml:space="preserve">1. </w:t>
      </w:r>
      <w:r>
        <w:t>Временное удостоверение личности лица без гражданства в Российской Федерации выдается лицу без гражданства в случае отсутствия у такого лица документов, удостоверяющих личность лица без гражданства и признаваемых Российской Федерацией в этом качестве, и в случае отсутствия государства, в которое лицо без гражданства может выехать из Российской Федерации при наличии у него вида на жительство или другого документа, подтверждающего право на временное или постоянное проживание на территории иностранного государства, либо в связи с исполнением принятого в отношении его решения об административном выдворении за пределы Российской Федерации, о депортации или реадмиссии (далее - государство, готовое принять лицо без гражданства). На территории Российской Федерации или территориях отдельных субъектов Российской Федерации временное удостоверение личности лица без гражданства в Российской Федерации при наличии технической возможности для его изготовления, определяемой федеральным органом исполнительной власти в сфере внутренних дел, выдается лицу без гражданства, указанному в абзаце первом настоящего пункта,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Указанный документ может использоваться органами государственной власти для идентификации лица без гражданства с помощью биометрических персональных данных в порядке, определяемом федеральным органом исполнительной власти в сфере внутренних дел. (Дополнение абзацем - Федеральный закон от 01.07.2021 № 274-ФЗ)</w:t>
      </w:r>
    </w:p>
    <w:p>
      <w:r>
        <w:rPr>
          <w:b/>
        </w:rPr>
        <w:t xml:space="preserve">2. </w:t>
      </w:r>
      <w:r>
        <w:t>Заявление о выдаче временного удостоверения личности лица без гражданства в Российской Федерации, заявление о замене временного удостоверения личности лица без гражданства в Российской Федерации подаются в территориальный орган федерального органа исполнительной власти в сфере внутренних дел после завершения процедуры установления личности лица без гражданства в соответствии со статьей 101 настоящего Федерального закона. Временное удостоверение личности лица без гражданства в Российской Федерации выдается лицу без гражданства в течение десяти рабочих дней со дня подачи им заявления о выдаче временного удостоверения личности лица без гражданства в Российской Федерации или заявления о замене временного удостоверения личности лица без гражданства в Российской Федерации. Направление лицом, содержащимся в специальном учреждении или учреждении, исполняющем уголовное наказание, заявления о выдаче временного удостоверения личности лица без гражданства в Российской Федерации и выдача временного удостоверения личности лица без гражданства в Российской Федерации такому лицу осуществляются через администрацию специального учреждения или администрацию учреждения, исполняющего уголовное наказание. (В редакции Федерального закона от 14.07.2022 № 357-ФЗ)</w:t>
      </w:r>
    </w:p>
    <w:p>
      <w:r>
        <w:rPr>
          <w:b/>
        </w:rPr>
        <w:t xml:space="preserve">3. </w:t>
      </w:r>
      <w:r>
        <w:t>Временное удостоверение личности лица без гражданства в Российской Федерации выдается лицу без гражданства на десять лет. В случае истечения срока действия временного удостоверения личности лица без гражданства в Российской Федерации, изменения лицом без гражданства фамилии, имени, отчества (последнее - при наличии), сведений о дате (число, месяц, год) и (или) месте рождения либо непригодности временного удостоверения личности лица без гражданства в Российской Федерации для дальнейшего использования вследствие износа, повреждения или других причин, обнаружения неточности либо ошибки в произведенных во временном удостоверении личности лица без гражданства в Российской Федерации записях ранее выданное временное удостоверение личности лица без гражданства в Российской Федерации подлежит замене. Лицо без гражданства не позднее чем за десять рабочих дней до истечения срока действия имеющегося у него временного удостоверения личности лица без гражданства в Российской Федерации обязано обратиться в территориальный орган федерального органа исполнительной власти в сфере внутренних дел с заявлением о замене временного удостоверения личности лица без гражданства в Российской Федерации, а при наличии иных условий, предусмотренных абзацем вторым настоящего пункта, в течение тридцати дней со дня их наступления</w:t>
      </w:r>
    </w:p>
    <w:p>
      <w:r>
        <w:rPr>
          <w:b/>
        </w:rPr>
        <w:t xml:space="preserve">4. </w:t>
      </w:r>
      <w:r>
        <w:t>Временное удостоверение личности лица без гражданства в Российской Федерации содержит следующие сведения: фамилию, имя, отчество (последнее - при наличии), написанные буквами русского алфавита, дату и место рождения, пол, соответствующую запись о том, что владелец является лицом без гражданства, срок действия временного удостоверения личности лица без гражданства в Российской Федерации, фотографию владельца временного удостоверения личности лица без гражданства в Российской Федерации, наименование территориального органа федерального органа исполнительной власти в сфере внутренних дел, выдавшего временное удостоверение личности лица без гражданства в Российской Федерации</w:t>
      </w:r>
    </w:p>
    <w:p>
      <w:r>
        <w:rPr>
          <w:b/>
        </w:rPr>
        <w:t xml:space="preserve">5. </w:t>
      </w:r>
      <w:r>
        <w:t>Временное удостоверение личности лица без гражданства в Российской Федерации лицу без гражданства не выдается, а ранее выданное ему временное удостоверение личности лица без гражданства в Российской Федерации аннулируется при установлении факта сообщения лицом без гражданства заведомо ложных сведений о себе либо представления поддельных или подложных документов при подаче заявления о выдаче временного удостоверения личности лица без гражданства в Российской Федерации, при установлении наличия у данного лица гражданства иностранного государства или при установлении государства, готового принять лицо без гражданства, либо в случае, если указанное лицо без гражданства имеет либо получило разрешение на временное проживание или вид на жительство либо приобрело гражданство Российской Федерации. (В редакции Федерального закона от 14.07.2022 № 357-ФЗ) При аннулировании временного удостоверения личности лица без гражданства в Российской Федерации в связи с установлением наличия у данного лица гражданства иностранного государства или в связи с установлением государства, готового принять лицо без гражданства, данному лицу в соответствии со статьей 101 настоящего Федерального закона выдается справка для следования в дипломатическое представительство соответствующего иностранного государства в Российской Федерации, а в случае аннулирования временного удостоверения личности лица без гражданства в Российской Федерации в связи с установлением факта сообщения лицом без гражданства заведомо ложных сведений о себе либо представления поддельных или подложных документов в отношении данного лица проводится процедура установления личности иностранного гражданина, предусмотренная статьей 101 настоящего Федерального закона. При аннулировании временного удостоверения личности лица без гражданства в Российской Федерации в связи с установлением наличия у данного лица гражданства иностранного государства либо в связи с установлением государства, готового принять лицо без гражданства, федеральный орган исполнительной власти в сфере внутренних дел или его территориальный орган уведомляет об этом в течение трех рабочих дней уполномоченный федеральный орган исполнительной власти или его территориальный орган, вынесший решение о нежелательности пребывания (проживания) в Российской Федерации и (или) решение о неразрешении въезда в Российскую Федерацию. В случае, если временное удостоверение личности лица без гражданства в Российской Федерации аннулировано в связи с установлением наличия у данного лица гражданства иностранного государства либо в связи с установлением государства, готового принять лицо без гражданства, данное лицо обязано выехать из Российской Федерации в течение пятнадцати календарных дней. Иностранный гражданин, не исполнивший такой обязанности, подлежит привлечению к ответственности в соответствии с законодательством Российской Федерации</w:t>
      </w:r>
    </w:p>
    <w:p>
      <w:r>
        <w:rPr>
          <w:b/>
        </w:rPr>
        <w:t xml:space="preserve">6. </w:t>
      </w:r>
      <w:r>
        <w:t>Лица, указанные в настоящей статье, не могут быть привлечены к административной ответственности за нарушение правил въезда в Российскую Федерацию либо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в связи с подачей данными лицами заявления об установлении личности, предусмотренного статьей 101 настоящего Федерального закона, или заявления о выдаче временного удостоверения личности лица без гражданства в Российской Федерации</w:t>
      </w:r>
    </w:p>
    <w:p>
      <w:r>
        <w:rPr>
          <w:b/>
        </w:rPr>
        <w:t xml:space="preserve">7. </w:t>
      </w:r>
      <w:r>
        <w:t>Форма и описание бланка временного удостоверения личности лица без гражданства в Российской Федерации, в том числе в форме карты с электронным носителем информации, являющегося бланком строгой отчетности, порядок выдачи, замены, аннулирования временного удостоверения личности лица без гражданства в Российской Федерации, форма заявления о выдаче временного удостоверения личности лица без гражданства в Российской Федерации и форма заявления о замене временного удостоверения личности лица без гражданства в Российской Федерации утверждаются федеральным органом исполнительной власти в сфере внутренних дел. (В редакции Федерального закона от 01.07.2021 № 274-ФЗ)</w:t>
      </w:r>
    </w:p>
    <w:p>
      <w:r>
        <w:rPr>
          <w:b/>
        </w:rPr>
        <w:t xml:space="preserve">8. </w:t>
      </w:r>
      <w:r>
        <w:t>Территориальный орган федерального органа исполнительной власти в сфере внутренних дел, принявший решение о выдаче лицу, в отношении которого принято решение об административном выдворении за пределы Российской Федерации, временного удостоверения личности лица без гражданства в Российской Федерации, в течение трех рабочих дней со дня принятия такого решения уведомляет об этом с приложением копии такого решения орган прокуратуры в целях опротестования постановления суда об административном выдворении за пределы Российской Федерации, а также территориальный орган федерального органа исполнительной власти, уполномоченного на осуществление функций по обеспечению установленного порядка деятельности судов, исполнению судебных актов, актов иных органов, и должностных лиц. Территориальный орган федерального органа исполнительной власти в сфере внутренних дел, принявший решение о выдаче лицу, в отношении которого принято решение о депортации, временного удостоверения личности лица без гражданства в Российской Федерации, в течение трех рабочих дней со дня принятия такого решения уведомляет об этом с приложением копии такого решения федеральный орган исполнительной власти в сфере внутренних дел или его территориальный орган, принявший решение о депортации данного лица, в целях отмены решения о депортации. Территориальный орган федерального органа исполнительной власти в сфере внутренних дел, принявший решение о выдаче лицу, в отношении которого принято решение о нежелательности пребывания (проживания) в Российской Федерации или решение о неразрешении въезда в Российскую Федерацию, временного удостоверения личности лица без гражданства в Российской Федерации, в течение трех рабочих дней со дня принятия соответствующего решения уведомляет об этом с приложением копии соответствующего решения федеральный орган исполнительной власти или его территориальный орган, принявший решение о нежелательности пребывания (проживания) в Российской Федерации или решение о неразрешении въезда в Российскую Федерацию, в целях отмены соответствующего решения. Территориальный орган федерального органа исполнительной власти в сфере внутренних дел, принявший решение о выдаче временного удостоверения личности лица без гражданства в Российской Федерации или решение о замене временного удостоверения личности лица без гражданства в Российской Федерации лицу, в отношении которого федеральным органом исполнительной власти, уполномоченным принимать решения о нежелательности пребывания (проживания) в Российской Федерации в связи с наличием обстоятельств, создающих реальную угрозу здоровью населения, либо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вынесено решение о нежелательности пребывания (проживания) в Российской Федерации или решение о неразрешении въезда в Российскую Федерацию, в течение трех рабочих дней со дня принятия решения о выдаче временного удостоверения личности лица без гражданства в Российской Федерации или решения о замене временного удостоверения личности лица без гражданства в Российской Федерации уведомляет об этом с приложением копии соответствующего решения федеральный орган исполнительной власти, принявший решение о нежелательности пребывания (проживания) в Российской Федерации или решение о неразрешении въезда в Российскую Федерацию, в целях приостановления действия соответствующего решения или продления приостановления действия соответствующего решения. (В редакции Федерального закона от 28.12.2024 № 522-ФЗ) (Дополнение статьей - Федеральный закон от 24.02.2021 № 22-ФЗ)</w:t>
      </w:r>
    </w:p>
    <w:p>
      <w:r>
        <w:rPr>
          <w:b/>
        </w:rPr>
        <w:t>Статья 53. Правовое положение лиц, находящихся на территории Российской Федерации, гражданство Российской Федерации которых прекращено</w:t>
      </w:r>
    </w:p>
    <w:p>
      <w:r>
        <w:rPr>
          <w:b/>
        </w:rPr>
        <w:t xml:space="preserve">1. </w:t>
      </w:r>
      <w:r>
        <w:t>Лица, находящиеся на территории Российской Федерации, гражданство Российской Федерации которых прекращено по основаниям, предусмотренным пунктами 1 и 4 части 1 статьи 22 Федерального закона от 28 апреля 2023 года № 138-ФЗ "О гражданстве Российской Федерации", имеют право временно пребывать в Российской Федерации в течение девяноста календарных дней со дня их уведомления о принятом решении о прекращении гражданства Российской Федерации, но не более ста двадцати календарных дней со дня направления такого уведомления территориальным органом федерального органа исполнительной власти в сфере внутренних дел, за исключением случаев продления срока временного пребывания в Российской Федерации в порядке, предусмотренном статьей 5 настоящего Федерального закона. По истечении этих сроков и при отсутствии временных ограничений на выезд из Российской Федерации указанные лица обязаны выехать из Российской Федерации. Указанные в настоящем пункте лица, в отношении которых ранее были установлены временные ограничения на выезд из Российской Федерации, обязаны выехать из Российской Федерации в течение пятнадцати календарных дней со дня снятия таких ограничений</w:t>
      </w:r>
    </w:p>
    <w:p>
      <w:r>
        <w:rPr>
          <w:b/>
        </w:rPr>
        <w:t xml:space="preserve">2. </w:t>
      </w:r>
      <w:r>
        <w:t>Лица, находящиеся на территории Российской Федерации, гражданство Российской Федерации которых прекращено по основанию, предусмотренному пунктом 3 части 1 статьи 22 Федерального закона от 28 апреля 2023 года № 138-ФЗ "О гражданстве Российской Федерации", имеют право временно пребывать в Российской Федерации в течение пятнадцати календарных дней со дня уведомления о принятом решении о прекращении гражданства Российской Федерации, но не более тридцати календарных дней со дня направления такого уведомления территориальным органом федерального органа исполнительной власти в сфере внутренних дел. По истечении этих сроков и при отсутствии временных ограничений на выезд из Российской Федерации указанные лица обязаны выехать из Российской Федерации, за исключением случая, если в пределах срока, предусмотренного настоящим пунктом, в отношении указанных лиц начата в соответствии со статьей 101 настоящего Федерального закона процедура установления личности в целях получения ими временного удостоверения личности лица без гражданства в Российской Федерации либо принято заявление о выдаче временного удостоверения личности лица без гражданства в Российской Федерации в порядке, предусмотренном статьей 52 настоящего Федерального закона. Указанные в настоящем пункте лица, в отношении которых установлены временные ограничения на выезд из Российской Федерации либо которым отказано в выдаче временного удостоверения личности лица без гражданства в Российской Федерации, обязаны выехать из Российской Федерации в течение пятнадцати календарных дней со дня снятия соответствующих ограничений или принятия решения об отказе в выдаче такого удостоверения</w:t>
      </w:r>
    </w:p>
    <w:p>
      <w:r>
        <w:rPr>
          <w:b/>
        </w:rPr>
        <w:t xml:space="preserve">3. </w:t>
      </w:r>
      <w:r>
        <w:t>В случаях принятия в отношении лиц, указанных в пунктах 1 и 2 настоящей статьи, решений о сокращении срока временного пребывания в Российской Федерации, о неразрешении въезда в Российскую Федерацию или о нежелательности пребывания (проживания) в Российской Федерации указанные лица обязаны выехать из Российской Федерации в порядке и сроки, которые предусмотрены настоящим Федеральным законом, при отсутствии у них ограничений на выезд из Российской Федерации</w:t>
      </w:r>
    </w:p>
    <w:p>
      <w:r>
        <w:rPr>
          <w:b/>
        </w:rPr>
        <w:t xml:space="preserve">4. </w:t>
      </w:r>
      <w:r>
        <w:t>Лицам, указанным в пунктах 1 и 2 настоящей статьи, территориальным органом федерального органа исполнительной власти в сфере внутренних дел выдается миграционная карта в порядке, предусмотренном законодательством Российской Федерации. Заявление о получении миграционной карты подается в территориальный орган федерального органа исполнительной власти в сфере внутренних дел. (Дополнение статьей - Федеральный закон от 28.12.2024 № 517-ФЗ)</w:t>
      </w:r>
    </w:p>
    <w:p>
      <w:r>
        <w:rPr>
          <w:b/>
        </w:rPr>
        <w:t>Статья 6. Временное проживание иностранных граждан в Российской Федерации</w:t>
      </w:r>
    </w:p>
    <w:p>
      <w:r>
        <w:rPr>
          <w:b/>
        </w:rPr>
        <w:t xml:space="preserve">1. </w:t>
      </w:r>
      <w:r>
        <w:t>Разрешение на временное проживание может быть выдано иностранному гражданину в пределах квоты, утвержденной Правительством Российской Федерации, если иное не установлено настоящим Федеральным законом. Срок действия разрешения на временное проживание составляет три года, если иное не предусмотрено настоящим Федеральным законом. (В редакции федеральных законов от 18.07.2006 № 110-ФЗ, от 02.08.2019 № 257-ФЗ)</w:t>
      </w:r>
    </w:p>
    <w:p>
      <w:r>
        <w:rPr>
          <w:b/>
        </w:rPr>
        <w:t xml:space="preserve">2. </w:t>
      </w:r>
      <w:r>
        <w:t>Квота на выдачу иностранным гражданам разрешений на временное проживание ежегодно утверждается Правительством Российской Федерации по предложениям исполнительных органов государственной власти субъектов Российской Федерации с учетом демографической ситуации в соответствующем субъекте Российской Федерации и возможностей данного субъекта по обустройству иностранных граждан. Правила определения, корректировки и перераспределения между субъектами Российской Федерации квоты на выдачу иностранным гражданам и лицам без гражданства разрешений на временное проживание в Российской Федерации, установления и использования ее резерва, порядок распределения указанной квоты соответствующими комиссиями, формируемыми в субъектах Российской Федерации, утверждаются Правительством Российской Федерации. (Дополнение абзацем - Федеральный закон от 07.06.2017 № 111-ФЗ) (В редакции Федерального закона от 15.10.2020 № 329-ФЗ) Комиссии, указанные в абзаце втором настоящего пункта, образуются территориальными органами федерального органа исполнительной власти в сфере внутренних дел. (Дополнение абзацем - Федеральный закон от 01.07.2021 № 274-ФЗ) Представители заинтересованных территориальных органов федеральных органов исполнительной власти и органов государственной власти субъектов Российской Федерации включаются в состав комиссий по согласованию с руководителями указанных территориальных органов федеральных органов исполнительной власти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(Дополнение абзацем - Федеральный закон от 01.07.2021 № 274-ФЗ) Порядок образования и организации работы комиссий утверждается федеральным органом исполнительной власти в сфере внутренних дел. (Дополнение абзацем - Федеральный закон от 01.07.2021 № 274-ФЗ)</w:t>
      </w:r>
    </w:p>
    <w:p>
      <w:r>
        <w:rPr>
          <w:b/>
        </w:rPr>
        <w:t xml:space="preserve">3. </w:t>
      </w:r>
      <w:r>
        <w:t>Без учета утвержденной Правительством Российской Федерации квоты разрешение на временное проживание может быть выдано иностранному гражданину</w:t>
      </w:r>
    </w:p>
    <w:p>
      <w:r>
        <w:rPr>
          <w:b/>
        </w:rPr>
        <w:t xml:space="preserve">31. </w:t>
      </w:r>
      <w:r>
        <w:t>Без учета утвержденной Правительством Российской Федерации квоты разрешение на временное проживание может быть выдано лицу без гражданства, имеющему временное удостоверение личности лица без гражданства в Российской Федерации, а также лицу без гражданства, постоянно проживавшему на территории Украины, признанному беженцем либо получившему временное убежище на территории Российской Федерации. (Дополнение пунктом - Федеральный закон от 24.02.2021 № 22-ФЗ) (В редакции Федерального закона от 01.07.2021 № 274-ФЗ)</w:t>
      </w:r>
    </w:p>
    <w:p>
      <w:r>
        <w:rPr>
          <w:b/>
        </w:rPr>
        <w:t xml:space="preserve">4. </w:t>
      </w:r>
      <w:r>
        <w:t>Территориальный орган федерального органа исполнительной власти в сфере внутренних дел по заявлению, поданному иностранным гражданином непосредственно, либо через подведомственное предприятие или уполномоченную организацию, либо через дипломатическое представительство или консульское учреждение Российской Федерации в государстве проживания этого гражданина, в четырехмесячный срок со дня поступления заявления в территориальный орган федерального органа исполнительной власти в сфере внутренних дел выдает иностранному гражданину разрешение на временное проживание либо отказывает ему в выдаче такого разрешения. В территориальный орган федерального органа исполнительной власти в сфере внутренних дел заявление может быть подано в форме электронного документа с использованием единого портала государственных и муниципальных услуг. Иностранный гражданин, обратившийся с заявлением на территории Российской Федерации, проходит обязательную государственную дактилоскопическую регистрацию и фотографирование в территориальном органе федерального органа исполнительной власти в сфере внутренних дел при возможном содействии, в том числе в части получения дактилоскопической и фотографической информации, подведомственного предприятия или уполномоченной организации по месту подачи заявления. Обязательная государственная дактилоскопическая регистрация и фотографирование иностранного гражданина, обратившегося с заявлением в дипломатическое представительство или консульское учреждение Российской Федерации в государстве проживания этого гражданина, проводятся в территориальном органе федерального органа исполнительной власти в сфере внутренних дел по месту выдачи иностранному гражданину разрешения на временное проживание.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абзацем девятым пункта 13 статьи 5 настоящего Федерального закона, если ранее такой документ не выдавался. (Пункт в редакции Федерального закона от 25.12.2023 № 648-ФЗ)</w:t>
      </w:r>
    </w:p>
    <w:p>
      <w:r>
        <w:rPr>
          <w:b/>
        </w:rPr>
        <w:t xml:space="preserve">41. </w:t>
      </w:r>
      <w:r>
        <w:t>Иностранный гражданин для получения разрешения на временное проживание проходит медицинское освидетельствование на наличие или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Медицинское освидетельствование проводится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пункте, на территории соответствующего субъекта Российской Федерации. (Дополнение пунктом - Федеральный закон от 02.07.2021 № 357-ФЗ)</w:t>
      </w:r>
    </w:p>
    <w:p>
      <w:r>
        <w:rPr>
          <w:b/>
        </w:rPr>
        <w:t xml:space="preserve">42. </w:t>
      </w:r>
      <w:r>
        <w:t>Иностранному гражданину,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 разрешение на временное проживание выдается при условии представления в течение тридцати суток со дня его въезда в Российскую Федерацию в территориальный орган федерального органа исполнительной власти в сфере внутренних дел медицинских документов на бумажном носителе или в форме электронного документа, подтверждающих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предусмотренного пунктом 41 настоящей статьи. При наличии документально подтвержденных уважительных причин указанные медицинские документы и сертификат могут быть поданы иностранным гражданином в более поздний срок, но не превышающий тридцати календарных дней со дня устранения уважительных причин. (Дополнение пунктом - Федеральный закон от 02.07.2021 № 357-ФЗ) (В редакции Федерального закона от 14.07.2022 № 357-ФЗ)</w:t>
      </w:r>
    </w:p>
    <w:p>
      <w:r>
        <w:rPr>
          <w:b/>
        </w:rPr>
        <w:t xml:space="preserve">5. </w:t>
      </w:r>
      <w:r>
        <w:t>Территориальный орган федерального органа исполнительной власти в сфере внутренних дел при рассмотрении заявления иностранного гражданина о выдаче разрешения на временное проживание направляет запросы в органы безопасности, службу судебных приставов, органы социального обеспечения, органы здравоохранения и другие заинтересованные органы, которые в двухмесячный срок со дня поступления запроса представляют информацию о наличии либо об отсутствии обстоятельств, препятствующих выдаче иностранному гражданину разрешения на временное проживание. Направление запросов и получение информации при наличии технической возможности осуществляются с использованием средств обеспечения межведомственного электронного взаимодействия. (В редакции федеральных законов от 18.07.2006 № 110-ФЗ; от 27.07.2010 № 227-ФЗ; от 03.12.2011 № 383-ФЗ; от 27.12.2018 № 528-ФЗ)</w:t>
      </w:r>
    </w:p>
    <w:p>
      <w:r>
        <w:rPr>
          <w:b/>
        </w:rPr>
        <w:t xml:space="preserve">6. </w:t>
      </w:r>
      <w:r>
        <w:t>В случае, если иностранному гражданину было отказано в выдаче разрешения на временное проживание либо ранее выданное ему разрешение на временное проживание было аннулировано, он вправе повторно в том же порядке подать заявление о выдаче ему разрешения на временное проживание не ранее чем через один год со дня отклонения его предыдущего заявления о выдаче разрешения на временное проживание либо аннулирования ранее выданного ему разрешения на временное проживание. (В редакции Федерального закона от 18.07.2006 № 110-ФЗ)</w:t>
      </w:r>
    </w:p>
    <w:p>
      <w:r>
        <w:rPr>
          <w:b/>
        </w:rPr>
        <w:t xml:space="preserve">7. </w:t>
      </w:r>
      <w:r>
        <w:t>Разрешение на временное проживание содержит следующие сведения: фамилию, имя, отчество (последнее - при наличии),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такого разрешения, срок действия такого разрешения, наименование органа исполнительной власти, выдавшего такое разрешение, оформленное в виде отметки в документе, удостоверяющем личность иностранного гражданина или лица без гражданства и признаваемом Российской Федерацией в этом качестве (далее также - документ, удостоверяющий личность иностранного гражданина), либо в виде документа, выдаваемого в Российской Федерации лицу без гражданства, не имеющему документа, удостоверяющего личность иностранного гражданина, по установленным формам. Разрешение на временное проживание не может быть выдано в форме электронного документа. (В редакции Федерального закона от 14.07.2022 № 357-ФЗ)</w:t>
      </w:r>
    </w:p>
    <w:p>
      <w:r>
        <w:rPr>
          <w:b/>
        </w:rPr>
        <w:t xml:space="preserve">8. </w:t>
      </w:r>
      <w:r>
        <w:t>Порядок выдачи разрешения на временное проживание, форма заявления о выдаче разрешения на временное проживание, порядок его подачи, в том числе в электронной форме с использованием единого портала государственных и муниципальных услуг, перечень документов, представляемых одновременно с указанным заявлением, форма и описание отметки в документе, удостоверяющем личность иностранного гражданина, о разрешении на временное проживание, форма и описание бланка документа о разрешении на временное проживание утверждаются федеральным органом исполнительной власти в сфере внутренних дел. (В редакции федеральных законов от 15.10.2020 № 329-ФЗ, от 25.12.2023 № 648-ФЗ)</w:t>
      </w:r>
    </w:p>
    <w:p>
      <w:r>
        <w:rPr>
          <w:b/>
        </w:rPr>
        <w:t xml:space="preserve">9. </w:t>
      </w:r>
      <w:r>
        <w:t>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получения разрешения на временное проживание уведомление о подтверждении своего проживания в Российской Федерации с приложением справки о доходах, копии налоговой декларации или иного документа, подтверждающего размер и источник дохода данного иностранного гражданина за очередной год со дня получения им разрешения на временное проживание. Указанное уведомление и прилагаемые к нему документы могут быть поданы в территориальный орган федерального органа исполнительной власти в сфере внутренних дел в форме электронных документов. В случае, если иностранный гражданин желает подтвердить размер и источник дохода посредством подачи копии налоговой декларации, данный иностранный гражданин вправе не подавать копию такого документа в территориальный орган федерального органа исполнительной власти в сфере внутренних дел. В этом случае копия налоговой декларации запрашивается в налоговом органе по месту учета иностранного гражданина территориальным органом федерального органа исполнительной власти в сфере внутренних дел самостоятельно на основании уведомления данного иностранного гражданина о подтверждении своего проживания в Российской Федерации. (В редакции Федерального закона от 25.12.2023 № 648-ФЗ) При наличии уважительных причин указанное уведомление может быть подано иностранным гражданином в более поздний срок, но не позднее чем через шесть месяцев со дня истечения очередного года со дня получения разрешения на временное проживание с приложением документов, перечисленных в абзаце первом настоящего пункта, а также документов, подтверждающих невозможность подать указанное уведомление в установленный срок. Документы, подтверждающие невозможность подачи указанного уведомления в установленный срок, могут быть представлены в форме электронных документов. (В редакции Федерального закона от 27.07.2010 № 227-ФЗ) (Дополнение пунктом - Федеральный закон от 18.07.2006 № 110-ФЗ)</w:t>
      </w:r>
    </w:p>
    <w:p>
      <w:r>
        <w:rPr>
          <w:b/>
        </w:rPr>
        <w:t xml:space="preserve">10. </w:t>
      </w:r>
      <w:r>
        <w:t>В указанное в пункте 9 настоящей статьи уведомление вносятся следующие сведения</w:t>
      </w:r>
    </w:p>
    <w:p>
      <w:r>
        <w:rPr>
          <w:b/>
        </w:rPr>
        <w:t xml:space="preserve">11. </w:t>
      </w:r>
      <w:r>
        <w:t>Прием уведомления осуществляется территориальным органом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при предъявлении иностранным гражданином документа, удостоверяющего его личность и признаваемого Российской Федерацией в этом качестве, и разрешения на временное проживание, либо в форме электронного документа, направленного с использованием единого портала государственных и муниципальных услуг. (Дополнение пунктом - Федеральный закон от 18.07.2006 № 110-ФЗ) (В редакции Федерального закона от 25.12.2023 № 648-ФЗ)</w:t>
      </w:r>
    </w:p>
    <w:p>
      <w:r>
        <w:rPr>
          <w:b/>
        </w:rPr>
        <w:t xml:space="preserve">12. </w:t>
      </w:r>
      <w:r>
        <w:t>Требование представления иностранным гражданином иных документов или других сведений, помимо указанных в настоящей статье, не допускается. Форма и порядок подачи указанного в пункте 9 настоящей статьи уведомления устанавливаются Правительством Российской Федерации. (Дополнение пунктом - Федеральный закон от 18.07.2006 № 110-ФЗ) (В редакции федеральных законов от 23.07.2008 № 160-ФЗ; от 03.12.2011 № 383-ФЗ)</w:t>
      </w:r>
    </w:p>
    <w:p>
      <w:r>
        <w:rPr>
          <w:b/>
        </w:rPr>
        <w:t xml:space="preserve">3. </w:t>
      </w:r>
      <w:r>
        <w:t>который указан в пункте 2 статьи 8 настоящего Федерального закона и которому вид на жительство выдается без получения разрешения на временное проживание</w:t>
      </w:r>
    </w:p>
    <w:p>
      <w:r>
        <w:rPr>
          <w:b/>
        </w:rPr>
        <w:t xml:space="preserve">3. </w:t>
      </w:r>
      <w:r>
        <w:t>который не достиг возраста восемнадцати лет и родитель (усыновитель, опекун, попечитель) которого является иностранным гражданином и временно проживает в Российской Федерации, - на срок временного проживания его родителя (усыновителя, опекуна, попечителя)</w:t>
      </w:r>
    </w:p>
    <w:p>
      <w:r>
        <w:rPr>
          <w:b/>
        </w:rPr>
        <w:t xml:space="preserve">3. </w:t>
      </w:r>
      <w:r>
        <w:t>не достигшему возраста восемнадцати лет, получающему разрешение на временное проживание совместно с родителем (усыновителем, опекуном, попечителем) - иностранным гражданином</w:t>
      </w:r>
    </w:p>
    <w:p>
      <w:r>
        <w:rPr>
          <w:b/>
        </w:rPr>
        <w:t xml:space="preserve">3. </w:t>
      </w:r>
      <w:r>
        <w:t>состоящему не менее трех лет до дня обращения с заявлением о выдаче разрешения на временное проживание в браке с гражданином Российской Федерации, постоянно проживающим в Российской Федерации, либо состоящему в браке с гражданином Российской Федерации, постоянно проживающим в Российской Федерации, с которым имеется общий ребенок, рожденный (усыновленный) в таком браке, - в субъекте Российской Федерации, в котором расположено место жительства гражданина Российской Федерации, являющегося его супругом (супругой); (В редакции Федерального закона от 26.10.2024 № 358-ФЗ) 5) достигшему возраста восемнадцати лет, в соответствии с законодательством иностранного государства признанному недееспособным либо ограниченным в дееспособности, получающему разрешение на временное проживание совместно с родителем (усыновителем, опекуном, попечителем) - иностранным гражданином</w:t>
      </w:r>
    </w:p>
    <w:p>
      <w:r>
        <w:rPr>
          <w:b/>
        </w:rPr>
        <w:t xml:space="preserve">3. </w:t>
      </w:r>
      <w:r>
        <w:t>который достиг возраста восемнадцати лет, в соответствии с законодательством иностранного государства признан недееспособным либо ограниченным в дееспособности и родитель (усыновитель, опекун, попечитель) которого является иностранным гражданином и временно проживает в Российской Федерации, - на срок временного проживания его родителя (усыновителя, опекуна, попечителя)</w:t>
      </w:r>
    </w:p>
    <w:p>
      <w:r>
        <w:rPr>
          <w:b/>
        </w:rPr>
        <w:t xml:space="preserve">3. </w:t>
      </w:r>
      <w:r>
        <w:t>(Подпункт утратил силу - Федеральный закон от 14.07.2022 № 357-ФЗ) 8) поступившему на военную службу, - на срок его военной службы</w:t>
      </w:r>
    </w:p>
    <w:p>
      <w:r>
        <w:rPr>
          <w:b/>
        </w:rPr>
        <w:t xml:space="preserve">3. </w:t>
      </w:r>
      <w:r>
        <w:t>получившему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 (В редакции Федерального закона от 08.08.2024 № 253-ФЗ) 10) являющемуся гражданином государства, входившего в состав СССР, и получившему профессиональное образование в государственной образовательной организации высшего образования, государственной профессиональной образовательной организации или государственной научной организации, расположенных на территории Российской Федерации, по имеющим государственную аккредитацию образовательным программам или по программе подготовки научных и научно-педагогических кадров в аспирантуре (адъюнктуре); (В редакции Федерального закона от 14.07.2022 № 357-ФЗ) 11) являющемуся гражданином Республики Казахстан, Республики Молдова или Украины; (В редакции Федерального закона от 01.07.2021 № 274-ФЗ) 12) переселяющемуся в Российскую Федерацию на постоянное место жительства в соответствии с международными договорами Российской Федерации о регулировании процесса переселения и защите прав переселенцев. (Пункт в редакции Федерального закона от 02.08.2019 № 257-ФЗ)</w:t>
      </w:r>
    </w:p>
    <w:p>
      <w:r>
        <w:rPr>
          <w:b/>
        </w:rPr>
        <w:t xml:space="preserve">10. </w:t>
      </w:r>
      <w:r>
        <w:t>имя иностранного гражданина, временно проживающего в Российской Федерации, включающее его фамилию, собственно имя, отчество (последнее - при наличии)</w:t>
      </w:r>
    </w:p>
    <w:p>
      <w:r>
        <w:rPr>
          <w:b/>
        </w:rPr>
        <w:t xml:space="preserve">10. </w:t>
      </w:r>
      <w:r>
        <w:t>место проживания данного иностранного гражданина</w:t>
      </w:r>
    </w:p>
    <w:p>
      <w:r>
        <w:rPr>
          <w:b/>
        </w:rPr>
        <w:t xml:space="preserve">10. </w:t>
      </w:r>
      <w:r>
        <w:t>место (места) работы и продолжительность осуществления данным иностранным гражданином трудовой деятельности в течение очередного года со дня получения им разрешения на временное проживание</w:t>
      </w:r>
    </w:p>
    <w:p>
      <w:r>
        <w:rPr>
          <w:b/>
        </w:rPr>
        <w:t xml:space="preserve">10. </w:t>
      </w:r>
      <w:r>
        <w:t>период нахождения данного иностранного гражданина за пределами Российской Федерации в течение очередного года со дня получения им разрешения на временное проживание (с указанием государств выезда). (Дополнение пунктом - Федеральный закон от 18.07.2006 № 110-ФЗ)</w:t>
      </w:r>
    </w:p>
    <w:p>
      <w:r>
        <w:rPr>
          <w:b/>
        </w:rPr>
        <w:t>Статья 61. Временное проживание иностранных граждан, прибывших в Российскую Федерацию в порядке, не требующем получения визы</w:t>
      </w:r>
    </w:p>
    <w:p>
      <w:r>
        <w:rPr>
          <w:b/>
        </w:rPr>
        <w:t xml:space="preserve">1. </w:t>
      </w:r>
      <w:r>
        <w:t>Иностранному гражданину, прибывшему в Российскую Федерацию в порядке, не требующем получения визы, за исключением иностранных граждан, указанных в пункте 3 статьи 6 настоящего Федерального закона, разрешение на временное проживание выдается с учетом квоты, утвержденной Правительством Российской Федерации в соответствии с пунктом 2 статьи 6 настоящего Федерального закона</w:t>
      </w:r>
    </w:p>
    <w:p>
      <w:r>
        <w:rPr>
          <w:b/>
        </w:rPr>
        <w:t xml:space="preserve">2. </w:t>
      </w:r>
      <w:r>
        <w:t>Для получения разрешения на временное проживание иностранный гражданин, прибывший в Российскую Федерацию в порядке, не требующем получения визы, подает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(В редакции федеральных законов от 27.12.2018 № 528-ФЗ, от 25.12.2023 № 648-ФЗ) 1) заявление о выдаче разрешения на временное проживание;</w:t>
      </w:r>
    </w:p>
    <w:p>
      <w:r>
        <w:rPr>
          <w:b/>
        </w:rPr>
        <w:t xml:space="preserve">21. </w:t>
      </w:r>
      <w:r>
        <w:t>Заявление о выдаче разрешения на временное проживание может быть подано в форме электронного документа с использованием единого портала государственных и муниципальных услуг. В этом случае документы, указанные в подпунктах 2 и 5 пункта 2 настоящей статьи, иностранный гражданин представляет в территориальный орган федерального органа исполнительной власти в сфере внутренних дел при получении разрешения на временное проживание. (Дополнение пунктом - Федеральный закон от 27.07.2010 № 227-ФЗ) (В редакции федеральных законов от 28.07.2012 № 133-ФЗ, от 20.04.2014 № 74-ФЗ, от 27.12.2018 № 528-ФЗ, от 25.12.2023 № 648-ФЗ)</w:t>
      </w:r>
    </w:p>
    <w:p>
      <w:r>
        <w:rPr>
          <w:b/>
        </w:rPr>
        <w:t xml:space="preserve">3. </w:t>
      </w:r>
      <w:r>
        <w:t>Форма заявления и порядок подачи заявления в форме электронного документа с использованием единого портала государственных и муниципальных услуг утверждаются федеральным органом исполнительной власти в сфере внутренних дел. (В редакции федеральных законов от 27.07.2010 № 227-ФЗ, от 27.12.2018 № 528-ФЗ, от 25.12.2023 № 648-ФЗ)</w:t>
      </w:r>
    </w:p>
    <w:p>
      <w:r>
        <w:rPr>
          <w:b/>
        </w:rPr>
        <w:t xml:space="preserve">4. </w:t>
      </w:r>
      <w:r>
        <w:t>Отказ в приеме заявления о выдаче разрешения на временное проживание не допускается, за исключением случаев, если не представлен какой-либо из документов, указанных в подпунктах 1 - 3 и 5 пункта 2 настоящей статьи, или не уплачена государственная пошлина. (В редакции Федерального закона от 25.12.2023 № 648-ФЗ)</w:t>
      </w:r>
    </w:p>
    <w:p>
      <w:r>
        <w:rPr>
          <w:b/>
        </w:rPr>
        <w:t xml:space="preserve">5. </w:t>
      </w:r>
      <w:r>
        <w:t>Иностранный гражданин, прибывший в Российскую Федерацию в порядке, не требующем получения визы, представляет в территориальный орган федерального органа исполнительной власти в сфере внутренних дел, принявший его заявление о выдаче ему разрешения на временное проживание: (В редакции федеральных законов от 01.07.2011 № 169-ФЗ; от 27.12.2018 № 528-ФЗ) 1) в течение тридцати суток со дня подачи им заявления о выдаче ему разрешения на временное проживание: медицинские документы, подтверждающие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него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на бумажном носителе либо в форме электронных документов в случае подачи заявления о выдаче разрешения на временное проживание в электронной форме.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пункте, на территории соответствующего субъекта Российской Федерации; (Подпункт в редакции - Федеральный закон от 02.07.2021 № 357-ФЗ) 2) свидетельство (уведомление) о постановке данного иностранного гражданина на учет в налоговом органе - по усмотрению иностранного гражданина в течение одного года со дня его въезда в Российскую Федерацию. В случае, если в течение одного года со дня въезда иностранного гражданина в Российскую Федерацию сведения о постановке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в налоговый орган о представлении сведений о постановке иностранного гражданина на учет в налоговом органе. (В редакции федеральных законов от 01.07.2011 № 169-ФЗ; от 27.12.2018 № 528-ФЗ)</w:t>
      </w:r>
    </w:p>
    <w:p>
      <w:r>
        <w:rPr>
          <w:b/>
        </w:rPr>
        <w:t xml:space="preserve">6. </w:t>
      </w:r>
      <w:r>
        <w:t>Руководитель территориального органа федерального органа исполнительной власти в сфере внутренних дел при наличии у иностранного гражданина, прибывшего в Российскую Федерацию в порядке, не требующем получения визы, документально подтвержденных уважительных причин вправе принять решение о продлении ему срока представления документов, указанных в пункте 5 настоящей статьи. (В редакции Федерального закона от 27.12.2018 № 528-ФЗ)</w:t>
      </w:r>
    </w:p>
    <w:p>
      <w:r>
        <w:rPr>
          <w:b/>
        </w:rPr>
        <w:t xml:space="preserve">7. </w:t>
      </w:r>
      <w:r>
        <w:t>Территориальный орган федерального органа исполнительной власти в сфере внутренних дел при получении заявления иностранного гражданина, прибывшего в Российскую Федерацию в порядке, не требующем получения визы, о выдаче ему разрешения на временное проживание направляет запросы в орган безопасности, орган здравоохранения, которые обязаны в течение одного месяца со дня получения соответствующего запроса предоставить указанному территориальному органу информацию о наличии либо об отсутствии обстоятельств, препятствующих выдаче данному иностранному гражданину разрешения на временное проживание либо являющихся основанием для аннулирования ранее выданного ему разрешения на временное проживание. (В редакции федеральных законов от 03.12.2011 № 383-ФЗ; от 27.12.2018 № 528-ФЗ)</w:t>
      </w:r>
    </w:p>
    <w:p>
      <w:r>
        <w:rPr>
          <w:b/>
        </w:rPr>
        <w:t xml:space="preserve">8. </w:t>
      </w:r>
      <w:r>
        <w:t>Не позднее чем через шестьдесят суток со дня принятия у иностранного гражданина, прибывшего в Российскую Федерацию в порядке, не требующем получения визы, заявления о выдаче ему разрешения на временное проживание при условии представления им документов, указанных в подпункте 1 пункта 5 настоящей статьи, территориальный орган федерального органа исполнительной власти в сфере внутренних дел обязан выдать данному иностранному гражданину разрешение на временное проживание либо предусмотренное пунктом 2 статьи 7 настоящего Федерального закона уведомление об отказе в выдаче данному иностранному гражданину разрешения на временное проживание. (В редакции федеральных законов от 23.07.2008 № 160-ФЗ, от 28.12.2013 № 386-ФЗ, от 27.12.2018 № 528-ФЗ, от 15.10.2020 № 329-ФЗ) (Дополнение статьей - Федеральный закон от 18.07.2006 № 110-ФЗ)</w:t>
      </w:r>
    </w:p>
    <w:p>
      <w:r>
        <w:rPr>
          <w:b/>
        </w:rPr>
        <w:t xml:space="preserve">2.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2. </w:t>
      </w:r>
      <w:r>
        <w:t>миграционную карту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миграционной карты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 (В редакции федеральных законов от 28.07.2012 № 133-ФЗ; от 22.12.2014 № 446-ФЗ; от 27.12.2018 № 528-ФЗ) 4) квитанцию об уплате государственной пошлины за выдачу разрешения на временное проживание. Указанную квитанцию иностранный гражданин вправе представить в территориальный орган федерального органа исполнительной власти в сфере внутренних дел по собственной инициативе. В случае непредставления указанной квитанции территориальный орган федерального органа исполнительной власти в сфере внутренних дел проверяет факт уплаты государственной пошлины за выдачу данному иностранному гражданину разрешения на временное проживание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(В редакции Федерального закона от 25.12.2023 № 648-ФЗ) 5)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 (Дополнение подпунктом - Федеральный закон от 20.04.2014 № 74-ФЗ)</w:t>
      </w:r>
    </w:p>
    <w:p>
      <w:r>
        <w:rPr>
          <w:b/>
        </w:rPr>
        <w:t>Статья 62. Разрешение на временное проживание в целях получения образования</w:t>
      </w:r>
    </w:p>
    <w:p>
      <w:r>
        <w:rPr>
          <w:b/>
        </w:rPr>
        <w:t xml:space="preserve">1. </w:t>
      </w:r>
      <w:r>
        <w:t>Иностранный гражданин, проходящий обучение по 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государственной образовательной или государственной научной организации, вправе обратиться в территориальный орган федерального органа исполнительной власти в сфере внутренних дел в субъекте Российской Федерации, на территории которого проходит обучение, непосредственно либо через подведомственное предприятие или уполномоченную организацию с заявлением о выдаче разрешения на временное проживание в целях получения образования с приложением документа, подтверждающего его зачисление на обучение по очной форме в государственную образовательную или государственную научную организацию по соответствующей образовательной программе высшего образования. (В редакции Федерального закона от 25.12.2023 № 648-ФЗ)</w:t>
      </w:r>
    </w:p>
    <w:p>
      <w:r>
        <w:rPr>
          <w:b/>
        </w:rPr>
        <w:t xml:space="preserve">2. </w:t>
      </w:r>
      <w:r>
        <w:t>Заявление о выдаче разрешения на временное проживание в целях получения образования может быть подано в форме электронного документа с использованием единого портала государственных и муниципальных услуг. (В редакции Федерального закона от 25.12.2023 № 648-ФЗ)</w:t>
      </w:r>
    </w:p>
    <w:p>
      <w:r>
        <w:rPr>
          <w:b/>
        </w:rPr>
        <w:t xml:space="preserve">3. </w:t>
      </w:r>
      <w:r>
        <w:t>Иностранный гражданин, обратившийся с заявлением о выдаче разрешения на временное проживание в целях получения образования, проходит обязательную государственную дактилоскопическую регистрацию и фотографирование при подаче заявления.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абзацем девятым пункта 13 статьи 5 настоящего Федерального закона, если ранее такой документ не выдавался. (В редакции Федерального закона от 25.12.2023 № 648-ФЗ) В случае подачи заявления о выдаче разрешения на временное проживание в целях получения образования в форме электронного документа с использованием единого портала государственных и муниципальных услуг обязательную государственную дактилоскопическую регистрацию иностранный гражданин проходит при получении разрешения на временное проживание в целях получения образования. (В редакции Федерального закона от 25.12.2023 № 648-ФЗ)</w:t>
      </w:r>
    </w:p>
    <w:p>
      <w:r>
        <w:rPr>
          <w:b/>
        </w:rPr>
        <w:t xml:space="preserve">4. </w:t>
      </w:r>
      <w:r>
        <w:t>Иностранный гражданин для получения разрешения на временное проживание в целях получения образования проходит медицинское освидетельствование, предусмотренное пунктом 41 статьи 6 настоящего Федерального закона</w:t>
      </w:r>
    </w:p>
    <w:p>
      <w:r>
        <w:rPr>
          <w:b/>
        </w:rPr>
        <w:t xml:space="preserve">5. </w:t>
      </w:r>
      <w:r>
        <w:t>Разрешение на временное проживание в целях получения образования выдается на срок освоения иностранным гражданином программы бакалавриата, программы специалитета, программы магистратуры, программы ординатуры, программы ассистентуры-стажировки, имеющих государственную аккредитацию, или программы подготовки научных и научно-педагогических кадров в аспирантуре (адъюнктуре) и сто восемьдесят календарных дней после дня окончания срока обучения</w:t>
      </w:r>
    </w:p>
    <w:p>
      <w:r>
        <w:rPr>
          <w:b/>
        </w:rPr>
        <w:t xml:space="preserve">6. </w:t>
      </w:r>
      <w:r>
        <w:t>Территориальный орган федерального органа исполнительной власти в сфере внутренних дел по заявлению иностранного гражданина о выдаче разрешения на временное проживание в целях получения образования в двухмесячный срок выдает данному иностранному гражданину разрешение на временное проживание в целях получения образования либо отказывает ему в выдаче такого разрешения</w:t>
      </w:r>
    </w:p>
    <w:p>
      <w:r>
        <w:rPr>
          <w:b/>
        </w:rPr>
        <w:t xml:space="preserve">7. </w:t>
      </w:r>
      <w:r>
        <w:t>Территориальный орган федерального органа исполнительной власти в сфере внутренних дел при рассмотрении заявления иностранного гражданина о выдаче разрешения на временное проживание в целях получения образования направляет запросы в органы безопасности, органы здравоохранения,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другие заинтересованные органы, которые в срок до одного месяца со дня поступления запроса представляют информацию о наличии либо об отсутствии обстоятельств, препятствующих выдаче данному иностранному гражданину разрешения на временное проживание в целях получения образования. Направление запросов и получение информации при наличии технической возможности осуществляются с использованием средств обеспечения межведомственного электронного взаимодействия</w:t>
      </w:r>
    </w:p>
    <w:p>
      <w:r>
        <w:rPr>
          <w:b/>
        </w:rPr>
        <w:t xml:space="preserve">8. </w:t>
      </w:r>
      <w:r>
        <w:t>Разрешение на временное проживание в целях получения образования содержит следующие сведения: фамилию, имя, отчество (последнее - при наличии),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разрешения на временное проживание в целях получения образования, срок действия такого разрешения, наименование органа исполнительной власти, выдавшего такое разрешение, оформленное в виде отметки в документе, удостоверяющем личность иностранного гражданина. Разрешение на временное проживание в целях получения образования не может быть выдано в форме электронного документа</w:t>
      </w:r>
    </w:p>
    <w:p>
      <w:r>
        <w:rPr>
          <w:b/>
        </w:rPr>
        <w:t xml:space="preserve">9. </w:t>
      </w:r>
      <w:r>
        <w:t>Иностранный гражданин не позднее тридцати дней со дня издания распорядительного акта о его отчислении из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для продолжения обучения по очной форме по соответствующей образовательной программе или на другую образовательную программу из числа перечисленных в пункте 1 настоящей статьи обязан представить в территориальный орган федерального органа исполнительной власти в сфере внутренних дел, выдавший ему разрешение на временное проживание в целях получения образования, документ, подтверждающий зачисление данного иностранного гражданина на обучение по очной форме в другую государственную образовательную или государственную научную организацию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w:t>
      </w:r>
    </w:p>
    <w:p>
      <w:r>
        <w:rPr>
          <w:b/>
        </w:rPr>
        <w:t xml:space="preserve">10. </w:t>
      </w:r>
      <w:r>
        <w:t>Порядок выдачи разрешения на временное проживание в целях получения образования, форма заявления о выдаче разрешения на временное проживание в целях получения образования и перечень документов, представляемых одновременно с таким заявлением, форма указанной в пункте 8 настоящей статьи отметки утверждаются федеральным органом исполнительной власти в сфере внутренних дел</w:t>
      </w:r>
    </w:p>
    <w:p>
      <w:r>
        <w:rPr>
          <w:b/>
        </w:rPr>
        <w:t xml:space="preserve">11. </w:t>
      </w:r>
      <w:r>
        <w:t>Иностранные граждане, получившие разрешение на временное проживание в целях получения образования, освобождаются от подачи уведомления, указанного в абзаце первом пункта 9 статьи 6 настоящего Федерального закона. (Дополнение статьей - Федеральный закон от 14.07.2022 № 357-ФЗ)</w:t>
      </w:r>
    </w:p>
    <w:p>
      <w:r>
        <w:rPr>
          <w:b/>
        </w:rPr>
        <w:t>Статья 7. Основания отказа в выдаче либо аннулирования разрешения на временное проживание</w:t>
      </w:r>
    </w:p>
    <w:p>
      <w:r>
        <w:rPr>
          <w:b/>
        </w:rPr>
        <w:t xml:space="preserve">1. </w:t>
      </w:r>
      <w:r>
        <w:t>Разрешение на временное проживание иностранному гражданину не выдается, а ранее выданное разрешение аннулируется в случае, если данный иностранный гражданин: (В редакции Федерального закона от 18.07.2006 № 110-ФЗ) 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r>
        <w:rPr>
          <w:b/>
        </w:rPr>
        <w:t xml:space="preserve">11. </w:t>
      </w:r>
      <w:r>
        <w:t>(Дополнение пунктом - Федеральный закон от 18.07.2006 № 110-ФЗ) (Утратил силу - Федеральный закон от 03.06.2009 № 105-ФЗ)</w:t>
      </w:r>
    </w:p>
    <w:p>
      <w:r>
        <w:rPr>
          <w:b/>
        </w:rPr>
        <w:t xml:space="preserve">12. </w:t>
      </w:r>
      <w:r>
        <w:t>Помимо случаев, предусмотренных пунктом 1 настоящей статьи, разрешение на временное проживание иностранному гражданину не выдается, а ранее выданное разрешение на временное проживание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(Дополнение пунктом - Федеральный закон от 06.05.2008 № 60-ФЗ) (В редакции федеральных законов от 23.07.2013 № 224-ФЗ, от 24.02.2021 № 22-ФЗ)</w:t>
      </w:r>
    </w:p>
    <w:p>
      <w:r>
        <w:rPr>
          <w:b/>
        </w:rPr>
        <w:t xml:space="preserve">13. </w:t>
      </w:r>
      <w:r>
        <w:t>(Дополнение пунктом - Федеральный закон от 06.05.2008 № 60-ФЗ) (Утратил силу - Федеральный закон от 23.07.2013 № 224-ФЗ)</w:t>
      </w:r>
    </w:p>
    <w:p>
      <w:r>
        <w:rPr>
          <w:b/>
        </w:rPr>
        <w:t xml:space="preserve">14. </w:t>
      </w:r>
      <w:r>
        <w:t>(Дополнение пунктом - Федеральный закон от 06.05.2008 № 60-ФЗ) (Утратил силу - Федеральный закон от 23.07.2013 № 224-ФЗ)</w:t>
      </w:r>
    </w:p>
    <w:p>
      <w:r>
        <w:rPr>
          <w:b/>
        </w:rPr>
        <w:t xml:space="preserve">15. </w:t>
      </w:r>
      <w:r>
        <w:t>(Дополнение пунктом - Федеральный закон от 28.06.2009 № 127-ФЗ) (Утратил силу - Федеральный закон от 02.08.2019 № 257-ФЗ)</w:t>
      </w:r>
    </w:p>
    <w:p>
      <w:r>
        <w:rPr>
          <w:b/>
        </w:rPr>
        <w:t xml:space="preserve">16. </w:t>
      </w:r>
      <w:r>
        <w:t>Разрешение на временное проживание, выданное иностранному гражданину, получившему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 аннулируется в случаях, предусмотренных подпунктами 1 - 7, 10, 11, 15 пункта 1 и пунктом 12 настоящей статьи, а также в случае утраты соответствующего статуса. (Дополнение пунктом - Федеральный закон от 02.07.2013 № 169-ФЗ) (В редакции Федерального закона от 08.08.2024 № 253-ФЗ)</w:t>
      </w:r>
    </w:p>
    <w:p>
      <w:r>
        <w:rPr>
          <w:b/>
        </w:rPr>
        <w:t xml:space="preserve">17. </w:t>
      </w:r>
      <w:r>
        <w:t>В случае, если в период после принятия территориальным органом федерального органа исполнительной власти в сфере внутренних дел решения о выдаче иностранному гражданину разрешения на временное проживание и до получения данным иностранным гражданином разрешения на временное проживание выявлены основания, предусмотренные пунктами 1 и 12 настоящей статьи, разрешение на временное проживание не выдается, принятое решение отменяется. (Дополнение пунктом - Федеральный закон от 14.07.2022 № 357-ФЗ)</w:t>
      </w:r>
    </w:p>
    <w:p>
      <w:r>
        <w:rPr>
          <w:b/>
        </w:rPr>
        <w:t xml:space="preserve">18. </w:t>
      </w:r>
      <w:r>
        <w:t>Разрешение на временное проживание, выданное иностранному гражданину, считается недействительным в случае, если данному иностранному гражданину выдан вид на жительство либо им приобретено гражданство Российской Федерации. (Дополнение пунктом - Федеральный закон от 14.07.2022 № 357-ФЗ)</w:t>
      </w:r>
    </w:p>
    <w:p>
      <w:r>
        <w:rPr>
          <w:b/>
        </w:rPr>
        <w:t xml:space="preserve">2. </w:t>
      </w:r>
      <w:r>
        <w:t>В случае принятия решения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территориальный орган федерального органа исполнительной власти в сфере внутренних дел, принявший такое решение, выдает указанному иностранному гражданину соответствующее уведомление либо направляет ему соответствующее уведомление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 (Дополнение пунктом - Федеральный закон от 18.07.2006 № 110-ФЗ) (В редакции федеральных законов от 27.07.2010 № 227-ФЗ, от 27.12.2018 № 528-ФЗ, от 14.07.2022 № 357-ФЗ)</w:t>
      </w:r>
    </w:p>
    <w:p>
      <w:r>
        <w:rPr>
          <w:b/>
        </w:rPr>
        <w:t xml:space="preserve">21. </w:t>
      </w:r>
      <w:r>
        <w:t>В случае аннулирования ранее выданного лицу без гражданства разрешения на временное проживание данному лицу выдается временное удостоверение личности лица без гражданства в Российской Федерации в порядке, предусмотренном статьей 52 настоящего Федерального закона. (Дополнение пунктом - Федеральный закон от 24.02.2021 № 22-ФЗ)</w:t>
      </w:r>
    </w:p>
    <w:p>
      <w:r>
        <w:rPr>
          <w:b/>
        </w:rPr>
        <w:t xml:space="preserve">3. </w:t>
      </w:r>
      <w:r>
        <w:t>(Дополнение пунктом - Федеральный закон от 18.07.2006 № 110-ФЗ) (Утратил силу - Федеральный закон от 28.12.2013 № 386-ФЗ)</w:t>
      </w:r>
    </w:p>
    <w:p>
      <w:r>
        <w:rPr>
          <w:b/>
        </w:rPr>
        <w:t xml:space="preserve">4. </w:t>
      </w:r>
      <w:r>
        <w:t>Решение территориального органа федерального органа исполнительной власти в сфере внутренних дел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такого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 (Дополнение пунктом - Федеральный закон от 18.07.2006 № 110-ФЗ) (В редакции Федерального закона от 14.07.2022 № 357-ФЗ)</w:t>
      </w:r>
    </w:p>
    <w:p>
      <w:r>
        <w:rPr>
          <w:b/>
        </w:rPr>
        <w:t xml:space="preserve">5. </w:t>
      </w:r>
      <w:r>
        <w:t>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указанный территориальный орган в течение трех рабочих дней со дня отмены соответствующего решения выдает (восстанавливает) данному иностранному гражданину разрешение на временное проживание. (Дополнение пунктом - Федеральный закон от 18.07.2006 № 110-ФЗ) (В редакции Федерального закона от 27.12.2018 № 528-ФЗ)</w:t>
      </w:r>
    </w:p>
    <w:p>
      <w:r>
        <w:rPr>
          <w:b/>
        </w:rPr>
        <w:t xml:space="preserve">6. </w:t>
      </w:r>
      <w:r>
        <w:t>Форма решения об аннулировании разрешения на временное проживание и порядок его принятия утверждаются федеральным органом исполнительной власти в сфере внутренних дел. (Дополнение пунктом - Федеральный закон от 27.12.2018 № 528-ФЗ)</w:t>
      </w:r>
    </w:p>
    <w:p>
      <w:r>
        <w:rPr>
          <w:b/>
        </w:rPr>
        <w:t xml:space="preserve">1. </w:t>
      </w:r>
      <w:r>
        <w:t>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r>
        <w:rPr>
          <w:b/>
        </w:rPr>
        <w:t xml:space="preserve">1. </w:t>
      </w:r>
      <w:r>
        <w:t>в течение пяти лет, предшествовавших дню подачи заявления о выдаче разрешения на временное проживание,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временное проживание,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(В редакции Федерального закона от 23.07.2013 № 224-ФЗ) 4) представил поддельные или подложные документы либо сообщил о себе заведомо ложные сведения</w:t>
      </w:r>
    </w:p>
    <w:p>
      <w:r>
        <w:rPr>
          <w:b/>
        </w:rPr>
        <w:t xml:space="preserve">1. </w:t>
      </w:r>
      <w:r>
        <w:t>осужден вступившим в законную силу приговором суда за совершение тяжкого или особо тяжкого преступления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(В редакции федеральных законов от 23.07.2013 № 224-ФЗ, от 14.07.2022 № 357-ФЗ) 6) 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p>
      <w:r>
        <w:rPr>
          <w:b/>
        </w:rPr>
        <w:t xml:space="preserve">1. </w:t>
      </w:r>
      <w:r>
        <w:t>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(В редакции Федерального закона от 23.07.2013 № 224-ФЗ) 8) в течение очередного года со дня выдачи разрешения на временное проживание не осуществлял трудовую деятельность в установленном законодательством Российской Федерации порядке в течение ста восьмидесяти суток или не получал доходов либо не имеет достаточных средств в размерах, позволяющих содержать себя и членов своей семьи, находящихся на его иждивении, не прибегая к помощи государства, на уровне не ниже прожиточного минимума, установленного законом субъекта Российской Федерации, на территории которого ему разрешено временное проживание. Действие настоящего положения не распространяется на иностранного гражданина: размер среднемесячного дохода которого или размер среднемесячного среднедушевого дохода члена семьи которого не ниже прожиточного минимума, установленного законом субъекта Российской Федерации, на территории которого указанному иностранному гражданину разрешено временное проживание. Среднемесячный доход иностранного гражданина и среднемесячный среднедушевой доход члена семьи иностранного гражданина определяются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 обучающегося по очной форме обучения в профессиональной образовательной организации Российской Федерации; (В редакции Федерального закона от 02.07.2013 № 185-ФЗ) обучающегося по очной форме обучения в образовательной организации высшего образования в Российской Федерации; (В редакции федеральных законов от 02.07.2013 № 185-ФЗ, от 30.12.2020 № 517-ФЗ) пенсионера или инвалида; относящегося к иным категориям лиц, перечень которых устанавливается Правительством Российской Федерации; (Подпункт в редакции Федерального закона от 18.07.2006 № 110-ФЗ) 9) по истечении трех лет со дня въезда не имеет в Российской Федерации жилого помещения на основаниях, предусмотренных законодательством Российской Федерации</w:t>
      </w:r>
    </w:p>
    <w:p>
      <w:r>
        <w:rPr>
          <w:b/>
        </w:rPr>
        <w:t xml:space="preserve">1. </w:t>
      </w:r>
      <w:r>
        <w:t>выехал из Российской Федерации в иностранное государство для постоянного проживания</w:t>
      </w:r>
    </w:p>
    <w:p>
      <w:r>
        <w:rPr>
          <w:b/>
        </w:rPr>
        <w:t xml:space="preserve">1. </w:t>
      </w:r>
      <w:r>
        <w:t>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 (В редакции Федерального закона от 02.08.2019 № 257-ФЗ) 12) ранее заключил брак с гражданином Российской Федерации, послуживший основанием для получения разрешения на временное проживание, и такой брак расторгнут либо признан судом недействительным; (В редакции Федерального закона от 26.10.2024 № 358-ФЗ) 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представил выданные по результатам медицинского освидетельствования медицинские документы и сертификат; (В редакции федеральных законов от 02.07.2021 № 357-ФЗ, от 14.07.2022 № 357-ФЗ) 14) прибыл в Российскую Федерацию в порядке, не требующем получения визы, и не представил в установленный срок документы, указанные в подпункте 1 пункта 5 статьи 61 настоящего Федерального закона; (Дополнение подпунктом - Федеральный закон от 18.07.2006 № 110-ФЗ) (В редакции Федерального закона от 03.12.2011 № 383-ФЗ) 15) обратился с заявлением об аннулировании выданного ему разрешения на временное проживание; (Дополнение подпунктом - Федеральный закон от 02.08.2019 № 257-ФЗ) 16) получил разрешение на временное проживание по основанию, предусматривающему наличие ребенка, рожденного (усыновленного) в браке с гражданином Российской Федерации, постоянно проживающим в Российской Федерации, либо ребенка, состоящего в гражданстве Российской Федерации и постоянно проживающего в Российской Федерации, и вступившим в законную силу решением суда лишен родительских прав или ограничен в родительских правах в отношении такого ребенка, либо отменено усыновление, либо сведения о данном иностранном гражданине исключены из записи акта о рождении такого ребенка. (Дополнение подпунктом - Федеральный закон от 26.10.2024 № 358-ФЗ)</w:t>
      </w:r>
    </w:p>
    <w:p>
      <w:r>
        <w:rPr>
          <w:b/>
        </w:rPr>
        <w:t>Статья 71. Основания отказа в выдаче либо аннулирования разрешения на временное проживание в целях получения образования</w:t>
      </w:r>
    </w:p>
    <w:p>
      <w:r>
        <w:rPr>
          <w:b/>
        </w:rPr>
        <w:t xml:space="preserve">1. </w:t>
      </w:r>
      <w:r>
        <w:t>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если данный иностранный гражданин</w:t>
      </w:r>
    </w:p>
    <w:p>
      <w:r>
        <w:rPr>
          <w:b/>
        </w:rPr>
        <w:t xml:space="preserve">2. </w:t>
      </w:r>
      <w:r>
        <w:t>Разрешение на временное проживание в целях получения образования аннулируется при досрочном прекращении обучения в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в случае непредставления документа о зачислении иностранного гражданина на обучение по очной форме в государственную образовательную или государственную научную организацию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срок, установленный пунктом 9 статьи 62 настоящего Федерального закона</w:t>
      </w:r>
    </w:p>
    <w:p>
      <w:r>
        <w:rPr>
          <w:b/>
        </w:rPr>
        <w:t xml:space="preserve">3. </w:t>
      </w:r>
      <w:r>
        <w:t>Помимо случаев, предусмотренных пунктами 1 и 2 настоящей статьи, 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w:t>
      </w:r>
    </w:p>
    <w:p>
      <w:r>
        <w:rPr>
          <w:b/>
        </w:rPr>
        <w:t xml:space="preserve">4. </w:t>
      </w:r>
      <w:r>
        <w:t>В случае, если после принятия территориальным органом федерального органа исполнительной власти в сфере внутренних дел решения о выдаче иностранному гражданину разрешения на временное проживание в целях получения образования и до получения данным иностранным гражданином разрешения на временное проживание в целях получения образования выявлены основания, предусмотренные пунктами 1 и 3 настоящей статьи, разрешение на временное проживание в целях получения образования не выдается, принятое решение отменяется</w:t>
      </w:r>
    </w:p>
    <w:p>
      <w:r>
        <w:rPr>
          <w:b/>
        </w:rPr>
        <w:t xml:space="preserve">5. </w:t>
      </w:r>
      <w:r>
        <w:t>Разрешение на временное проживание в целях получения образования, выданное иностранному гражданину, считается недействительным в случае, если данному иностранному гражданину выдан вид на жительство либо им приобретено гражданство Российской Федерации</w:t>
      </w:r>
    </w:p>
    <w:p>
      <w:r>
        <w:rPr>
          <w:b/>
        </w:rPr>
        <w:t xml:space="preserve">6. </w:t>
      </w:r>
      <w:r>
        <w:t>В случае принятия решения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территориальный орган федерального органа исполнительной власти в сфере внутренних дел, принявший такое решение, выдает данному иностранному гражданину уведомление о принятии соответствующего решения либо направляет ему это уведомление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w:t>
      </w:r>
    </w:p>
    <w:p>
      <w:r>
        <w:rPr>
          <w:b/>
        </w:rPr>
        <w:t xml:space="preserve">7. </w:t>
      </w:r>
      <w:r>
        <w:t>Решение территориального органа федерального органа исполнительной власти в сфере внутренних дел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этого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w:t>
      </w:r>
    </w:p>
    <w:p>
      <w:r>
        <w:rPr>
          <w:b/>
        </w:rPr>
        <w:t xml:space="preserve">8. </w:t>
      </w:r>
      <w:r>
        <w:t>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указанный территориальный орган в течение трех рабочих дней со дня отмены соответствующего решения выдает (восстанавливает) данному иностранному гражданину разрешение на временное проживание в целях получения образования</w:t>
      </w:r>
    </w:p>
    <w:p>
      <w:r>
        <w:rPr>
          <w:b/>
        </w:rPr>
        <w:t xml:space="preserve">9. </w:t>
      </w:r>
      <w:r>
        <w:t>Форма решения об аннулировании разрешения на временное проживание в целях получения образования и порядок его принятия утверждаются федеральным органом исполнительной власти в сфере внутренних дел. (Дополнение статьей - Федеральный закон от 14.07.2022 № 357-ФЗ)</w:t>
      </w:r>
    </w:p>
    <w:p>
      <w:r>
        <w:rPr>
          <w:b/>
        </w:rPr>
        <w:t xml:space="preserve">1. </w:t>
      </w:r>
      <w:r>
        <w:t>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r>
        <w:rPr>
          <w:b/>
        </w:rPr>
        <w:t xml:space="preserve">1. </w:t>
      </w:r>
      <w:r>
        <w:t>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r>
        <w:rPr>
          <w:b/>
        </w:rPr>
        <w:t xml:space="preserve">1. </w:t>
      </w:r>
      <w:r>
        <w:t>в течение пяти лет, предшествовавших дню подачи заявления о выдаче разрешения на временное проживание в целях получения образования,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временное проживание в целях получения образования,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r>
        <w:rPr>
          <w:b/>
        </w:rPr>
        <w:t xml:space="preserve">1. </w:t>
      </w:r>
      <w:r>
        <w:t>представил поддельные или подложные документы либо сообщил о себе заведомо ложные сведения</w:t>
      </w:r>
    </w:p>
    <w:p>
      <w:r>
        <w:rPr>
          <w:b/>
        </w:rPr>
        <w:t xml:space="preserve">1. </w:t>
      </w:r>
      <w:r>
        <w:t>осужден вступившим в законную силу приговором суда за совершение тяжкого или особо тяжкого преступления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
        <w:rPr>
          <w:b/>
        </w:rPr>
        <w:t xml:space="preserve">1. </w:t>
      </w:r>
      <w:r>
        <w:t>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p>
      <w:r>
        <w:rPr>
          <w:b/>
        </w:rPr>
        <w:t xml:space="preserve">1. </w:t>
      </w:r>
      <w:r>
        <w:t>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
        <w:rPr>
          <w:b/>
        </w:rPr>
        <w:t xml:space="preserve">1. </w:t>
      </w:r>
      <w:r>
        <w:t>выехал из Российской Федерации в иностранное государство для постоянного проживания</w:t>
      </w:r>
    </w:p>
    <w:p>
      <w:r>
        <w:rPr>
          <w:b/>
        </w:rPr>
        <w:t xml:space="preserve">1. </w:t>
      </w:r>
      <w:r>
        <w:t>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w:t>
      </w:r>
    </w:p>
    <w:p>
      <w:r>
        <w:rPr>
          <w:b/>
        </w:rPr>
        <w:t xml:space="preserve">1. </w:t>
      </w:r>
      <w:r>
        <w:t>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не представил выданные по результатам медицинского освидетельствования медицинские документы и сертификат</w:t>
      </w:r>
    </w:p>
    <w:p>
      <w:r>
        <w:rPr>
          <w:b/>
        </w:rPr>
        <w:t xml:space="preserve">1. </w:t>
      </w:r>
      <w:r>
        <w:t>обратился с заявлением об аннулировании выданного ему разрешения на временное проживание в целях получения образования</w:t>
      </w:r>
    </w:p>
    <w:p>
      <w:r>
        <w:rPr>
          <w:b/>
        </w:rPr>
        <w:t xml:space="preserve">1. </w:t>
      </w:r>
      <w:r>
        <w:t>перешел на обучение по очно-заочной или заочной форме или досрочно прекратил обучение в государственной образовательной или государственной научной организации, за исключением случая, предусмотренного пунктом 9 статьи 62 настоящего Федерального закона</w:t>
      </w:r>
    </w:p>
    <w:p>
      <w:r>
        <w:rPr>
          <w:b/>
        </w:rPr>
        <w:t>Статья 8. Постоянное проживание иностранных граждан в Российской Федерации</w:t>
      </w:r>
    </w:p>
    <w:p>
      <w:r>
        <w:rPr>
          <w:b/>
        </w:rPr>
        <w:t xml:space="preserve">1. </w:t>
      </w:r>
      <w:r>
        <w:t>Вид на жительство может быть выдан иностранному гражданину, прожившему в Российской Федерации не менее одного года на основании разрешения на временное проживание</w:t>
      </w:r>
    </w:p>
    <w:p>
      <w:r>
        <w:rPr>
          <w:b/>
        </w:rPr>
        <w:t xml:space="preserve">11. </w:t>
      </w:r>
      <w:r>
        <w:t>Вид на жительство может быть выдан иностранному гражданину, получившему разрешение на временное проживание в целях получения образования, после завершения обучения в государственной образовательной или государственной научной организации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(Дополнение пунктом - Федеральный закон от 14.07.2022 № 357-ФЗ)</w:t>
      </w:r>
    </w:p>
    <w:p>
      <w:r>
        <w:rPr>
          <w:b/>
        </w:rPr>
        <w:t xml:space="preserve">2. </w:t>
      </w:r>
      <w:r>
        <w:t>Без получения разрешения на временное проживание вид на жительство выдается</w:t>
      </w:r>
    </w:p>
    <w:p>
      <w:r>
        <w:rPr>
          <w:b/>
        </w:rPr>
        <w:t xml:space="preserve">21. </w:t>
      </w:r>
      <w:r>
        <w:t>Заявление о выдаче вида на жительство может быть подано иностранным гражданином, указанным в пункте 11 настоящей статьи, в течение трех лет после завершения обучения без получения разрешения на временное проживание. (Дополнение пунктом - Федеральный закон от 14.07.2022 № 357-ФЗ)</w:t>
      </w:r>
    </w:p>
    <w:p>
      <w:r>
        <w:rPr>
          <w:b/>
        </w:rPr>
        <w:t xml:space="preserve">3. </w:t>
      </w:r>
      <w:r>
        <w:t>Вид на жительство выдается без ограничения срока действия, за исключением случаев, предусмотренных абзацами четвертым - шестым настоящего пункта. На территории Российской Федерации или территориях отдельных субъектов Российской Федерации вид на жительство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порядке, определяемом федеральным органом исполнительной власти в сфере внутренних дел. Положение абзаца второго настоящего пункта не применяется при выдаче вида на жительство лицу без гражданства. Вид на жительство выдается лицу без гражданства сроком на 10 лет. Вид на жительство в форме карты с электронным носителем выдается сроком на 10 лет. Вид на жительство высококвалифицированному специалисту и членам его семьи, указанным в подпункте 9 пункта 2 настоящей статьи, выдается на срок действия разрешения на работу, выданного указанному высококвалифицированному специалисту. Вид на жительство выдается без ограничения срока действия высококвалифицированному специалисту, осуществляющему не менее двух лет трудовую деятельность в Российской Федерации в этом качестве, и членам его семьи при условии, что данный высококвалифицированный специалист и члены его семьи проживают в Российской Федерации по полученному в соответствии со статьей 132 настоящего Федерального закона виду на жительство. При этом в указанный период осуществления трудовой деятельности в отношении такого высококвалифицированного специалиста работодателем или заказчиком работ (услуг) должны быть исчислены, удержаны и перечислены в бюджетную систему Российской Федерации налоги в соответствии с законодательством Российской Федерации о налогах и сборах. (Дополнение абзацем - Федеральный закон от 10.07.2023 № 316-ФЗ) (Пункт в редакции Федерального закона от 01.07.2021 № 274-ФЗ)</w:t>
      </w:r>
    </w:p>
    <w:p>
      <w:r>
        <w:rPr>
          <w:b/>
        </w:rPr>
        <w:t xml:space="preserve">4. </w:t>
      </w:r>
      <w:r>
        <w:t>Заявление о выдаче вида на жительство подается иностранным гражданином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в форме электронного документа с использованием единого портала государственных и муниципальных услуг. Иностранный гражданин, обратившийся с заявлением о выдаче вида на жительство без оформления разрешения на временное проживание, проходит обязательную государственную дактилоскопическую регистрацию и фотографирование по месту подачи заявления, за исключением случаев, предусмотренных федеральным законом.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абзацем девятым пункта 13 статьи 5 настоящего Федерального закона, если ранее такой документ не выдавался. (Пункт в редакции Федерального закона от 25.12.2023 № 648-ФЗ)</w:t>
      </w:r>
    </w:p>
    <w:p>
      <w:r>
        <w:rPr>
          <w:b/>
        </w:rPr>
        <w:t xml:space="preserve">5. </w:t>
      </w:r>
      <w:r>
        <w:t>Заявление о выдаче вида на жительство подается не ранее чем через восемь месяцев первого года проживания в Российской Федерации на основании разрешения на временное проживание и не позднее чем за четыре месяца до истечения срока действия разрешения на временное проживание. Данное правило не распространяется на лиц, указанных в пункте 2 настоящей статьи</w:t>
      </w:r>
    </w:p>
    <w:p>
      <w:r>
        <w:rPr>
          <w:b/>
        </w:rPr>
        <w:t xml:space="preserve">51. </w:t>
      </w:r>
      <w:r>
        <w:t>Иностранный гражданин для получения вида на жительство проходит медицинское освидетельствование на наличие или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Медицинское освидетельствование проводится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пункте, на территории соответствующего субъекта Российской Федерации. (Дополнение пунктом - Федеральный закон от 02.07.2021 № 357-ФЗ)</w:t>
      </w:r>
    </w:p>
    <w:p>
      <w:r>
        <w:rPr>
          <w:b/>
        </w:rPr>
        <w:t xml:space="preserve">52. </w:t>
      </w:r>
      <w:r>
        <w:t>Для иностранных граждан, указанных в подпунктах 21 и 22 пункта 2 настоящей статьи</w:t>
      </w:r>
    </w:p>
    <w:p>
      <w:r>
        <w:rPr>
          <w:b/>
        </w:rPr>
        <w:t xml:space="preserve">6. </w:t>
      </w:r>
      <w:r>
        <w:t>Вид на жительство подлежит замене в случае</w:t>
      </w:r>
    </w:p>
    <w:p>
      <w:r>
        <w:rPr>
          <w:b/>
        </w:rPr>
        <w:t xml:space="preserve">7. </w:t>
      </w:r>
      <w:r>
        <w:t>Заявление о замене вида на жительство иностранного гражданина подается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не позднее чем по истечении одного месяца со дня наступления обстоятельств, указанных в подпунктах 1, 4 и 5 пункта 6 настоящей статьи, и не позднее десяти дней после получения иностранным гражданином документа, удостоверяющего личность, в случае наступления обстоятельств, указанных в подпунктах 2 и 3 пункта 6 настоящей статьи. (В редакции Федерального закона от 25.12.2023 № 648-ФЗ) Заявление о замене вида на жительство лица без гражданства подается в территориальный орган федерального органа исполнительной власти в сфере внутренних дел непосредственно не позднее чем по истечении одного месяца со дня наступления обстоятельств, указанных в пункте 6 настоящей статьи. (В редакции Федерального закона от 25.12.2023 № 648-ФЗ)</w:t>
      </w:r>
    </w:p>
    <w:p>
      <w:r>
        <w:rPr>
          <w:b/>
        </w:rPr>
        <w:t xml:space="preserve">8. </w:t>
      </w:r>
      <w:r>
        <w:t>Вид на жительство содержит следующие сведения: фамилию, имя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вида на жительство, срок действия вида на жительство (в случаях, предусмотренных настоящим Федеральным законом), наименование органа исполнительной власти, выдавшего вид на жительство, и оформляется в виде документа по форме, утверждаемой федеральным органом исполнительной власти в сфере внутренних дел</w:t>
      </w:r>
    </w:p>
    <w:p>
      <w:r>
        <w:rPr>
          <w:b/>
        </w:rPr>
        <w:t xml:space="preserve">9. </w:t>
      </w:r>
      <w:r>
        <w:t>Вид на жительство, выданный лицу без гражданства по заявлению о выдаче вида на жительство, поданному начиная с 1 января 2013 года, содержит электронный носитель информации для хранения указанных в пункте 8 настоящей статьи персональных данных владельца, а также для хранения биометрических персональных данных владельца (электронного изображения лица человека и электронного изображения папиллярных узоров указательных пальцев рук этого человека). Для получения биометрических персональных данных лица без гражданства, записываемых на электронный носитель информации, лицо, которое подало заявление о выдаче вида на жительство, или лицо, в отношении которого такое заявление подано, подлежит цифровому фотографированию, а лицо, достигшее возраста двенадцати лет, также сканированию папиллярных узоров указательных пальцев его рук, осуществляемым в территориальном органе федерального органа исполнительной власти в сфере внутренних дел. В случае невозможности сканирования папиллярных узоров указательных пальцев рук лица без гражданства проводится сканирование папиллярных узоров других пальцев его рук. Требования к электронному изображению лица человека и электронному изображению папиллярных узоров пальцев рук устанавливаются федеральным органом исполнительной власти в сфере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с уполномоченным федеральным органом исполнительной власти по защите прав субъектов персональных данных. Территориальные органы федерального органа исполнительной власти в сфере внутренних дел осуществляют обработку персональных данных лиц без гражданства, которые подали заявление о выдаче вида на жительство, и лиц без гражданства, в отношении которых такое заявление подано, в объеме, необходимом для оформления и выдачи вида на жительство, в соответствии с законодательством Российской Федерации. Федеральный орган исполнительной власти в сфере внутренних дел ведет учет видов на жительство, выданных лицам без гражданства и содержащих электронный носитель информации, а также персональных данных их владельцев в государственной информационной системе миграционного учета. Условия хранения и использования таких данных, содержащихся в государственной информационной системе миграционного учета, определяются в порядке, установленном законодательством Российской Федерации</w:t>
      </w:r>
    </w:p>
    <w:p>
      <w:r>
        <w:rPr>
          <w:b/>
        </w:rPr>
        <w:t xml:space="preserve">10. </w:t>
      </w:r>
      <w:r>
        <w:t>Порядок выдачи вида на жительство, замены вида на жительство, формы заявлений о выдаче вида на жительство, о замене вида на жительство, срок рассмотрения таких заявлений и порядок подачи заявлений в форме электронных документов с использованием единого портала государственных и муниципальных услуг утверждаются федеральным органом исполнительной власти в сфере внутренних дел. (В редакции Федерального закона от 25.12.2023 № 648-ФЗ) Заявление о выдаче вида на жительство иностранному гражданину, указанному в подпункте 10 пункта 2 настоящей статьи, подается с представлением документов, подтверждающих наличие у него соответствующего образования, квалификации или специальных знаний, а также осуществление указанным иностранным гражданином трудовой деятельности в Российской Федерации: трудовой книжки (копии трудовой книжки, заверенной в установленном порядке работодателем), и (или) сведений о трудовой деятельности, оформленных в установленном законодательством порядке, и (или) трудового договора или гражданско-правового договора на выполнение работ (оказание услуг), сведений о состоянии индивидуального лицевого счета застрахованного лица, предоставленных территориальным органом Фонда пенсионного и социального страхования Российской Федерации по форме, утвержденной Фондом пенсионного и социального страхования Российской Федерации. (В редакции федеральных законов от 31.07.2020 № 268-ФЗ, от 14.07.2022 № 237-ФЗ, от 10.07.2023 № 316-ФЗ) Перечень документов, представляемых одновременно с заявлением о выдаче вида на жительство, заявлением о замене вида на жительство, в том числе представляемых в форме электронного документа, утверждается федеральным органом исполнительной власти в сфере внутренних дел</w:t>
      </w:r>
    </w:p>
    <w:p>
      <w:r>
        <w:rPr>
          <w:b/>
        </w:rPr>
        <w:t xml:space="preserve">11. </w:t>
      </w:r>
      <w:r>
        <w:t>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 (В редакции Федерального закона от 25.12.2023 № 648-ФЗ) При наличии уважительных причин указанное уведомление может быть подано иностранным гражданином в более поздний срок, но не позднее чем через шесть месяцев со дня истечения очередного года со дня получения вида на жительство с приложением документов, подтверждающих невозможность подачи указанного уведомления в установленный срок. Документы, подтверждающие невозможность подачи указанного уведомления в установленный срок, могут быть представлены в форме электронных документов</w:t>
      </w:r>
    </w:p>
    <w:p>
      <w:r>
        <w:rPr>
          <w:b/>
        </w:rPr>
        <w:t xml:space="preserve">12. </w:t>
      </w:r>
      <w:r>
        <w:t>В уведомление, указанное в пункте 11 настоящей статьи, вносятся следующие сведения</w:t>
      </w:r>
    </w:p>
    <w:p>
      <w:r>
        <w:rPr>
          <w:b/>
        </w:rPr>
        <w:t xml:space="preserve">13. </w:t>
      </w:r>
      <w:r>
        <w:t>Уведомление, указанное в пункте 11 настоящей статьи, подается иностранным гражданином при предъявлении документа, удостоверяющего его личность и признаваемого Российской Федерацией в этом качестве, и вида на жительство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или в форме электронного документа с использованием единого портала государственных и муниципальных услуг, за исключением случаев, предусмотренных пунктом 14 настоящей статьи. (В редакции Федерального закона от 25.12.2023 № 648-ФЗ)</w:t>
      </w:r>
    </w:p>
    <w:p>
      <w:r>
        <w:rPr>
          <w:b/>
        </w:rPr>
        <w:t xml:space="preserve">14. </w:t>
      </w:r>
      <w:r>
        <w:t>По истечении каждого пятого года постоянного проживания в Российской Федерации уведомление, указанное в пункте 11 настоящей статьи, подается иностранным гражданином только лично непосредственно в территориальный орган федерального органа исполнительной власти в сфере внутренних дел</w:t>
      </w:r>
    </w:p>
    <w:p>
      <w:r>
        <w:rPr>
          <w:b/>
        </w:rPr>
        <w:t xml:space="preserve">15. </w:t>
      </w:r>
      <w:r>
        <w:t>Форма и порядок подачи уведомления, указанного в пункте 11 настоящей статьи, и перечень документов, подтверждающих сведения, указанные в пункте 12 настоящей статьи, устанавливаются Правительством Российской Федерации</w:t>
      </w:r>
    </w:p>
    <w:p>
      <w:r>
        <w:rPr>
          <w:b/>
        </w:rPr>
        <w:t xml:space="preserve">16. </w:t>
      </w:r>
      <w:r>
        <w:t>При подаче уведомления, указанного в пункте 11 настоящей статьи, не допускается требовать представление иностранным гражданином сведений, не указанных в пункте 12 настоящей статьи, а также документов, не включенных в перечень, предусмотренный пунктом 15 настоящей статьи. (Статья в редакции Федерального закона от 02.08.2019 № 257-ФЗ)</w:t>
      </w:r>
    </w:p>
    <w:p>
      <w:r>
        <w:rPr>
          <w:b/>
        </w:rPr>
        <w:t xml:space="preserve">2. </w:t>
      </w:r>
      <w:r>
        <w:t>иностранному гражданину, родившемуся на территории РСФСР и состоявшему в прошлом в гражданстве СССР</w:t>
      </w:r>
    </w:p>
    <w:p>
      <w:r>
        <w:rPr>
          <w:b/>
        </w:rPr>
        <w:t xml:space="preserve">2. </w:t>
      </w:r>
      <w:r>
        <w:t>иностранному гражданину, который не достиг возраста восемнадцати лет и родитель (усыновитель, опекун, попечитель) которого является иностранным гражданином и постоянно проживает в Российской Федерации</w:t>
      </w:r>
    </w:p>
    <w:p>
      <w:r>
        <w:rPr>
          <w:b/>
        </w:rPr>
        <w:t xml:space="preserve">2. </w:t>
      </w:r>
      <w:r>
        <w:t>иностранному гражданину, не достигшему возраста восемнадцати лет, получающему вид на жительство совместно с родителем (усыновителем, опекуном, попечителем) - иностранным гражданином</w:t>
      </w:r>
    </w:p>
    <w:p>
      <w:r>
        <w:rPr>
          <w:b/>
        </w:rPr>
        <w:t xml:space="preserve">2. </w:t>
      </w:r>
      <w:r>
        <w:t>иностранному гражданину, имеющему родителя (усыновителя, опекуна, попечителя), или ребенка, рожденного (усыновленного) в браке с гражданином Российской Федерации, постоянно проживающим в Российской Федерации, или совершеннолетнего ребенка, состоящих в гражданстве Российской Федерации и постоянно проживающих в Российской Федерации; (В редакции Федерального закона от 26.10.2024 № 358-ФЗ) 5) иностранному гражданину, достигшему возраста восемнадцати лет, в соответствии с законодательством иностранного государства признанному недееспособным либо ограниченным в дееспособности, получающему вид на жительство совместно с родителем (усыновителем, опекуном, попечителем) - иностранным гражданином</w:t>
      </w:r>
    </w:p>
    <w:p>
      <w:r>
        <w:rPr>
          <w:b/>
        </w:rPr>
        <w:t xml:space="preserve">2. </w:t>
      </w:r>
      <w:r>
        <w:t>иностранному гражданину, который достиг возраста восемнадцати лет, в соответствии с законодательством иностранного государства признан недееспособным либо ограниченным в дееспособности и родитель (усыновитель, опекун, попечитель) которого является иностранным гражданином и постоянно проживает в Российской Федерации</w:t>
      </w:r>
    </w:p>
    <w:p>
      <w:r>
        <w:rPr>
          <w:b/>
        </w:rPr>
        <w:t xml:space="preserve">2. </w:t>
      </w:r>
      <w:r>
        <w:t>(Подпункт утратил силу - Федеральный закон от 28.12.2024 № 517-ФЗ) 71) иностранному гражданину, который имеет родственников по прямой восходящей линии, родившихся или постоянно проживавших на территории РСФСР либо на территории, относившейся к Российской империи или СССР, в пределах Государственной границы Российской Федерации; (Дополнение подпунктом - Федеральный закон от 28.12.2024 № 517-ФЗ) 8) иностранному гражданину, который сам либо родственник по прямой восходящей линии, усыновитель или супруг (супруга) которого был подвергнут незаконной депортации с территории Крымской АССР, а также родственнику по прямой нисходящей линии, усыновленным детям или супругу (супруге) указанного иностранного гражданина, представившим справку о реабилитации, выданную органом внутренних дел, органом прокуратуры Российской Федерации или судом</w:t>
      </w:r>
    </w:p>
    <w:p>
      <w:r>
        <w:rPr>
          <w:b/>
        </w:rPr>
        <w:t xml:space="preserve">2. </w:t>
      </w:r>
      <w:r>
        <w:t>высококвалифицированному специалисту и членам его семьи в соответствии со статьей 132 настоящего Федерального закона</w:t>
      </w:r>
    </w:p>
    <w:p>
      <w:r>
        <w:rPr>
          <w:b/>
        </w:rPr>
        <w:t xml:space="preserve">2. </w:t>
      </w:r>
      <w:r>
        <w:t>иностранному гражданину, осуществлявшему непрерывно не менее одного года до дня обращения с заявлением о выдаче вида на жительство и осуществляющему на день подачи такого заявления трудовую деятельность в Российской Федерации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При этом в указанный период осуществления трудовой деятельности в отношении такого иностранного гражданина работодателем должны быть начислены страховые взносы в Фонд пенсионного и социального страхования Российской Федерации; (В редакции Федерального закона от 28.12.2024 № 517-ФЗ) 11) иностранному гражданину, успешно освоившему в Российской Федерации имеющую государственную аккредитацию образовательную программу высшего образования по очной форме обучения и получившему документ об образовании и о квалификации с отличием</w:t>
      </w:r>
    </w:p>
    <w:p>
      <w:r>
        <w:rPr>
          <w:b/>
        </w:rPr>
        <w:t xml:space="preserve">2. </w:t>
      </w:r>
      <w:r>
        <w:t>лицам, находящимся на территории Российской Федерации, гражданство Российской Федерации которых прекращено по основаниям, предусмотренным пунктами 1 и 4 части 1 статьи 22 Федерального закона от 28 апреля 2023 года № 138-ФЗ "О гражданстве Российской Федерации"; (В редакции Федерального закона от 28.12.2024 № 517-ФЗ) 13) (Подпункт утратил силу - Федеральный закон от 28.12.2024 № 517-ФЗ) 14) лицам, указанным в части 4 статьи 16, частях 1 и 3 статьи 44 Федерального закона от 28 апреля 2023 года № 138-ФЗ "О гражданстве Российской Федерации"; (В редакции Федерального закона от 28.12.2024 № 517-ФЗ) 15) иностранному гражданину, являющемуся финалистом или победителем общероссийского конкурса, проводимого автономной некоммерческой организацией "Россия - страна возможностей", представившему документ, подтверждающий его статус финалиста или победителя указанного конкурса; (Дополнение подпунктом - Федеральный закон от 01.04.2022 № 87-ФЗ) 16) иностранному гражданину, являющемуся специалистом в сфере информационных технологий и заключившему трудовой договор или гражданско-правовой договор на выполнение работ (оказание услуг) с организацией, осуществляющей деятельность в области информационных технологий и получившей в порядке,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и членам его семьи (супругу (супруге), детям (в том числе усыновленным), супругам детей, родителям (в том числе приемным), супругам родителей, бабушкам, дедушкам, внукам); (Дополнение подпунктом - Федеральный закон от 28.06.2022 № 207-ФЗ) 17) иностранному гражданину, осуществившему инвестиции в Российской Федерации, и членам его семьи (супругу (супруге), детям (в том числе усыновленным), супругам детей, родителям (в том числе приемным), супругам родителей, бабушкам, дедушкам, внукам). Критерии, которым должен соответствовать иностранный гражданин, осуществивший инвестиции в Российской Федерации, для выдачи ему вида на жительство в Российской Федерации без получения разрешения на временное проживание, порядок проведения оценки соответствия иностранного гражданина, осуществившего инвестиции в Российской Федерации, таким критериям, а также федеральный орган исполнительной власти, уполномоченный на проведение указанной оценки, определяется Правительством Российской Федерации; (Дополнение подпунктом - Федеральный закон от 14.07.2022 № 357-ФЗ) (В редакции Федерального закона от 10.07.2023 № 316-ФЗ) 18) иностранному гражданину, являющемуся гражданином Республики Казахстан, Республики Молдова или Украины; (Дополнение подпунктом - Федеральный закон от 14.07.2022 № 357-ФЗ) (В редакции Федерального закона от 13.06.2023 № 215-ФЗ) 19) иностранному гражданину, переселяющемуся в Российскую Федерацию на постоянное место жительства в соответствии с международными договорами Российской Федерации о регулировании процесса переселения и защите прав переселенцев; (Дополнение подпунктом - Федеральный закон от 14.07.2022 № 357-ФЗ) 20) иностранному гражданину, заключившему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на срок один год (далее - военнослужащий), членам его семьи, в том числе в случае гибели (смерти) военнослужащего. Членами семьи военнослужащего признаются его супруг (супруга), дети (в том числе усыновленные, удочеренные), родители (в том числе приемные); (Дополнение подпунктом - Федеральный закон от 10.07.2023 № 316-ФЗ) 21) иностранному гражданину - соотечественнику, получившему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в качестве репатрианта; (Дополнение подпунктом - Федеральный закон от 08.08.2024 № 253-ФЗ) 22) иностранному гражданину, получившему статус члена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 репатрианта; (Дополнение подпунктом - Федеральный закон от 08.08.2024 № 253-ФЗ) 23) иностранному гражданину, имеющему ребенка, состоящего в гражданстве Российской Федерации и постоянно проживающего в Российской Федерации, другой родитель которого имеет гражданство Российской Федерации, при условии наличия подтвержденных в судебном порядке фактов совместного проживания на территории Российской Федерации данного иностранного гражданина с таким ребенком и участия в его содержании, воспитании или совместного проживания на территории Российской Федерации данного иностранного гражданина с матерью (отцом) такого ребенка и ведения с ней (с ним) общего хозяйства не менее трех лет до дня обращения с заявлением о выдаче вида на жительство; (Дополнение подпунктом - Федеральный закон от 26.10.2024 № 358-ФЗ) 24) иностранному гражданину, являющемуся единственным родителем (усыновителем) ребенка, состоящего в гражданстве Российской Федерации и постоянно проживающего в Российской Федерации. (Дополнение подпунктом - Федеральный закон от 26.10.2024 № 358-ФЗ)</w:t>
      </w:r>
    </w:p>
    <w:p>
      <w:r>
        <w:rPr>
          <w:b/>
        </w:rPr>
        <w:t xml:space="preserve">52. </w:t>
      </w:r>
      <w:r>
        <w:t>заявление о выдаче вида на жительство может быть подано в дипломатическое представительство или консульское учреждение Российской Федерации в государстве, в котором было подано заявление об участии в Государственной программе по оказанию содействия добровольному переселению в Российскую Федерацию соотечественников, проживающих за рубежом</w:t>
      </w:r>
    </w:p>
    <w:p>
      <w:r>
        <w:rPr>
          <w:b/>
        </w:rPr>
        <w:t xml:space="preserve">52. </w:t>
      </w:r>
      <w:r>
        <w:t>вид на жительство выдается территориальным органом федерального органа исполнительной власти в сфере внутренних дел по субъекту Российской Федерации, выбранному для переселения в рамках Государственной программы по оказанию содействия добровольному переселению в Российскую Федерацию соотечественников, проживающих за рубежом, после прохождения обязательной государственной дактилоскопической регистрации и фотографирования, а также представления медицинских документов, подтверждающих прохождение иностранным гражданином медицинского освидетельствования, предусмотренного пунктом 51 настоящей статьи. (Дополнение пунктом - Федеральный закон от 08.08.2024 № 253-ФЗ)</w:t>
      </w:r>
    </w:p>
    <w:p>
      <w:r>
        <w:rPr>
          <w:b/>
        </w:rPr>
        <w:t xml:space="preserve">6. </w:t>
      </w:r>
      <w:r>
        <w:t>достижения иностранным гражданином возраста четырнадцати лет, двадцати лет и сорока пяти лет, за исключением случаев, предусмотренных абзацами четвертым - шестым пункта 3 настоящей статьи; (В редакции Федерального закона от 01.07.2021 № 274-ФЗ) 2) изменения иностранным гражданином в установленном порядке фамилии, имени, сведений о дате (числе, месяце, годе) и (или) месте рождения, гражданской принадлежности</w:t>
      </w:r>
    </w:p>
    <w:p>
      <w:r>
        <w:rPr>
          <w:b/>
        </w:rPr>
        <w:t xml:space="preserve">6. </w:t>
      </w:r>
      <w:r>
        <w:t>изменения пола</w:t>
      </w:r>
    </w:p>
    <w:p>
      <w:r>
        <w:rPr>
          <w:b/>
        </w:rPr>
        <w:t xml:space="preserve">6. </w:t>
      </w:r>
      <w:r>
        <w:t>непригодности вида на жительство для дальнейшего использования вследствие износа, повреждения или других причин</w:t>
      </w:r>
    </w:p>
    <w:p>
      <w:r>
        <w:rPr>
          <w:b/>
        </w:rPr>
        <w:t xml:space="preserve">6. </w:t>
      </w:r>
      <w:r>
        <w:t>обнаружения неточности или ошибки в произведенных в виде на жительство записях о фамилии, об имени, о дате (числе, месяце, годе) и (или) месте рождения</w:t>
      </w:r>
    </w:p>
    <w:p>
      <w:r>
        <w:rPr>
          <w:b/>
        </w:rPr>
        <w:t xml:space="preserve">6. </w:t>
      </w:r>
      <w:r>
        <w:t>окончания срока действия вида на жительство, в случаях, предусмотренных абзацами четвертым - шестым пункта 3 настоящей статьи. (Дополнение подпунктом - Федеральный закон от 01.07.2021 № 274-ФЗ)</w:t>
      </w:r>
    </w:p>
    <w:p>
      <w:r>
        <w:rPr>
          <w:b/>
        </w:rPr>
        <w:t xml:space="preserve">12. </w:t>
      </w:r>
      <w:r>
        <w:t>имя иностранного гражданина, постоянно проживающего в Российской Федерации, включающее его фамилию, собственно имя, отчество (последнее - при наличии)</w:t>
      </w:r>
    </w:p>
    <w:p>
      <w:r>
        <w:rPr>
          <w:b/>
        </w:rPr>
        <w:t xml:space="preserve">12. </w:t>
      </w:r>
      <w:r>
        <w:t>адрес места жительства (при отсутствии места жительства - адрес места пребывания) иностранного гражданина</w:t>
      </w:r>
    </w:p>
    <w:p>
      <w:r>
        <w:rPr>
          <w:b/>
        </w:rPr>
        <w:t xml:space="preserve">12. </w:t>
      </w:r>
      <w:r>
        <w:t>место (места) работы и продолжительность осуществления иностранным гражданином трудовой деятельности в течение очередного года со дня получения им вида на жительство</w:t>
      </w:r>
    </w:p>
    <w:p>
      <w:r>
        <w:rPr>
          <w:b/>
        </w:rPr>
        <w:t xml:space="preserve">12. </w:t>
      </w:r>
      <w:r>
        <w:t>период нахождения иностранного гражданина за пределами Российской Федерации в течение очередного года со дня получения им вида на жительство (с указанием государств выезда)</w:t>
      </w:r>
    </w:p>
    <w:p>
      <w:r>
        <w:rPr>
          <w:b/>
        </w:rPr>
        <w:t xml:space="preserve">12. </w:t>
      </w:r>
      <w:r>
        <w:t>размер и источники дохода иностранного гражданина за очередной год со дня получения им вида на жительство</w:t>
      </w:r>
    </w:p>
    <w:p>
      <w:r>
        <w:rPr>
          <w:b/>
        </w:rPr>
        <w:t>Статья 9. Основания отказа в выдаче либо аннулирования вида на жительство</w:t>
      </w:r>
    </w:p>
    <w:p>
      <w:r>
        <w:rPr>
          <w:b/>
        </w:rPr>
        <w:t xml:space="preserve">1. </w:t>
      </w:r>
      <w:r>
        <w:t>Вид на жительство иностранному гражданину не выдается, а ранее выданный вид на жительство аннулируется в случае, если данный иностранный гражданин: (В редакции Федерального закона от 06.05.2008 № 60-ФЗ) 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r>
        <w:rPr>
          <w:b/>
        </w:rPr>
        <w:t xml:space="preserve">2. </w:t>
      </w:r>
      <w:r>
        <w:t>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(Дополнение пунктом - Федеральный закон от 06.05.2008 № 60-ФЗ) (В редакции федеральных законов от 23.07.2013 № 224-ФЗ, от 02.08.2019 № 257-ФЗ, от 24.02.2021 № 22-ФЗ)</w:t>
      </w:r>
    </w:p>
    <w:p>
      <w:r>
        <w:rPr>
          <w:b/>
        </w:rPr>
        <w:t xml:space="preserve">3. </w:t>
      </w:r>
      <w:r>
        <w:t>(Дополнение пунктом - Федеральный закон от 06.05.2008 № 60-ФЗ) (Утратил силу - Федеральный закон от 23.07.2013 № 224-ФЗ)</w:t>
      </w:r>
    </w:p>
    <w:p>
      <w:r>
        <w:rPr>
          <w:b/>
        </w:rPr>
        <w:t xml:space="preserve">4. </w:t>
      </w:r>
      <w:r>
        <w:t>Вид на жительство, указанный в пункте 27 статьи 132 настоящего Федерального закона, аннулируется в случаях, предусмотренных подпунктами 1 - 7 пункта 1 и пунктом 2 настоящей статьи, а также по истечении срока, установленного абзацем третьим пункта 11 статьи 132 настоящего Федерального закона. (Дополнение пунктом - Федеральный закон от 19.05.2010 № 86-ФЗ) (В редакции Федерального закона от 23.12.2010 № 385-ФЗ)</w:t>
      </w:r>
    </w:p>
    <w:p>
      <w:r>
        <w:rPr>
          <w:b/>
        </w:rPr>
        <w:t xml:space="preserve">5. </w:t>
      </w:r>
      <w:r>
        <w:t>Вид на жительство, выданный иностранному гражданину, получившему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 аннулируется в случаях, предусмотренных подпунктами 1 - 7, 10, 11, 14, 15 пункта 1 и пунктом 2 настоящей статьи, а также в случае утраты соответствующего статуса. (Дополнение пунктом - Федеральный закон от 02.07.2013 № 169-ФЗ) (В редакции Федерального закона от 08.08.2024 № 253-ФЗ)</w:t>
      </w:r>
    </w:p>
    <w:p>
      <w:r>
        <w:rPr>
          <w:b/>
        </w:rPr>
        <w:t xml:space="preserve">6. </w:t>
      </w:r>
      <w:r>
        <w:t>Вид на жительство, выданный в соответствии с подпунктом 4, 23 или 24 пункта 2 статьи 8 настоящего Федерального закона иностранному гражданину, имеющему ребенка, состоящего в гражданстве Российской Федерации и постоянно проживающего в Российской Федерации, аннулируется в случае, если вступившим в законную силу решением суда данный иностранный гражданин лишен родительских прав или ограничен в родительских правах в отношении такого ребенка, либо отменено усыновление, либо сведения о данном иностранном гражданине исключены из записи акта о рождении такого ребенка. (Дополнение пунктом - Федеральный закон от 20.04.2014 № 71-ФЗ) (В редакции Федерального закона от 26.10.2024 № 358-ФЗ)</w:t>
      </w:r>
    </w:p>
    <w:p>
      <w:r>
        <w:rPr>
          <w:b/>
        </w:rPr>
        <w:t xml:space="preserve">7. </w:t>
      </w:r>
      <w:r>
        <w:t>Вид на жительство иностранного гражданина, указанного в подпункте 10 пункта 2 статьи 8 настоящего Федерального закона, аннулируется в случаях, предусмотренных пунктами 1 и 2 настоящей статьи, а также в случае, если в течение тридцати рабочих дней со дня расторжения трудового договора или гражданско-правового договора на выполнение работ (оказание услуг) иностранный гражданин не заключил новый трудовой договор или гражданско-правовой договор на выполнение работ (оказание услуг)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(Дополнение пунктом - Федеральный закон от 20.04.2014 № 71-ФЗ) (В редакции федеральных законов от 02.08.2019 № 257-ФЗ, от 28.12.2024 № 517-ФЗ)</w:t>
      </w:r>
    </w:p>
    <w:p>
      <w:r>
        <w:rPr>
          <w:b/>
        </w:rPr>
        <w:t xml:space="preserve">8. </w:t>
      </w:r>
      <w:r>
        <w:t>Вид на жительство иностранному гражданину, указанному в подпункте 8 пункта 2 статьи 8 настоящего Федерального закона, не выдается в случаях, предусмотренных подпунктами 1 - 7, 12, 13, 15 пункта 1 и пунктом 2 настоящей статьи, а ранее выданный указанному иностранному гражданину вид на жительство аннулируется в случаях, предусмотренных подпунктами 1 - 7, 10 - 15 пункта 1 и пунктом 2 настоящей статьи. (Дополнение пунктом - Федеральный закон от 17.04.2017 № 77-ФЗ) (В редакции Федерального закона от 02.08.2019 № 257-ФЗ)</w:t>
      </w:r>
    </w:p>
    <w:p>
      <w:r>
        <w:rPr>
          <w:b/>
        </w:rPr>
        <w:t xml:space="preserve">81. </w:t>
      </w:r>
      <w:r>
        <w:t>Вид на жительство иностранному гражданину, указанному в подпункте 71 пункта 2 статьи 8 настоящего Федерального закона, не выдается, а ранее выданный указанному иностранному гражданину вид на жительство аннулируется в случаях, предусмотренных подпунктами 1 - 7, 10, 11, 13 - 15 пункта 1 и пунктом 2 настоящей статьи. (Дополнение пунктом - Федеральный закон от 02.08.2019 № 257-ФЗ) (В редакции Федерального закона от 28.12.2024 № 517-ФЗ)</w:t>
      </w:r>
    </w:p>
    <w:p>
      <w:r>
        <w:rPr>
          <w:b/>
        </w:rPr>
        <w:t xml:space="preserve">82. </w:t>
      </w:r>
      <w:r>
        <w:t>В случае аннулирования ранее выданного лицу без гражданства вида на жительство данному лицу выдается временное удостоверение личности лица без гражданства в Российской Федерации в порядке, предусмотренном статьей 52 настоящего Федерального закона. (Дополнение пунктом - Федеральный закон от 24.02.2021 № 22-ФЗ)</w:t>
      </w:r>
    </w:p>
    <w:p>
      <w:r>
        <w:rPr>
          <w:b/>
        </w:rPr>
        <w:t xml:space="preserve">83. </w:t>
      </w:r>
      <w:r>
        <w:t>Вид на жительство иностранного гражданина и членов его семьи, указанных в подпункте 16 пункта 2 статьи 8 настоящего Федерального закона, аннулируется в случаях, предусмотренных пунктами 1 и 2 настоящей статьи, а также в случае, если в течение тридцати рабочих дней со дня расторжения трудового договора или гражданско-правового договора на выполнение работ (оказание услуг) с организацией, осуществляющей деятельность в области информационных технологий и получившей в порядке,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иностранный гражданин, являющийся специалистом в сфере информационных технологий, не заключил новый трудовой договор или гражданско-правовой договор на выполнение работ (оказание услуг) с такой организацией, либо в случае, если государственная аккредитация такой организации аннулирована. (Дополнение пунктом - Федеральный закон от 28.06.2022 № 207-ФЗ)</w:t>
      </w:r>
    </w:p>
    <w:p>
      <w:r>
        <w:rPr>
          <w:b/>
        </w:rPr>
        <w:t xml:space="preserve">84. </w:t>
      </w:r>
      <w:r>
        <w:t>Вид на жительство иностранному гражданину, указанному в подпункте 17 пункта 2 статьи 8 настоящего Федерального закона, и членам его семьи не выдается в случаях, предусмотренных подпунктами 1 - 8 и 13 пункта 1 и пунктом 2 настоящей статьи, а также в случае, если иностранный гражданин не соответствует критериям, установленным Правительством Российской Федерации в соответствии с подпунктом 17 пункта 2 статьи 8 настоящего Федерального закона. Вид на жительство, выданный в соответствии с подпунктом 17 пункта 2 статьи 8 настоящего Федерального закона иностранному гражданину и членам его семьи, аннулируется в случаях, предусмотренных подпунктами 1 - 8, 10 и 13 - 15 пункта 1 и пунктом 2 настоящей статьи. (Дополнение пунктом - Федеральный закон от 14.07.2022 № 357-ФЗ) 84-1. Вид на жительство иностранному гражданину и членам его семьи, указанным в подпункте 20 пункта 2 статьи 8 настоящего Федерального закона, не выдается, а ранее выданный таким иностранному гражданину и членам его семьи вид на жительство аннулируется в случаях, предусмотренных подпунктами 1 - 7, 10 - 15 пункта 1 и пунктом 2 настоящей статьи, а также в случае поступления в территориальный орган федерального органа исполнительной власти в сфере внутренних дел от должностного лица, уполномоченного руководителем федерального органа исполнительной власти, ведающего вопросами обороны либо предотвращения чрезвычайных ситуаций и ликвидации последствий стихийных бедствий, уведомления о досрочном увольнении с военной службы иностранного гражданина по основаниям, предусмотренным подпунктами "д", "д1", "д2", "е", "е1" и "з" пункта 1, подпунктами "в", "д", "е1", "к" и "л" пункта 2 и пунктом 6 статьи 51 Федерального закона от 28 марта 1998 года № 53-ФЗ "О воинской обязанности и военной службе". Должностное лицо, уполномоченное руководителем федерального органа исполнительной власти, ведающего вопросами обороны либо предотвращения чрезвычайных ситуаций и ликвидации последствий стихийных бедствий, уведомляет территориальный орган федерального органа исполнительной власти в сфере внутренних дел о досрочном увольнении с военной службы иностранного гражданина в течение трех рабочих дней с даты увольнения. Форма уведомления устанавливается федеральным органом исполнительной власти, ведающим вопросами обороны либо предотвращения чрезвычайных ситуаций и ликвидации последствий стихийных бедствий, по согласованию с федеральным органом исполнительной власти в сфере внутренних дел. (Дополнение пунктом - Федеральный закон от 10.07.2023 № 316-ФЗ)</w:t>
      </w:r>
    </w:p>
    <w:p>
      <w:r>
        <w:rPr>
          <w:b/>
        </w:rPr>
        <w:t xml:space="preserve">85. </w:t>
      </w:r>
      <w:r>
        <w:t>В случае, если после принятия территориальным органом федерального органа исполнительной власти в сфере внутренних дел решения о выдаче иностранному гражданину вида на жительство и до получения данным иностранным гражданином вида на жительство выявлены основания, предусмотренные пунктами 1, 2, 6, 7, 8 и 81 настоящей статьи, вид на жительство не выдается, принятое решение отменяется. (Дополнение пунктом - Федеральный закон от 14.07.2022 № 357-ФЗ)</w:t>
      </w:r>
    </w:p>
    <w:p>
      <w:r>
        <w:rPr>
          <w:b/>
        </w:rPr>
        <w:t xml:space="preserve">86. </w:t>
      </w:r>
      <w:r>
        <w:t>Вид на жительство, выданный иностранному гражданину, считается недействительным в случае, если данный иностранный гражданин приобрел гражданство Российской Федерации. (Дополнение пунктом - Федеральный закон от 14.07.2022 № 357-ФЗ)</w:t>
      </w:r>
    </w:p>
    <w:p>
      <w:r>
        <w:rPr>
          <w:b/>
        </w:rPr>
        <w:t xml:space="preserve">87. </w:t>
      </w:r>
      <w:r>
        <w:t>В случае принятия решения об отказе в выдаче иностранному гражданину вида на жительство или об аннулировании ранее выданного ему вида на жительство территориальный орган федерального органа исполнительной власти в сфере внутренних дел, принявший такое решение, выдает данному иностранному гражданину уведомление о принятии соответствующего решения либо направляет ему это уведомление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 (Дополнение пунктом - Федеральный закон от 14.07.2022 № 357-ФЗ)</w:t>
      </w:r>
    </w:p>
    <w:p>
      <w:r>
        <w:rPr>
          <w:b/>
        </w:rPr>
        <w:t xml:space="preserve">88. </w:t>
      </w:r>
      <w:r>
        <w:t>Решение территориального органа федерального органа исполнительной власти в сфере внутренних дел об отказе в выдаче иностранному гражданину вида на жительство или об аннулировании ранее выданного ему вида на жительство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этого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 (Дополнение пунктом - Федеральный закон от 14.07.2022 № 357-ФЗ)</w:t>
      </w:r>
    </w:p>
    <w:p>
      <w:r>
        <w:rPr>
          <w:b/>
        </w:rPr>
        <w:t xml:space="preserve">89. </w:t>
      </w:r>
      <w:r>
        <w:t>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вида на жительство или об аннулировании ранее выданного ему вида на жительство, указанный территориальный орган в течение десяти рабочих дней со дня отмены соответствующего решения выдает (восстанавливает) данному иностранному гражданину вид на жительство. (Дополнение пунктом - Федеральный закон от 14.07.2022 № 357-ФЗ)</w:t>
      </w:r>
    </w:p>
    <w:p>
      <w:r>
        <w:rPr>
          <w:b/>
        </w:rPr>
        <w:t xml:space="preserve">9. </w:t>
      </w:r>
      <w:r>
        <w:t>Форма решения об аннулировании вида на жительство и порядок его принятия утверждаются федеральным органом исполнительной власти в сфере внутренних дел. (Дополнение пунктом - Федеральный закон от 27.12.2018 № 528-ФЗ)</w:t>
      </w:r>
    </w:p>
    <w:p>
      <w:r>
        <w:rPr>
          <w:b/>
        </w:rPr>
        <w:t xml:space="preserve">1. </w:t>
      </w:r>
      <w:r>
        <w:t>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r>
        <w:rPr>
          <w:b/>
        </w:rPr>
        <w:t xml:space="preserve">1. </w:t>
      </w:r>
      <w:r>
        <w:t>в течение пяти лет, предшествовавших дню подачи заявления о выдаче вида на жительство,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вида на жительство,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(В редакции Федерального закона от 23.07.2013 № 224-ФЗ) 4) представил поддельные или подложные документы либо сообщил о себе заведомо ложные сведения</w:t>
      </w:r>
    </w:p>
    <w:p>
      <w:r>
        <w:rPr>
          <w:b/>
        </w:rPr>
        <w:t xml:space="preserve">1. </w:t>
      </w:r>
      <w:r>
        <w:t>осужден вступившим в законную силу приговором суда за совершение тяжкого или особо тяжкого преступления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(В редакции федеральных законов от 23.07.2013 № 224-ФЗ, от 14.07.2022 № 357-ФЗ) 6) 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p>
      <w:r>
        <w:rPr>
          <w:b/>
        </w:rPr>
        <w:t xml:space="preserve">1. </w:t>
      </w:r>
      <w:r>
        <w:t>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 (В редакции Федерального закона от 23.07.2013 № 224-ФЗ) 8) не может представить доказательств возможности содержать себя и членов своей семьи в Российской Федерации в пределах прожиточного минимума, не прибегая к помощи государства, за исключением случая, если иностранный гражданин признан нетрудоспособным</w:t>
      </w:r>
    </w:p>
    <w:p>
      <w:r>
        <w:rPr>
          <w:b/>
        </w:rPr>
        <w:t xml:space="preserve">1. </w:t>
      </w:r>
      <w:r>
        <w:t>по истечении трех лет со дня въезда не имеет в Российской Федерации жилого помещения на основаниях, предусмотренных законодательством Российской Федерации</w:t>
      </w:r>
    </w:p>
    <w:p>
      <w:r>
        <w:rPr>
          <w:b/>
        </w:rPr>
        <w:t xml:space="preserve">1. </w:t>
      </w:r>
      <w:r>
        <w:t>выехал из Российской Федерации в иностранное государство для постоянного проживания</w:t>
      </w:r>
    </w:p>
    <w:p>
      <w:r>
        <w:rPr>
          <w:b/>
        </w:rPr>
        <w:t xml:space="preserve">1. </w:t>
      </w:r>
      <w:r>
        <w:t>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 (В редакции Федерального закона от 02.08.2019 № 257-ФЗ) 12) ранее заключил брак с гражданином Российской Федерации, послуживший основанием для получения разрешения на временное проживание, являющегося основанием для выдачи вида на жительство, и такой брак расторгнут либо признан судом недействительным; (В редакции Федерального закона от 26.10.2024 № 358-ФЗ) 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не представил выданные по результатам медицинского освидетельствования медицинские документы и сертификат; (В редакции Федерального закона от 02.07.2021 № 357-ФЗ) 14) обратился с заявлением об аннулировании выданного ему вида на жительство; (Дополнение подпунктом - Федеральный закон от 02.08.2019 № 257-ФЗ) 15)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 (Дополнение подпунктом - Федеральный закон от 02.08.2019 № 257-ФЗ)</w:t>
      </w:r>
    </w:p>
    <w:p>
      <w:r>
        <w:rPr>
          <w:b/>
        </w:rPr>
        <w:t>Статья 91. Режим высылки</w:t>
      </w:r>
    </w:p>
    <w:p>
      <w:r>
        <w:rPr>
          <w:b/>
        </w:rPr>
        <w:t xml:space="preserve">1. </w:t>
      </w:r>
      <w:r>
        <w:t>Режим высылки применяется к иностранному гражданину со дня внесения сведений о нем в реестр контролируемых лиц, предусмотренный статьей 312 настоящего Федерального закона</w:t>
      </w:r>
    </w:p>
    <w:p>
      <w:r>
        <w:rPr>
          <w:b/>
        </w:rPr>
        <w:t xml:space="preserve">2. </w:t>
      </w:r>
      <w:r>
        <w:t>Применение в отношении иностранного гражданина режима высылки прекращается со дня исключения сведений о нем из реестра контролируемых лиц в соответствии с пунктом 7 статьи 312 настоящего Федерального закона</w:t>
      </w:r>
    </w:p>
    <w:p>
      <w:r>
        <w:rPr>
          <w:b/>
        </w:rPr>
        <w:t xml:space="preserve">3. </w:t>
      </w:r>
      <w:r>
        <w:t>Порядок организации работы федерального органа исполнительной власти в сфере внутренних дел и его территориальных органов при применении режима высылки в соответствии с настоящим Федеральным законом устанавливается федеральным органом исполнительной власти в сфере внутренних дел</w:t>
      </w:r>
    </w:p>
    <w:p>
      <w:r>
        <w:rPr>
          <w:b/>
        </w:rPr>
        <w:t xml:space="preserve">4. </w:t>
      </w:r>
      <w:r>
        <w:t>Иностранный гражданин, в отношении которого применяется режим высылки (далее - контролируемое лицо), имеет право</w:t>
      </w:r>
    </w:p>
    <w:p>
      <w:r>
        <w:rPr>
          <w:b/>
        </w:rPr>
        <w:t xml:space="preserve">5. </w:t>
      </w:r>
      <w:r>
        <w:t>Контролируемое лицо обязано</w:t>
      </w:r>
    </w:p>
    <w:p>
      <w:r>
        <w:rPr>
          <w:b/>
        </w:rPr>
        <w:t xml:space="preserve">6. </w:t>
      </w:r>
      <w:r>
        <w:t>В случае неоднократного (два и более раза) неисполнения контролируемым лицом обязанностей, установленных пунктом 5 настоящей статьи, в отношении контролируемого лица принимаются решения о депортации и о помещении в специальное учреждение в порядке, установленном пунктом 93 статьи 31 настоящего Федерального закона. Если такие решения ранее уже были вынесены в отношении иностранного гражданина, повторно такие решения не выносятся. Исполнение решения о депортации контролируемого лица, в отношении которого имеется решение об ограничении выезда за пределы Российской Федерации, приостанавливается до отмены такого решения</w:t>
      </w:r>
    </w:p>
    <w:p>
      <w:r>
        <w:rPr>
          <w:b/>
        </w:rPr>
        <w:t xml:space="preserve">7. </w:t>
      </w:r>
      <w:r>
        <w:t>Контроль за нахождением в Российской Федерации контролируемого лица осуществляется федеральным органом исполнительной власти в сфере внутренних дел и его территориальным органом по месту жительства, месту пребывания или фактического нахождения контролируемого лица с применением мер федерального государственного контроля (надзора) в сфере миграции, установленных статьей 311 настоящего Федерального закона. (Дополнение статьей - Федеральный закон от 08.08.2024 № 260-ФЗ)</w:t>
      </w:r>
    </w:p>
    <w:p>
      <w:r>
        <w:rPr>
          <w:b/>
        </w:rPr>
        <w:t xml:space="preserve">4. </w:t>
      </w:r>
      <w:r>
        <w:t>получать по его запросу от территориальных органов федерального органа исполнительной власти в сфере внутренних дел, их должностных лиц информацию, которая содержит основания применения режима высылки и предоставление которой не запрещено федеральными законами</w:t>
      </w:r>
    </w:p>
    <w:p>
      <w:r>
        <w:rPr>
          <w:b/>
        </w:rPr>
        <w:t xml:space="preserve">4. </w:t>
      </w:r>
      <w:r>
        <w:t>знакомиться с принятыми территориальными органами федерального органа исполнительной власти в сфере внутренних дел, их должностными лицами в отношении его решениями о применении в рамках режима высылки мер федерального государственного контроля (надзора) в сфере миграции</w:t>
      </w:r>
    </w:p>
    <w:p>
      <w:r>
        <w:rPr>
          <w:b/>
        </w:rPr>
        <w:t xml:space="preserve">4. </w:t>
      </w:r>
      <w:r>
        <w:t>обжаловать решения (действия (бездействие) федерального органа исполнительной власти в сфере внутренних дел или его территориального органа и их должностных лиц (далее - должностное лицо органа внутренних дел), принятые (совершенные) в связи с применением режима высылки, в том числе в связи с установлением ограничительных мер, и применением мер федерального государственного контроля (надзора) в сфере миграции в рамках режима высылки, и нарушающие права контролируемого лица, в вышестоящий орган, вышестоящему должностному лицу органа внутренних дел или в суд в порядке, установленном законодательством Российской Федерации</w:t>
      </w:r>
    </w:p>
    <w:p>
      <w:r>
        <w:rPr>
          <w:b/>
        </w:rPr>
        <w:t xml:space="preserve">5. </w:t>
      </w:r>
      <w:r>
        <w:t>явиться в установленный срок к должностному лицу органа внутренних дел в случае вручения (направления) ему предписания о явке, форма и порядок вручения (направления) которого утверждаются федеральным органом исполнительной власти в сфере внутренних дел</w:t>
      </w:r>
    </w:p>
    <w:p>
      <w:r>
        <w:rPr>
          <w:b/>
        </w:rPr>
        <w:t xml:space="preserve">5. </w:t>
      </w:r>
      <w:r>
        <w:t>своевременно исполнять требования, соблюдать запреты и ограничения, установленные настоящей статьей</w:t>
      </w:r>
    </w:p>
    <w:p>
      <w:r>
        <w:rPr>
          <w:b/>
        </w:rPr>
        <w:t xml:space="preserve">5. </w:t>
      </w:r>
      <w:r>
        <w:t>информировать в порядке, установленном федеральным органом исполнительной власти в сфере внутренних дел, в том числе в электронной форме, территориальный орган федерального органа исполнительной власти в сфере внутренних дел: о своем местонахождении, в том числе путем направления информации с фотографическим изображением с отметкой о геолокации, в случае невозможности личной явки в территориальный орган федерального органа исполнительной власти в сфере внутренних дел; о возникновении обстоятельств, препятствующих своевременному самостоятельному выезду из Российской Федерации; о смене места пребывания без разрешения территориального органа федерального органа исполнительной власти в сфере внутренних дел в случае наступления обстоятельств непреодолимой силы; о дате, месте и маршруте планируемого самостоятельного выезда из Российской Федерации</w:t>
      </w:r>
    </w:p>
    <w:p>
      <w:r>
        <w:rPr>
          <w:b/>
        </w:rPr>
        <w:t>Статья 10. Документы, удостоверяющие личность иностранного гражданина в Российской Федерации</w:t>
      </w:r>
    </w:p>
    <w:p>
      <w:r>
        <w:rPr>
          <w:b/>
        </w:rPr>
        <w:t xml:space="preserve">1. </w:t>
      </w:r>
      <w:r>
        <w:t>Документами, удостоверяющими личность иностранного гражданина в Российской Федерации, являются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
        <w:rPr>
          <w:b/>
        </w:rPr>
        <w:t xml:space="preserve">2. </w:t>
      </w:r>
      <w:r>
        <w:t>Документами, удостоверяющими личность лица без гражданства в Российской Федерации, являются</w:t>
      </w:r>
    </w:p>
    <w:p>
      <w:r>
        <w:rPr>
          <w:b/>
        </w:rPr>
        <w:t xml:space="preserve">2. </w:t>
      </w: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
        <w:rPr>
          <w:b/>
        </w:rPr>
        <w:t xml:space="preserve">2. </w:t>
      </w:r>
      <w:r>
        <w:t>разрешение на временное проживание</w:t>
      </w:r>
    </w:p>
    <w:p>
      <w:r>
        <w:rPr>
          <w:b/>
        </w:rPr>
        <w:t xml:space="preserve">2. </w:t>
      </w:r>
      <w:r>
        <w:t>временное удостоверение личности лица без гражданства в Российской Федерации; (Дополнение подпунктом - Федеральный закон от 24.02.2021 № 22-ФЗ) 3) вид на жительство</w:t>
      </w:r>
    </w:p>
    <w:p>
      <w:r>
        <w:rPr>
          <w:b/>
        </w:rPr>
        <w:t xml:space="preserve">2. </w:t>
      </w:r>
      <w:r>
        <w:t>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
        <w:rPr>
          <w:b/>
        </w:rPr>
        <w:t>Статья 101. Установление личности иностранного гражданина, не имеющего действительного документа, удостоверяющего личность</w:t>
      </w:r>
    </w:p>
    <w:p>
      <w:r>
        <w:rPr>
          <w:b/>
        </w:rPr>
        <w:t xml:space="preserve">1. </w:t>
      </w:r>
      <w:r>
        <w:t>Установление личности иностранного гражданина, незаконно находящегося на территории Российской Федерации и не имеющего действительного документа, удостоверяющего личность, а также в иных случаях, предусмотренных законодательством Российской Федерации или международным договором Российской Федерации, осуществляется по инициативе федерального органа исполнительной власти в сфере внутренних дел или его территориального органа либо по заявлению иностранного гражданина об установлении личности. (В редакции Федерального закона от 27.12.2018 № 528-ФЗ) Установление личности иностранного гражданина осуществляется на основании решения руководителя федерального органа исполнительной власти в сфере внутренних дел или его территориального органа в соответствии с процедурой, определяемой настоящей статьей. (В редакции Федерального закона от 27.12.2018 № 528-ФЗ)</w:t>
      </w:r>
    </w:p>
    <w:p>
      <w:r>
        <w:rPr>
          <w:b/>
        </w:rPr>
        <w:t xml:space="preserve">2. </w:t>
      </w:r>
      <w:r>
        <w:t>Иностранный гражданин в заявлении об установлении личности, оформленном на бланке, указывает свои персональные данные (фамилию, имя, отчество (последнее при наличии), дату и место рождения), а также цель, обстоятельства и дату въезда в Российскую Федерацию. В целях проведения процедуры установления личности вместе с указанным заявлением представляются имеющиеся у иностранного гражданина подлинники документов, содержащих его персональные данные, и (или) их копии. К таким документам относятся недействительный документ, удостоверяющий личность, свидетельство о рождении, документ, свидетельствующий о перемене фамилии, имени и (или) отчества либо иных персональных данных, документ о заключении (расторжении) брака, документ об образовании, военный билет, трудовая книжка и (или) сведения о трудовой деятельности, оформленные в установленном законодательством порядке, пенсионное удостоверение, водительское удостоверение, справка из места лишения свободы об освобождении, иные документы, содержащие персональные данные заявителя. (В редакции Федерального закона от 31.07.2020 № 268-ФЗ)</w:t>
      </w:r>
    </w:p>
    <w:p>
      <w:r>
        <w:rPr>
          <w:b/>
        </w:rPr>
        <w:t xml:space="preserve">3. </w:t>
      </w:r>
      <w:r>
        <w:t>О принятии к рассмотрению заявления иностранного гражданина об установлении личности иностранному гражданину выдается справка установленной формы с фотографией вместе с описью приложенных к заявлению документов. (В редакции Федерального закона от 24.02.2021 № 22-ФЗ)</w:t>
      </w:r>
    </w:p>
    <w:p>
      <w:r>
        <w:rPr>
          <w:b/>
        </w:rPr>
        <w:t xml:space="preserve">4. </w:t>
      </w:r>
      <w:r>
        <w:t>В целях установления личности иностранного гражданина территориальный орган федерального органа исполнительной власти в сфере внутренних дел вправе: (В редакции Федерального закона от 27.12.2018 № 528-ФЗ) 1) требовать от иностранного гражданина предоставления в письменной форме информации, необходимой для установления его личности;</w:t>
      </w:r>
    </w:p>
    <w:p>
      <w:r>
        <w:rPr>
          <w:b/>
        </w:rPr>
        <w:t xml:space="preserve">5. </w:t>
      </w:r>
      <w:r>
        <w:t>Опрос лиц, указанных иностранным гражданином в качестве свидетелей, проводится сотрудником территориального органа федерального органа исполнительной власти в сфере внутренних дел. Результаты опроса оформляются протоколом опроса свидетеля, в котором указываются место и время проведения опроса, должность, фамилия, имя, отчество лица, проводившего опрос, персональные данные свидетеля, а также документ, удостоверяющий личность свидетеля. (В редакции Федерального закона от 27.12.2018 № 528-ФЗ)</w:t>
      </w:r>
    </w:p>
    <w:p>
      <w:r>
        <w:rPr>
          <w:b/>
        </w:rPr>
        <w:t xml:space="preserve">6. </w:t>
      </w:r>
      <w:r>
        <w:t>Протокол опроса свидетеля предъявляется для ознакомления участвовавшему в опросе свидетелю. Свидетель может вносить в протокол замечания о его дополнении и уточнении, которые удостоверяются его подписью. Протокол подписывается составившим его сотрудником территориального органа федерального органа исполнительной власти в сфере внутренних дел и участвовавшим в опросе свидетелем. В случае отказа свидетеля подписать протокол сотрудник территориального органа федерального органа исполнительной власти в сфере внутренних дел вносит в протокол соответствующую запись и удостоверяет ее своей подписью. (В редакции Федерального закона от 27.12.2018 № 528-ФЗ)</w:t>
      </w:r>
    </w:p>
    <w:p>
      <w:r>
        <w:rPr>
          <w:b/>
        </w:rPr>
        <w:t xml:space="preserve">7. </w:t>
      </w:r>
      <w:r>
        <w:t>Для опознания иностранного гражданина сотрудник территориального органа федерального органа исполнительной власти в сфере внутренних дел предъявляет его свидетелям, которые предварительно сообщают сведения о себе, а также об обстоятельствах знакомства с данным иностранным гражданином. (В редакции Федерального закона от 27.12.2018 № 528-ФЗ)</w:t>
      </w:r>
    </w:p>
    <w:p>
      <w:r>
        <w:rPr>
          <w:b/>
        </w:rPr>
        <w:t xml:space="preserve">8. </w:t>
      </w:r>
      <w:r>
        <w:t>Иностранный гражданин предъявляется для опознания вместе с другими лицами, по возможности внешне сходными с ним. Общее число лиц, предъявляемых для опознания, должно быть не менее трех. Перед началом опознания иностранному гражданину предлагается занять любое место среди предъявляемых для опознания лиц, о чем в протоколе опознания делается соответствующая запись. В случае невозможности опознания иностранного гражданина непосредственно может быть проведено опознание по его фотографии, предъявляемой одновременно с фотографиями других лиц, по возможности внешне сходных с опознаваемым. Количество фотографий должно быть не менее трех. Если опознающий указал на одно из предъявленных для опознания лиц или на одну из фотографий, то ему предлагается объяснить, по каким приметам или особенностям он опознал данное лицо, а также сообщить фамилию, имя и отчество опознанного</w:t>
      </w:r>
    </w:p>
    <w:p>
      <w:r>
        <w:rPr>
          <w:b/>
        </w:rPr>
        <w:t xml:space="preserve">9. </w:t>
      </w:r>
      <w:r>
        <w:t>По результатам опознания составляется протокол опознания, в котором указываются место и дата проведения опознания, должность, фамилия и инициалы лица, составившего протокол, фамилии, имена, отчества участвовавших в опознании лиц, а при необходимости адреса их места жительства (места пребывания) и другие сведения о них</w:t>
      </w:r>
    </w:p>
    <w:p>
      <w:r>
        <w:rPr>
          <w:b/>
        </w:rPr>
        <w:t xml:space="preserve">10. </w:t>
      </w:r>
      <w:r>
        <w:t>Протокол опознания предъявляется для ознакомления всем участвовавшим в опознании лицам. Указанные лица могут вносить в протокол замечания о его дополнении и уточнении, которые должны быть удостоверены их подписями</w:t>
      </w:r>
    </w:p>
    <w:p>
      <w:r>
        <w:rPr>
          <w:b/>
        </w:rPr>
        <w:t xml:space="preserve">11. </w:t>
      </w:r>
      <w:r>
        <w:t>Протокол опознания подписывается составившим его сотрудником территориального органа федерального органа исполнительной власти в сфере внутренних дел, а также участвовавшими в опознании лицами. В случае отказа участвовавшего в опознании лица подписать протокол сотрудник территориального органа федерального органа исполнительной власти в сфере внутренних дел вносит в протокол соответствующую запись и удостоверяет ее своей подписью. (В редакции Федерального закона от 27.12.2018 № 528-ФЗ)</w:t>
      </w:r>
    </w:p>
    <w:p>
      <w:r>
        <w:rPr>
          <w:b/>
        </w:rPr>
        <w:t xml:space="preserve">12. </w:t>
      </w:r>
      <w:r>
        <w:t>По результатам проведенных проверок, опроса свидетелей и опознания территориальным органом федерального органа исполнительной власти в сфере внутренних дел составляется заключение об установлении личности иностранного гражданина, которое подписывается руководителем указанного территориального органа. Подлинники документов, представленных иностранным гражданином в целях проведения процедуры установления личности, возвращаются иностранному гражданину. Копия заключения территориального органа федерального органа исполнительной власти в сфере внутренних дел об установлении личности иностранного гражданина вручается (направляется) данному иностранному гражданину в течение трех рабочих дней со дня составления этого заключения. Иностранному гражданину, не имеющему действительных документов, удостоверяющих личность, при установлении наличия у данного лица гражданства иностранного государства либо при установлении государства, готового принять лицо без гражданства, выдается справка установленной формы с фотографией для следования в дипломатическое представительство соответствующего иностранного государства в Российской Федерации. Форма заявления о выдаче справки для следования в дипломатическое представительство иностранного государства в Российской Федерации, форма такой справки и порядок ее выдачи утверждаются федеральным органом исполнительной власти в сфере внутренних дел. (Пункт в редакции Федерального закона от 24.02.2021 № 22-ФЗ)</w:t>
      </w:r>
    </w:p>
    <w:p>
      <w:r>
        <w:rPr>
          <w:b/>
        </w:rPr>
        <w:t xml:space="preserve">13. </w:t>
      </w:r>
      <w:r>
        <w:t>Срок проведения процедуры установления личности иностранного гражданина не должен превышать три месяца. В случае непоступления из дипломатических представительств или консульских учреждений иностранных государств в Российской Федерации, международных организаций ответов на запросы территориального органа федерального органа исполнительной власти в сфере внутренних дел срок проведения процедуры установления личности иностранного гражданина может быть однократно продлен по решению руководителя указанного территориального органа, но не более чем на три месяца. (В редакции Федерального закона от 24.02.2021 № 22-ФЗ) В случае непоступления ответов в течение времени, на которое продлен срок проведения процедуры установления личности иностранного гражданина, заключение об установлении личности иностранного гражданина выносится на основании данных, имеющихся ко времени истечения этого срока. (Дополнение абзацем - Федеральный закон от 24.02.2021 № 22-ФЗ)</w:t>
      </w:r>
    </w:p>
    <w:p>
      <w:r>
        <w:rPr>
          <w:b/>
        </w:rPr>
        <w:t xml:space="preserve">14. </w:t>
      </w:r>
      <w:r>
        <w:t>Формы бланков заявления об установлении личности, справки о приеме заявления об установлении личности к рассмотрению, протокола опроса свидетелей, протокола опознания и заключения об установлении личности иностранного гражданина утверждаются федеральным органом исполнительной власти в сфере внутренних дел. (В редакции Федерального закона от 27.12.2018 № 528-ФЗ) (Дополнение статьей - Федеральный закон от 07.05.2013 № 83-ФЗ)</w:t>
      </w:r>
    </w:p>
    <w:p>
      <w:r>
        <w:rPr>
          <w:b/>
        </w:rPr>
        <w:t xml:space="preserve">4. </w:t>
      </w:r>
      <w:r>
        <w:t>проводить соответствующие проверки, опрашивать лиц, указанных иностранным гражданином в качестве свидетелей, по месту жительства или месту пребывания иностранного гражданина, а также проводить его опознание по свидетельским показаниям</w:t>
      </w:r>
    </w:p>
    <w:p>
      <w:r>
        <w:rPr>
          <w:b/>
        </w:rPr>
        <w:t xml:space="preserve">4. </w:t>
      </w:r>
      <w:r>
        <w:t>использовать сведения об иностранных гражданах, содержащиеся в государственной информационной системе миграционного учета</w:t>
      </w:r>
    </w:p>
    <w:p>
      <w:r>
        <w:rPr>
          <w:b/>
        </w:rPr>
        <w:t xml:space="preserve">4. </w:t>
      </w:r>
      <w:r>
        <w:t>использовать дактилоскопическую информацию, полученную при проведении государственной дактилоскопической регистрации</w:t>
      </w:r>
    </w:p>
    <w:p>
      <w:r>
        <w:rPr>
          <w:b/>
        </w:rPr>
        <w:t xml:space="preserve">4. </w:t>
      </w:r>
      <w:r>
        <w:t>направлять запросы в дипломатические представительства или консульские учреждения иностранных государств в Российской Федерации, международные организации. (Дополнение подпунктом - Федеральный закон от 24.02.2021 № 22-ФЗ)</w:t>
      </w:r>
    </w:p>
    <w:p>
      <w:r>
        <w:rPr>
          <w:b/>
        </w:rPr>
        <w:t>Статья 11. Передвижение иностранных граждан в пределах Российской Федерации</w:t>
      </w:r>
    </w:p>
    <w:p>
      <w:r>
        <w:rPr>
          <w:b/>
        </w:rPr>
        <w:t xml:space="preserve">1. </w:t>
      </w:r>
      <w:r>
        <w:t>Иностранные граждане имеют право на свободу передвижения в личных или деловых целях в пределах Российской Федерации на основании документов, выданных или оформленных им в соответствии с настоящим Федеральным законом, за исключением посещения территорий, организаций и объектов, для въезда на которые в соответствии с федеральными законами требуется специальное разрешение, и случаев, предусмотренных настоящим Федеральным законом. (В редакции Федерального закона от 08.08.2024 № 260-ФЗ) Перечень территорий, организаций и объектов, для въезда на которые иностранным гражданам требуется специальное разрешение, утверждается Правительством Российской Федерации</w:t>
      </w:r>
    </w:p>
    <w:p>
      <w:r>
        <w:rPr>
          <w:b/>
        </w:rPr>
        <w:t xml:space="preserve">11. </w:t>
      </w:r>
      <w:r>
        <w:t>(Дополнение пунктом - Федеральный закон от 07.03.2017 № 28-ФЗ) (Утратил силу - Федеральный закон от 31.07.2020 № 305-ФЗ)</w:t>
      </w:r>
    </w:p>
    <w:p>
      <w:r>
        <w:rPr>
          <w:b/>
        </w:rPr>
        <w:t xml:space="preserve">2. </w:t>
      </w:r>
      <w:r>
        <w:t>Временно проживающий в Российской Федерации иностранный гражданин не вправе по собственному желанию изменять место своего проживания в пределах субъекта Российской Федерации, на территории которого ему разрешено временное проживание. Временно проживающий в Российской Федерации иностранный гражданин не вправе избирать место своего проживания вне пределов субъекта Российской Федерации, в котором ему выдано разрешение на временное проживание. Действие абзацев первого и второго настоящего пункта не распространяется на временно проживающего в Российской Федерации иностранного гражданина, избирающего место своего проживания в пределах субъекта Российской Федерации, на территории которого ему разрешено временное проживание, либо вне пределов указанного субъекта Российской Федерации, в связи с получением статуса участника (члена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в связи с переездом данного иностранного гражданина к новому месту жительства гражданина Российской Федерации, указанного в подпункте 4 пункта 3 статьи 6 настоящего Федерального закона, или в связи с изменением иностранным гражданином места военной службы, прохождение которой послужило основанием для получения разрешения на временное проживание, или в связи с переездом военнослужащего и (или) членов его семьи к новому месту прохождения военной службы военнослужащего. (В редакции Федерального закона от 10.07.2023 № 316-ФЗ) (Пункт в редакции Федерального закона от 27.12.2018 № 507-ФЗ)</w:t>
      </w:r>
    </w:p>
    <w:p>
      <w:r>
        <w:rPr>
          <w:b/>
        </w:rPr>
        <w:t xml:space="preserve">3. </w:t>
      </w:r>
      <w:r>
        <w:t>Иностранным гражданам - сотрудникам дипломатических представительств и работникам консульских учреждений иностранных государств в Российской Федерации, сотрудникам международных организаций, а также аккредитованным в Российской Федерации иностранным журналистам право на свободу передвижения в пределах Российской Федерации предоставляется на основе принципа взаимности, за исключением ограничений, предусмотренных пунктом 1 настоящей статьи</w:t>
      </w:r>
    </w:p>
    <w:p>
      <w:r>
        <w:rPr>
          <w:b/>
        </w:rPr>
        <w:t>Статья 12. Отношение иностранных граждан к избирательному праву</w:t>
      </w:r>
    </w:p>
    <w:p>
      <w:r>
        <w:rPr>
          <w:b/>
        </w:rPr>
        <w:t xml:space="preserve">1. </w:t>
      </w:r>
      <w:r>
        <w:t>Иностранные граждане в Российской Федерации не имеют права избирать и быть избранными в федеральные органы государственной власти, органы государственной власти субъектов Российской Федерации, а также участвовать в референдуме Российской Федерации и референдумах субъектов Российской Федерации</w:t>
      </w:r>
    </w:p>
    <w:p>
      <w:r>
        <w:rPr>
          <w:b/>
        </w:rPr>
        <w:t xml:space="preserve">2. </w:t>
      </w:r>
      <w:r>
        <w:t>Постоянно проживающие в Российской Федерации иностранные граждане в случаях и порядке, предусмотренных федеральными законами, имеют право избирать и быть избранными в органы местного самоуправления, а также участвовать в местном референдуме</w:t>
      </w:r>
    </w:p>
    <w:p>
      <w:r>
        <w:rPr>
          <w:b/>
        </w:rPr>
        <w:t>Статья 13. Трудовая деятельность иностранных граждан в Российской Федерации</w:t>
      </w:r>
    </w:p>
    <w:p>
      <w:r>
        <w:t>(Наименование в редакции Федерального закона от 24.11.2014 № 357-ФЗ)</w:t>
      </w:r>
    </w:p>
    <w:p>
      <w:r>
        <w:rPr>
          <w:b/>
        </w:rPr>
        <w:t xml:space="preserve">1. </w:t>
      </w:r>
      <w:r>
        <w:t>Иностранные граждане пользуются правом свободно распоряжаться своими способностями к труду, выбирать род деятельности и профессию, а также правом на свободное использование своих способностей и имущества для предпринимательской и иной не запрещенной законом экономической деятельности с учетом ограничений, предусмотренных федеральным законом</w:t>
      </w:r>
    </w:p>
    <w:p>
      <w:r>
        <w:rPr>
          <w:b/>
        </w:rPr>
        <w:t xml:space="preserve">2. </w:t>
      </w:r>
      <w:r>
        <w:t>Работодателем в соответствии с настоящим Федеральным законом является физическое или юридическое лицо, получившее в установленном порядке разрешение на привлечение и использование иностранных работников (за исключением случаев, предусмотренных настоящей статьей) и использующее труд иностранных работников на основании заключенных с ними трудовых договоров. В качестве работодателя может выступать в том числе иностранный гражданин, зарегистрированный в качестве индивидуального предпринимателя. (В редакции Федерального закона от 24.11.2014 № 357-ФЗ)</w:t>
      </w:r>
    </w:p>
    <w:p>
      <w:r>
        <w:rPr>
          <w:b/>
        </w:rPr>
        <w:t xml:space="preserve">3. </w:t>
      </w:r>
      <w:r>
        <w:t>Заказчиком работ (услуг) в соответствии с настоящим Федеральным законом является физическое или юридическое лицо, получившее в установленном порядке разрешение на привлечение и использование иностранных работников (за исключением случаев, предусмотренных настоящей статьей) и использующее труд иностранных работников на основании заключенных с ними гражданско-правовых договоров на выполнение работ (оказание услуг). В качестве заказчика работ (услуг) может выступать в том числе иностранный гражданин, зарегистрированный в качестве индивидуального предпринимателя. (В редакции Федерального закона от 24.11.2014 № 357-ФЗ)</w:t>
      </w:r>
    </w:p>
    <w:p>
      <w:r>
        <w:rPr>
          <w:b/>
        </w:rPr>
        <w:t xml:space="preserve">4. </w:t>
      </w:r>
      <w:r>
        <w:t>Работодатель и заказчик работ (услуг) имеют право привлекать и использовать иностранных работников при наличии разрешения на привлечение и использование иностранных работников, а иностранный гражданин имеет право осуществлять трудовую деятельность в случае, если он достиг возраста восемнадцати лет, при наличии разрешения на работу или патента. Указанный порядок не распространяется на иностранных граждан: (В редакции федеральных законов от 23.07.2013 № 204-ФЗ; от 24.11.2014 № 357-ФЗ) 1) постоянно или временно проживающих в Российской Федерации; (В редакции Федерального закона от 30.12.2012 № 320-ФЗ) 2)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переселяющихся совместно с ними в Российскую Федерацию;</w:t>
      </w:r>
    </w:p>
    <w:p>
      <w:r>
        <w:rPr>
          <w:b/>
        </w:rPr>
        <w:t xml:space="preserve">41. </w:t>
      </w:r>
      <w:r>
        <w:t>Особенности осуществления трудовой деятельности отдельными категориями иностранных граждан определяются статьями 132 - 137 настоящего Федерального закона. (Дополнение пунктом - Федеральный закон от 18.07.2006 № 110-ФЗ) (В редакции федеральных законов от 19.05.2010 № 86-ФЗ; от 23.07.2013 № 203-ФЗ; от 28.12.2013 № 390-ФЗ; от 24.11.2014 № 357-ФЗ; от 13.07.2015 № 213-ФЗ; от 17.06.2019 № 145-ФЗ)</w:t>
      </w:r>
    </w:p>
    <w:p>
      <w:r>
        <w:rPr>
          <w:b/>
        </w:rPr>
        <w:t xml:space="preserve">42. </w:t>
      </w:r>
      <w:r>
        <w:t>Временно пребывающий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выданы разрешение на работу или патент (за исключением случаев, предусмотренных настоящим Федеральным законом), а также по профессии (специальности, должности, виду трудовой деятельности), не указанной в разрешении на работу. Работодатель или заказчик работ (услуг) не вправе привлекать иностранного гражданина к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или патент, а также по профессии (специальности, должности, виду трудовой деятельности), не указанной в разрешении на работу (за исключением случаев, предусмотренных настоящим Федеральным законом и другими федеральными законами). (Дополнение пунктом - Федеральный закон от 18.07.2006 № 110-ФЗ) (В редакции федеральных законов от 23.07.2013 № 203-ФЗ, от 24.11.2014 № 357-ФЗ, от 01.12.2014 № 409-ФЗ, от 23.05.2025 № 121-ФЗ)</w:t>
      </w:r>
    </w:p>
    <w:p>
      <w:r>
        <w:rPr>
          <w:b/>
        </w:rPr>
        <w:t xml:space="preserve">43. </w:t>
      </w:r>
      <w:r>
        <w:t>Особенности осуществления трудовой деятельности иностранными гражданами на территории Российской Федерации в связи с организацией и проведением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(Дополнение пунктом - Федеральный закон от 01.12.2007 № 310-ФЗ)</w:t>
      </w:r>
    </w:p>
    <w:p>
      <w:r>
        <w:rPr>
          <w:b/>
        </w:rPr>
        <w:t xml:space="preserve">44. </w:t>
      </w:r>
      <w:r>
        <w:t>Особенности осуществления трудовой деятельности иностранными гражданами на территории Российской Федерации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определяются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(Дополнение пунктом - Федеральный закон от 08.05.2009 № 93-ФЗ)</w:t>
      </w:r>
    </w:p>
    <w:p>
      <w:r>
        <w:rPr>
          <w:b/>
        </w:rPr>
        <w:t xml:space="preserve">45. </w:t>
      </w:r>
      <w:r>
        <w:t>Работодатель и заказчик работ (услуг) имеют право привлекать и использовать иностранных работников без разрешения на привлечение и использование иностранных работников в случае, если иностранные граждане</w:t>
      </w:r>
    </w:p>
    <w:p>
      <w:r>
        <w:rPr>
          <w:b/>
        </w:rPr>
        <w:t xml:space="preserve">46. </w:t>
      </w:r>
      <w:r>
        <w:t>Иностранные граждане при получении разрешений на работу в соответствии со статьями 132 и 135 настоящего Федерального закона подлежат обязательной государственной дактилоскопической регистрации и фотографированию. Иностранные граждане, прибывшие в Российскую Федерацию в порядке, не требующем получения визы, подлежат обязательной государственной дактилоскопической регистрации и фотографированию при обращении с заявлением об оформлении патента. (Дополнение пунктом - Федеральный закон от 19.05.2010 № 86-ФЗ) (В редакции Федерального закона от 01.07.2021 № 274-ФЗ)</w:t>
      </w:r>
    </w:p>
    <w:p>
      <w:r>
        <w:rPr>
          <w:b/>
        </w:rPr>
        <w:t xml:space="preserve">47. </w:t>
      </w:r>
      <w:r>
        <w:t>Организации, оказывающие услуги по трудоустройству иностранных граждан на территории Российской Федерации, в течение трех рабочих дней со дня трудоустройства иностранного гражданина обязаны уведомлять об этом территориальный орган федерального органа исполнительной власти в сфере внутренних дел. Порядок представления уведомления о трудоустройстве иностранного гражданина на территории Российской Федерации и его форма устанавливаются федеральным органом исполнительной власти в сфере внутренних дел. (Дополнение пунктом - Федеральный закон от 19.05.2010 № 86-ФЗ) (В редакции Федерального закона от 27.12.2018 № 528-ФЗ)</w:t>
      </w:r>
    </w:p>
    <w:p>
      <w:r>
        <w:rPr>
          <w:b/>
        </w:rPr>
        <w:t xml:space="preserve">48. </w:t>
      </w:r>
      <w:r>
        <w:t>Особенности осуществления иностранными гражданами трудовой деятельности на территории инновационного центра "Сколково" устанавливаются Федеральным законом "Об инновационном центре "Сколково". (Дополнение пунктом - Федеральный закон от 28.09.2010 № 243-ФЗ)</w:t>
      </w:r>
    </w:p>
    <w:p>
      <w:r>
        <w:rPr>
          <w:b/>
        </w:rPr>
        <w:t xml:space="preserve">49. </w:t>
      </w:r>
      <w:r>
        <w:t>Особенности осуществления иностранными гражданами трудовой деятельности на территории Российской Федерации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законом. (Дополнение пунктом - Федеральный закон от 07.06.2013 № 108-ФЗ) (В редакции Федерального закона от 01.05.2019 № 100-ФЗ) 49-1. Особенности осуществления трудовой деятельности иностранными гражданами на территориях опережающего развития определяются Трудовым кодексом Российской Федерации. (Дополнение пунктом - Федеральный закон от 31.12.2014 № 519-ФЗ) (В редакции Федерального закона от 14.07.2022 № 271-ФЗ)</w:t>
      </w:r>
    </w:p>
    <w:p>
      <w:r>
        <w:rPr>
          <w:b/>
        </w:rPr>
        <w:t xml:space="preserve">410. </w:t>
      </w:r>
      <w:r>
        <w:t>Установленные подпунктами 6 и 7 пункта 4 настоящей статьи правила не применяются в отношении иностранных граждан, совмещающих в Российской Федерации осуществление трудовой деятельности с обучением, в случае, если данные иностранные граждане прибыли в Российскую Федерацию в порядке, не требующем получения визы, в целях осуществления трудовой деятельности либо на основании обыкновенной рабочей визы. (Дополнение пунктом - Федеральный закон от 23.07.2013 № 203-ФЗ)</w:t>
      </w:r>
    </w:p>
    <w:p>
      <w:r>
        <w:rPr>
          <w:b/>
        </w:rPr>
        <w:t xml:space="preserve">411. </w:t>
      </w:r>
      <w:r>
        <w:t>Особенности осуществления трудовой деятельности на территории Российской Федерации иностранными гражданами, являющимися членами жюри Международного конкурса имени П.И.Чайковского, определяются Федеральным законом "О регулировании отдельных вопросов, связанных с проведением в Российской Федерации Международного конкурса имени П.И.Чайковского, и внесении изменения в Федеральный закон "О правовом положении иностранных граждан в Российской Федерации". (Дополнение пунктом - Федеральный закон от 23.05.2015 № 132-ФЗ) (В редакции Федерального закона от 06.06.2019 № 121-ФЗ)</w:t>
      </w:r>
    </w:p>
    <w:p>
      <w:r>
        <w:rPr>
          <w:b/>
        </w:rPr>
        <w:t xml:space="preserve">412. </w:t>
      </w:r>
      <w:r>
        <w:t>Особенности осуществления иностранными гражданами трудовой деятельности на территории международного медицинского кластера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 (Дополнение пунктом - Федеральный закон от 29.06.2015 № 160-ФЗ)</w:t>
      </w:r>
    </w:p>
    <w:p>
      <w:r>
        <w:rPr>
          <w:b/>
        </w:rPr>
        <w:t xml:space="preserve">413. </w:t>
      </w:r>
      <w:r>
        <w:t>Особенности осуществления иностранными гражданами трудовой деятельности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пунктом - Федеральный закон от 29.07.2017 № 216-ФЗ)</w:t>
      </w:r>
    </w:p>
    <w:p>
      <w:r>
        <w:rPr>
          <w:b/>
        </w:rPr>
        <w:t xml:space="preserve">5. </w:t>
      </w:r>
      <w:r>
        <w:t>Временно проживающий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разрешено временное проживание</w:t>
      </w:r>
    </w:p>
    <w:p>
      <w:r>
        <w:rPr>
          <w:b/>
        </w:rPr>
        <w:t xml:space="preserve">6. </w:t>
      </w:r>
      <w:r>
        <w:t>С учетом особенностей региональных экономических связей уполномоченный Правительством Российской Федерации федеральный орган исполнительной власти может устанавливать случаи осуществления трудовой деятельности: (В редакции Федерального закона от 23.07.2008 № 160-ФЗ) 1) иностранным гражданином, временно пребывающим в Российской Федерации, - вне пределов субъекта Российской Федерации, на территории которого ему выдано разрешение на работу; (В редакции федеральных законов от 23.07.2013 № 203-ФЗ, от 06.02.2020 № 16-ФЗ) 2) иностранным гражданином, временно проживающим в Российской Федерации, - вне пределов субъекта Российской Федерации, на территории которого ему разрешено временное проживание. (Дополнение пунктом - Федеральный закон от 18.07.2006 № 110-ФЗ)</w:t>
      </w:r>
    </w:p>
    <w:p>
      <w:r>
        <w:rPr>
          <w:b/>
        </w:rPr>
        <w:t xml:space="preserve">7. </w:t>
      </w:r>
      <w:r>
        <w:t>После принятия к рассмотрению документов для оформления иностранному гражданину разрешения на работу или патента федеральный орган исполнительной власти в сфере внутренних дел или его территориальный орган проверяет факт постановки на учет в налоговом органе данного иностранного гражданина на основании сведений, имеющихся в государственной информационной системе миграционного учета. (В редакции Федерального закона от 27.12.2018 № 528-ФЗ) В случае отсутствия указанных сведений федеральный орган исполнительной власти в сфере внутренних дел или его территориальный орган не позднее дня, следующего за днем принятия к рассмотрению документов для оформления иностранному гражданину разрешения на работу или патента, направляет сведения о постановке данного иностранного гражданина на миграционный учет по месту пребывания в налоговый орган по месту своего нахождения. Налоговый орган не позднее дня, следующего за днем постановки на учет иностранного гражданина, направляет в федеральный орган исполнительной власти в сфере внутренних дел или его территориальный орган сведения о постановке иностранного гражданина на учет в налоговом органе.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 (В редакции Федерального закона от 27.12.2018 № 528-ФЗ) (Дополнение пунктом - Федеральный закон от 23.07.2013 № 248-ФЗ)</w:t>
      </w:r>
    </w:p>
    <w:p>
      <w:r>
        <w:rPr>
          <w:b/>
        </w:rPr>
        <w:t xml:space="preserve">8. </w:t>
      </w:r>
      <w:r>
        <w:t>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 (В редакции Федерального закона от 27.12.2018 № 528-ФЗ) В случае осуществления иностранным гражданином трудовой деятельности на территориях двух субъектов Российской Федерации в соответствии со статьей 133-1 настоящего Федерального закона работодатель или заказчик работ (услуг), привлекающие и использующие для осуществления трудовой деятельности иностранного гражданина, обязан подать уведомление, указанное в абзаце первом настоящего пункта, в территориальный орган федерального органа исполнительной власти в сфере внутренних дел в каждом субъекте Российской Федерации, на территории которого данный иностранный гражданин осуществляет трудовую деятельность. При этом, если иностранный гражданин, в отношении которого работодателем или заказчиком работ (услуг) уже подавалось уведомление, указанное в абзаце первом настоящего пункта, начинает осуществление трудовой деятельности на территории другого субъекта Российской Федерации, работодатель или заказчик работ (услуг) обязан подать уведомление, указанное в абзаце первом настоящего пункта, в территориальный орган федерального органа исполнительной власти в сфере внутренних дел в субъекте Российской Федерации, на территории которого трудовая деятельность начинает осуществляться, в течение трех рабочих дней с момента начала ее осуществления. (Дополнение абзацем - Федеральный закон от 23.05.2025 № 121-ФЗ) Уведомление, указанное в абзаце первом настоящего пункта, подается работодателем или заказчиком работ (услуг)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 (В редакции Федерального закона от 25.12.2023 № 648-ФЗ) Форма и порядок подачи указанного уведомления (в том числе в электронном виде) устанавливаются федеральным органом исполнительной власти в сфере внутренних дел. (В редакции Федерального закона от 27.12.2018 № 528-ФЗ) После получения уведомления, указанного в абзаце первом настоящего пункта, территориальным органом федерального органа исполнительной власти в сфере внутренних дел осуществляется проверка регистрации работодателя или заказчика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 (В редакции Федерального закона от 27.12.2018 № 528-ФЗ) Территориальные органы федерального органа исполнительной власти в сфере внутренних дел обмениваются с органами исполнительной власти, ведающими вопросами занятости населения в соответствующем субъекте Российской Федерации, и налоговыми органами сведениями о привлечении работодателями и заказчиками работ (услуг) иностранных граждан для осуществления трудовой деятельности.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 (В редакции Федерального закона от 27.12.2018 № 528-ФЗ) (Дополнение пунктом - Федеральный закон от 24.11.2014 № 357-ФЗ)</w:t>
      </w:r>
    </w:p>
    <w:p>
      <w:r>
        <w:rPr>
          <w:b/>
        </w:rPr>
        <w:t xml:space="preserve">81. </w:t>
      </w:r>
      <w:r>
        <w:t>Трудовой договор или гражданско-правовой договор на выполнение работ (оказание услуг), заключенные с иностранным гражданином, подлежит прекращению в случае, если иностранный гражданин досрочно прекратил обучение в профессиональной образовательной организации, образовательной организации высшего образования или научной организации. (Дополнение пунктом - Федеральный закон от 06.02.2020 № 16-ФЗ) (В редакции Федерального закона от 14.07.2022 № 357-ФЗ)</w:t>
      </w:r>
    </w:p>
    <w:p>
      <w:r>
        <w:rPr>
          <w:b/>
        </w:rPr>
        <w:t xml:space="preserve">82. </w:t>
      </w:r>
      <w:r>
        <w:t>При наличии у иностранного гражданина разрешения на временное проживание в целях получения образования договоры, указанные в пункте 81 настоящей статьи, подлежат прекращению по истечении срока действия такого разрешения. (Дополнение пунктом - Федеральный закон от 14.07.2022 № 357-ФЗ)</w:t>
      </w:r>
    </w:p>
    <w:p>
      <w:r>
        <w:rPr>
          <w:b/>
        </w:rPr>
        <w:t xml:space="preserve">83. </w:t>
      </w:r>
      <w:r>
        <w:t>Иностранный гражданин, прибывший в Российскую Федерацию в целях, не связанных с осуществлением трудовой деятельности, в порядке, не требующем получения визы, имеет право без выезда за пределы Российской Федерации изменить цель визита в Российскую Федерацию для осуществления трудовой деятельности в соответствии с настоящим Федеральным законом. В случае поступления в территориальный орган федерального органа исполнительной власти в сфере внутренних дел в соответствии с абзацем первым пункта 8 настоящей статьи уведомления о заключении работодателем или заказчиком работ (услуг) трудового договора или гражданско-правового договора на выполнение работ (оказание услуг) с иностранным гражданином, имеющим право на осуществление трудовой деятельности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целью визита в Российскую Федерацию данного иностранного гражданина считается работа. Изменение цели визита в Российскую Федерацию иностранным гражданином, прибывшим в Российскую Федерацию в порядке, не требующем получения визы, в целях, не связанных с осуществлением трудовой деятельности, и обратившимся с заявлением об оформлении патента, осуществляется в соответствии с пунктом 21 статьи 133 настоящего Федерального закона. Сведения об изменении цели визита в Российскую Федерацию иностранного гражданина, указанного в абзаце втором настоящего пункта, не позднее рабочего дня, следующего за днем поступления в территориальный орган федерального органа исполнительной власти в сфере внутренних дел уведомления, указанного в настоящем пункте, вносятся в государственную информационную систему миграционного учета. (Дополнение пунктом - Федеральный закон от 14.07.2022 № 357-ФЗ)</w:t>
      </w:r>
    </w:p>
    <w:p>
      <w:r>
        <w:rPr>
          <w:b/>
        </w:rPr>
        <w:t xml:space="preserve">9. </w:t>
      </w:r>
      <w:r>
        <w:t>(Дополнение пунктом - Федеральный закон от 24.11.2014 № 357-ФЗ) (Утратил силу - Федеральный закон от 25.12.2023 № 648-ФЗ)</w:t>
      </w:r>
    </w:p>
    <w:p>
      <w:r>
        <w:rPr>
          <w:b/>
        </w:rPr>
        <w:t xml:space="preserve">10. </w:t>
      </w:r>
      <w:r>
        <w:t>(Дополнение пунктом - Федеральный закон от 01.12.2014 № 409-ФЗ) (Утратил силу - Федеральный закон от 14.07.2022 № 237-ФЗ)</w:t>
      </w:r>
    </w:p>
    <w:p>
      <w:r>
        <w:rPr>
          <w:b/>
        </w:rPr>
        <w:t xml:space="preserve">11. </w:t>
      </w:r>
      <w:r>
        <w:t>Если иное не установлено настоящим Федеральным законом, в случае изменения в течение срока действия разрешения на работу фамилии, имени или отчества (последнее - при наличии) иностранного гражданина либо реквизитов документа, удостоверяющего его личность на территории Российской Федерации и признаваемого Российской Федерацией в этом качестве, данный иностранный гражданин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территориальный орган федерального органа исполнительной власти в сфере внутренних дел, выдавший разрешение на работу,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таком разрешении. (Дополнение пунктом - Федеральный закон от 29.06.2015 № 199-ФЗ) (В редакции федеральных законов от 27.12.2018 № 528-ФЗ, от 02.08.2019 № 257-ФЗ, от 25.12.2023 № 648-ФЗ)</w:t>
      </w:r>
    </w:p>
    <w:p>
      <w:r>
        <w:rPr>
          <w:b/>
        </w:rPr>
        <w:t xml:space="preserve">12. </w:t>
      </w:r>
      <w:r>
        <w:t>В случае принятия решения о выдаче разрешения на работу иностранный гражданин, прибывший в Российскую Федерацию на основании визы, обязан представить в течение тридцати календарных дней со дня въезда в Российскую Федерацию в федеральный орган исполнительной власти в сфере внутренних дел или его территориальный орган, принявшие решение о выдаче разрешения на работу, медицинские документы, подтверждающие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пункте, на территории соответствующего субъекта Российской Федерации. (Дополнение пунктом - Федеральный закон от 02.07.2021 № 357-ФЗ) (В редакции федеральных законов от 14.07.2022 № 357-ФЗ, от 10.07.2023 № 316-ФЗ)</w:t>
      </w:r>
    </w:p>
    <w:p>
      <w:r>
        <w:rPr>
          <w:b/>
        </w:rPr>
        <w:t xml:space="preserve">4. </w:t>
      </w:r>
      <w:r>
        <w:t>являющихся сотрудниками дипломатических представительств, работниками консульских учреждений иностранных государств в Российской Федерации, сотрудниками международных организаций, а также частными домашними работниками указанных лиц</w:t>
      </w:r>
    </w:p>
    <w:p>
      <w:r>
        <w:rPr>
          <w:b/>
        </w:rPr>
        <w:t xml:space="preserve">4. </w:t>
      </w:r>
      <w:r>
        <w:t>являющихся работниками иностранных юридических лиц (производителей или поставщиков), выполняющих монтажные (шефмонтажные) работы, сервисное и гарантийное обслуживание, а также послегарантийный ремонт поставленного в Российскую Федерацию технического оборудования</w:t>
      </w:r>
    </w:p>
    <w:p>
      <w:r>
        <w:rPr>
          <w:b/>
        </w:rPr>
        <w:t xml:space="preserve">4. </w:t>
      </w:r>
      <w:r>
        <w:t>являющихся журналистами, аккредитованными в Российской Федерации</w:t>
      </w:r>
    </w:p>
    <w:p>
      <w:r>
        <w:rPr>
          <w:b/>
        </w:rPr>
        <w:t xml:space="preserve">4. </w:t>
      </w:r>
      <w:r>
        <w:t>обучающихся в Российской Федерации в профессиональных образовательных организациях, образовательных организациях высшего образования и научных организациях и выполняющих работы (оказывающих услуги) в течение каникул; (В редакции Федерального закона от 14.07.2022 № 357-ФЗ) 7) обучающихся в Российской Федерации в профессиональных образовательных организациях, образовательных организациях высшего образования и научных организациях и работающих в свободное от учебы время в этих образовательных и научных организациях, хозяйственных обществах или хозяйственных партнерствах, созданных бюджетными или автономными образовательными организациями высшего образования и бюджетными или автономными научными организациями, в которых они обучаются; (В редакции Федерального закона от 14.07.2022 № 357-ФЗ) 71) обучающихся в Российской Федерации по очной форме в профессиональных образовательных организациях, образовательных организациях высшего образования или научных организациях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и работающих в свободное от учебы время; (Дополнение подпунктом - Федеральный закон от 06.02.2020 № 16-ФЗ) (В редакции Федерального закона от 14.07.2022 № 357-ФЗ) 8) приглашенных в Российскую Федерацию в качестве научных или педагогических работников, в случае их приглашения для занятия научно-исследовательской или педагогической деятельностью по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образовательными организациями высшего образования, государственными академиями наук или их региональными отделениями, национальными исследовательскими центрами, государственными научными центрами, иными научными организациями, в которых действуют диссертационные советы, созданные в соответствии с законодательством Российской Федерации, либо иными научными организациями и инновационными организациями согласно критериям и (или) перечню, утвержденным Правительством Российской Федерации, либо в качестве педагогических работников для проведения занятий в иных организациях, осуществляющих образовательную деятельность, за исключением лиц, въезжающих в Российскую Федерацию для занятия педагогической деятельностью в духовных образовательных организациях; (В редакции федеральных законов от 02.07.2013 № 185-ФЗ, от 30.12.2020 № 517-ФЗ) 81) приглашенных в Российскую Федерацию с деловой или гуманитарной целью либо в целях осуществления трудовой деятельности и привлекаемых помимо этого для занятия научно-исследовательской и (или) педагогической деятельностью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в научных организациях и образовательных организациях высшего образования, за исключением духовных образовательных организаций; (Дополнение подпунктом - Федеральный закон от 21.04.2011 № 80-ФЗ) (В редакции федеральных законов от 02.07.2013 № 185-ФЗ, от 17.06.2019 № 144-ФЗ, от 30.12.2020 № 517-ФЗ) 82) прибывших в Российскую Федерацию не более чем на тридцать суток для осуществления гастрольной деятельности (организации и проведения на основании гражданско-правовых договоров на возмездной и (или) безвозмездной основе мероприятий, в ходе которых иностранный гражданин, являющийся творческим работником, осуществляет публичное исполнение произведений литературы, искусства или народного творчества) либо для осуществления по приглашению и в интересах государственных учреждений культуры и искусства творческой, просветительской, научно-исследовательской и (или) педагогической деятельности; (Дополнение подпунктом - Федеральный закон от 28.11.2015 № 343-ФЗ) (В редакции Федерального закона от 17.06.2019 № 144-ФЗ) 83) приглашенных в Российскую Федерацию в качестве медицинских, педагогических или научных работников в случае их приглашения для занятия соответствующей деятельностью на территории международного медицинского кластера; (Дополнение подпунктом - Федеральный закон от 29.06.2015 № 160-ФЗ) 84) прибывших в Российскую Федерацию с гостевым визитом либо для осуществления научных или культурных связей и контактов и привлекаемых помимо этого государственными учреждениями культуры и искусства для осуществления деятельности, указанной в подпункте 82 настоящего пункта, в течение срока, не превышающего тридцати суток; (Дополнение подпунктом - Федеральный закон от 17.06.2019 № 144-ФЗ) 9) являющихся аккредитованными работниками аккредитованных в установленном порядке на территории Российской Федерации представительств иностранных юридических лиц, на основе принципа взаимности в соответствии с международными договорами Российской Федерации; (В редакции Федерального закона от 05.05.2014 № 106-ФЗ) 10) осуществляющих трудовую деятельность в случае и порядке, предусмотренных частью четвертой статьи 63 и статьей 3488 Трудового кодекса Российской Федерации; (Дополнение подпунктом - Федеральный закон от 23.07.2013 № 204-ФЗ) 11) признанных беженцами на территории Российской Федерации, - до утраты ими статуса беженца или лишения их статуса беженца; (Дополнение подпунктом - Федеральный закон от 05.05.2014 № 127-ФЗ) 12) получивших временное убежище на территории Российской Федерации, - до утраты ими временного убежища или лишения их временного убежища; (Дополнение подпунктом - Федеральный закон от 05.05.2014 № 127-ФЗ) 13) имеющих временное удостоверение личности лица без гражданства в Российской Федерации; (Дополнение подпунктом - Федеральный закон от 24.02.2021 № 22-ФЗ) 14) являющихся специалистами в сфере информационных технологий и заключивших трудовой договор или гражданско-правовой договор на выполнение работ (оказание услуг) с организациями, осуществляющими деятельность в области информационных технологий и получившими в порядке,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(Дополнение подпунктом - Федеральный закон от 28.06.2022 № 207-ФЗ) (Пункт в редакции Федерального закона от 19.05.2010 № 86-ФЗ)</w:t>
      </w:r>
    </w:p>
    <w:p>
      <w:r>
        <w:rPr>
          <w:b/>
        </w:rPr>
        <w:t xml:space="preserve">45. </w:t>
      </w:r>
      <w:r>
        <w:t>прибыли в Российскую Федерацию в порядке, не требующем получения визы</w:t>
      </w:r>
    </w:p>
    <w:p>
      <w:r>
        <w:rPr>
          <w:b/>
        </w:rPr>
        <w:t xml:space="preserve">45. </w:t>
      </w:r>
      <w:r>
        <w:t>являются высококвалифицированными специалистами и привлекаются к трудовой деятельности в Российской Федерации в соответствии со статьей 132 настоящего Федерального закона</w:t>
      </w:r>
    </w:p>
    <w:p>
      <w:r>
        <w:rPr>
          <w:b/>
        </w:rPr>
        <w:t xml:space="preserve">45. </w:t>
      </w:r>
      <w:r>
        <w:t>являются членами семьи высококвалифицированного специалиста, привлеченного к трудовой деятельности в Российской Федерации в соответствии со статьей 132 настоящего Федерального закона; (Дополнение подпунктом - Федеральный закон от 20.03.2011 № 42-ФЗ) 4) (Дополнение подпунктом - Федеральный закон от 23.07.2013 № 203-ФЗ) (Утратил силу - Федеральный закон от 06.02.2020 № 16-ФЗ) 5) привлекаются к трудовой деятельности в Российской Федерации в соответствии со статьей 135 настоящего Федерального закона. (Дополнение подпунктом - Федеральный закон от 28.12.2013 № 390-ФЗ) (Дополнение пунктом - Федеральный закон от 19.05.2010 № 86-ФЗ)</w:t>
      </w:r>
    </w:p>
    <w:p>
      <w:r>
        <w:rPr>
          <w:b/>
        </w:rPr>
        <w:t>Статья 131</w:t>
      </w:r>
    </w:p>
    <w:p>
      <w:r>
        <w:t>(Дополнение статьей - Федеральный закон от 18.07.2006 № 110-ФЗ) (Утратила силу - Федеральный закон от 24.11.2014 № 357-ФЗ)</w:t>
      </w:r>
    </w:p>
    <w:p>
      <w:r>
        <w:rPr>
          <w:b/>
        </w:rPr>
        <w:t>Статья 132. Особенности осуществления трудовой деятельности иностранными гражданами - высококвалифицированными специалистами</w:t>
      </w:r>
    </w:p>
    <w:p>
      <w:r>
        <w:rPr>
          <w:b/>
        </w:rPr>
        <w:t xml:space="preserve">1. </w:t>
      </w:r>
      <w:r>
        <w:t>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w:t>
      </w:r>
    </w:p>
    <w:p>
      <w:r>
        <w:rPr>
          <w:b/>
        </w:rPr>
        <w:t xml:space="preserve">11. </w:t>
      </w:r>
      <w:r>
        <w:t>В целях настоящего Федерального закона членами семьи высококвалифицированного специалиста признаются его супруг (супруга), дети (в том числе усыновленные), супруги детей, родители (в том числе приемные), супруги родителей, бабушки, дедушки, внуки. (Дополнение пунктом - Федеральный закон от 23.12.2010 № 385-ФЗ)</w:t>
      </w:r>
    </w:p>
    <w:p>
      <w:r>
        <w:rPr>
          <w:b/>
        </w:rPr>
        <w:t xml:space="preserve">12. </w:t>
      </w:r>
      <w:r>
        <w:t>Иностранные граждане не могут привлекаться к трудовой деятельности в Российской Федерации в качестве высококвалифицированных специалистов для занятия проповеднической либо иной религиозной деятельностью, включая совершение богослужений, других религиозных обрядов и церемоний, обучение религии и религиозное воспитание последователей какой-либо религии. (Дополнение пунктом - Федеральный закон от 23.12.2010 № 385-ФЗ)</w:t>
      </w:r>
    </w:p>
    <w:p>
      <w:r>
        <w:rPr>
          <w:b/>
        </w:rPr>
        <w:t xml:space="preserve">13. </w:t>
      </w:r>
      <w:r>
        <w:t>Работодатель или заказчик работ (услуг) не вправе привлекать иностранных работников в качестве высококвалифицированных специалистов для торгового обслуживания покупателей в процессе розничной торговли товарами народного потребления (включая фармацевтические товары) независимо от ассортимента реализуемых товаров, торговых площадей и форм обслуживания покупателей, за исключением работников, осуществляющих руководство и координацию деятельности, связанной с ведением торговли. Перечень профессий (должностей, специальностей) работников, осуществляющих руководство и координацию деятельности, связанной с ведением торговли, и квалификационные требования к таким работникам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(Дополнение пунктом - Федеральный закон от 23.12.2010 № 385-ФЗ) (В редакции Федерального закона от 07.05.2013 № 82-ФЗ)</w:t>
      </w:r>
    </w:p>
    <w:p>
      <w:r>
        <w:rPr>
          <w:b/>
        </w:rPr>
        <w:t xml:space="preserve">14. </w:t>
      </w:r>
      <w:r>
        <w:t>При наличии перерыва в осуществлении трудовой деятельности в Российской Федерации высококвалифицированным специалистом, указанным в подпункте 1, 11 или 21 пункта 1 настоящей статьи, в связи с его болезнью, пребыванием в отпуске без сохранения заработной платы или другим обстоятельством, вследствие которого за период указанного перерыва выплата ему заработной платы не производилась либо производилась не в полном объеме, условие привлечения данного высококвалифицированного специалиста к трудовой деятельности в Российской Федерации в части размера получаемой им заработной платы считается соблюденным, если совокупная величина его заработной платы за три календарных месяца в течение отчетного периода составляет трехкратную сумму ежемесячного размера его заработной платы, установленного соответствующим подпунктом пункта 1 настоящей статьи. (Дополнение пунктом - Федеральный закон от 08.03.2015 № 56-ФЗ) (В редакции Федерального закона от 10.07.2023 № 316-ФЗ)</w:t>
      </w:r>
    </w:p>
    <w:p>
      <w:r>
        <w:rPr>
          <w:b/>
        </w:rPr>
        <w:t xml:space="preserve">2. </w:t>
      </w:r>
      <w:r>
        <w:t>Квота на выдачу иностранным гражданам приглашений на въезд в Российскую Федерацию в целях осуществления трудовой деятельности, квота на выдачу иностранным гражданам разрешений на работу, допустимая доля иностранных работников, используемых в различных отраслях экономики хозяйствующими субъектами, осуществляющими деятельность как на территории одного или нескольких субъектов Российской Федерации, так и на всей территории Российской Федерации, установленные Правительством Российской Федерации, не распространяются на высококвалифицированных специалистов и членов их семей. (В редакции Федерального закона от 07.05.2013 № 82-ФЗ)</w:t>
      </w:r>
    </w:p>
    <w:p>
      <w:r>
        <w:rPr>
          <w:b/>
        </w:rPr>
        <w:t xml:space="preserve">3. </w:t>
      </w:r>
      <w:r>
        <w:t>Работодатель и заказчик работ (услуг) самостоятельно осуществляют оценку компетентности и уровня квалификации иностранных граждан, которых они желают привлечь в качестве высококвалифицированных специалистов, и несут соответствующие риски</w:t>
      </w:r>
    </w:p>
    <w:p>
      <w:r>
        <w:rPr>
          <w:b/>
        </w:rPr>
        <w:t xml:space="preserve">4. </w:t>
      </w:r>
      <w:r>
        <w:t>Для оценки компетентности и уровня квалификации приглашаемого высококвалифицированного специалиста работодатель или заказчик работ (услуг) использует документы и сведения, подтверждающие наличие у данного специалиста профессиональных знаний и навыков, сведения о результатах трудовой деятельности иностранного гражданина, включая отзывы иных работодателей и заказчиков работ (услуг), в том числе иностранных, сведения, представленные организациями, профессионально занимающимися оценкой и подбором персонала, сведения о результатах интеллектуальной деятельности, автором или соавтором которых является иностранный гражданин, сведения о профессиональных наградах и других формах признания профессиональных достижений, сведения об итогах проведенных работодателем или заказчиком работ (услуг) конкурсов, а также иные объективные, достоверные и проверяемые документы и сведения</w:t>
      </w:r>
    </w:p>
    <w:p>
      <w:r>
        <w:rPr>
          <w:b/>
        </w:rPr>
        <w:t xml:space="preserve">5. </w:t>
      </w:r>
      <w:r>
        <w:t>Привлекать высококвалифицированных специалистов на условиях, установленных настоящей статьей, вправе работодатели или заказчики работ (услуг)</w:t>
      </w:r>
    </w:p>
    <w:p>
      <w:r>
        <w:rPr>
          <w:b/>
        </w:rPr>
        <w:t xml:space="preserve">6. </w:t>
      </w:r>
      <w:r>
        <w:t>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 (при необходимости) работодатель или заказчик работ (услуг) представляет в федеральный орган исполнительной власти в сфере внутренних дел или его уполномоченный на то территориальный орган в соответствии с перечнем, установленным федеральным органом исполнительной власти в сфере внутренних дел (далее - его уполномоченный территориальный орган), непосредственно либо через подведомственное предприятие или уполномоченную организацию: (В редакции федеральных законов от 23.12.2010 № 385-ФЗ, от 30.12.2012 № 320-ФЗ, от 27.12.2018 № 528-ФЗ, от 25.12.2023 № 648-ФЗ) 1) ходатайство о привлечении высококвалифицированного специалиста;</w:t>
      </w:r>
    </w:p>
    <w:p>
      <w:r>
        <w:rPr>
          <w:b/>
        </w:rPr>
        <w:t xml:space="preserve">61. </w:t>
      </w:r>
      <w:r>
        <w:t>При рассмотрении ходатайства о привлечении высококвалифицированного специалиста федеральный орган исполнительной власти в сфере внутренних дел или его уполномоченный территориальный орган запрашивает в федеральном органе исполнительной власти, осуществляющем государственную регистрацию юридических лиц, сведения, подтверждающие факт государственной регистрации юридического лица, указанного в абзаце втором или третьем подпункта 1 пункта 5 настоящей статьи, либо в уполномоченном Правительством Российской Федерации федеральном органе исполнительной власти сведения, подтверждающие факт аккредитации филиала, представительства иностранного юридического лица на территории Российской Федерации, в случае, если в соответствии с абзацем четвертым подпункта 1 пункта 5 настоящей статьи в качестве работодателя выступают филиал, представительство иностранного юридического лица и соответствующие документы не представлены одновременно с ходатайством о привлечении высококвалифицированного специалиста. (Дополнение пунктом - Федеральный закон от 01.07.2011 № 169-ФЗ) (В редакции федеральных законов от 30.12.2012 № 320-ФЗ; от 05.05.2014 № 106-ФЗ; от 27.12.2018 № 528-ФЗ)</w:t>
      </w:r>
    </w:p>
    <w:p>
      <w:r>
        <w:rPr>
          <w:b/>
        </w:rPr>
        <w:t xml:space="preserve">62. </w:t>
      </w:r>
      <w:r>
        <w:t>(Дополнение пунктом - Федеральный закон от 30.12.2012 № 320-ФЗ) (Утратил силу - Федеральный закон от 01.07.2021 № 274-ФЗ)</w:t>
      </w:r>
    </w:p>
    <w:p>
      <w:r>
        <w:rPr>
          <w:b/>
        </w:rPr>
        <w:t xml:space="preserve">7. </w:t>
      </w:r>
      <w:r>
        <w:t>В ходатайстве о привлечении высококвалифицированного специалиста работодатель или заказчик работ (услуг) отражает сведения о компетентности и об уровне квалификации иностранного гражданина, указанные в пункте 4 настоящей статьи, и сведения о документах, подтверждающих наличие у данного специалиста среднего профессионального образования или высшего образования (если соответствующие требования к осуществлению отдельных видов профессиональной деятельности предусмотрены законодательством Российской Федерации), для внесения указанных сведений в банк данных об осуществлении иностранными гражданами трудовой деятельности, формируемый в соответствии со статьей 182 настоящего Федерального закона. Форма указанного ходатайства устанавливается федеральным органом исполнительной власти в сфере внутренних дел. (В редакции федеральных законов от 02.07.2013 № 185-ФЗ, от 10.07.2023 № 316-ФЗ)</w:t>
      </w:r>
    </w:p>
    <w:p>
      <w:r>
        <w:rPr>
          <w:b/>
        </w:rPr>
        <w:t xml:space="preserve">8. </w:t>
      </w:r>
      <w:r>
        <w:t>Отказ в приеме ходатайства работодателя или заказчика работ (услуг) о привлечении высококвалифицированного специалиста не допускается, за исключением случаев непредставления работодателем или заказчиком работ (услуг) какого-либо из документов, предусмотренных пунктом 6 настоящей статьи</w:t>
      </w:r>
    </w:p>
    <w:p>
      <w:r>
        <w:rPr>
          <w:b/>
        </w:rPr>
        <w:t xml:space="preserve">9. </w:t>
      </w:r>
      <w:r>
        <w:t>Срок рассмотрения ходатайства о привлечении высококвалифицированного специалиста составляет не более четырнадцати рабочих дней со дня его поступления в федеральный орган исполнительной власти в сфере внутренних дел или его уполномоченный территориальный орган. (В редакции федеральных законов от 30.12.2012 № 320-ФЗ; от 27.12.2018 № 528-ФЗ)</w:t>
      </w:r>
    </w:p>
    <w:p>
      <w:r>
        <w:rPr>
          <w:b/>
        </w:rPr>
        <w:t xml:space="preserve">10. </w:t>
      </w:r>
      <w:r>
        <w:t>Решение об отказе в выдаче высококвалифицированному специалисту разрешения на работу, об аннулировании его разрешения на работу или об отказе в выдаче ему приглашения на въезд в Российскую Федерацию в целях осуществления трудовой деятельности принимается при наличии одного из оснований, предусмотренных подпунктами 1 - 10 пункта 9 и пунктами 91 и 97 статьи 18 настоящего Федерального закона. (В редакции Федерального закона от 23.07.2013 № 203-ФЗ)</w:t>
      </w:r>
    </w:p>
    <w:p>
      <w:r>
        <w:rPr>
          <w:b/>
        </w:rPr>
        <w:t xml:space="preserve">11. </w:t>
      </w:r>
      <w:r>
        <w:t>В течение тридцати рабочих дней со дня досрочного расторжения трудового договора или гражданско-правового договора на выполнение работ (оказание услуг) высококвалифицированный специалист вправе осуществить поиск другого работодателя или заказчика работ (услуг) из числа указанных в пункте 5 настоящей статьи и получить новое разрешение на работу в порядке и на условиях, которые предусмотрены настоящей статьей. Выданные высококвалифицированному специалисту разрешение на работу, виза и вид на жительство, а также виза и вид на жительство, выданные членам его семьи, считаются действительными в течение указанного в абзаце первом настоящего пункта срока и в течение периода рассмотрения ходатайства, поданного работодателем или заказчиком работ (услуг), с которыми высококвалифицированный специалист заключил новый трудовой договор или гражданско-правовой договор на выполнение работ (оказание услуг). В случае удовлетворения указанного ходатайства высококвалифицированному специалисту и членам его семьи выдается новый вид на жительство в соответствии с пунктом 3 статьи 8 настоящего Федерального закона. В случае, если высококвалифицированный специалист не заключил новый трудовой договор или гражданско-правовой договор на выполнение работ (оказание услуг) по истечении срока, указанного в абзаце первом настоящего пункта, либо ходатайство работодателя или заказчика работ (услуг) о привлечении данного высококвалифицированного специалиста было отклонено, указанный высококвалифицированный специалист и члены его семьи, не имеющие иных законных оснований для пребывания (проживания) в Российской Федерации, обязаны выехать из Российской Федерации в соответствии с законодательством Российской Федерации в течение тридцати календарных дней со дня истечения срока, указанного в абзаце первом настоящего пункта, либо со дня принятия решения об отклонении ходатайства работодателя или заказчика работ (услуг). Выданные высококвалифицированному специалисту разрешение на работу, виза и вид на жительство, а также виза и вид на жительство, выданные членам его семьи, по истечении указанных тридцати календарных дней считаются недействительными. (В редакции Федерального закона от 10.07.2023 № 316-ФЗ) (Пункт в редакции Федерального закона от 02.08.2019 № 257-ФЗ)</w:t>
      </w:r>
    </w:p>
    <w:p>
      <w:r>
        <w:rPr>
          <w:b/>
        </w:rPr>
        <w:t xml:space="preserve">12. </w:t>
      </w:r>
      <w:r>
        <w:t>Разрешение на работу высококвалифицированному специалисту выдается на срок действия заключенного им трудового договора или гражданско-правового договора на выполнение работ (оказание услуг) с привлекающим его работодателем или заказчиком работ (услуг), но не более чем на три года. Указанный срок действия разрешения на работу может быть неоднократно продлен на срок действия трудового договора или гражданско-правового договора на выполнение работ (оказание услуг), но не более чем на три года для каждого такого продления. В случае, если в соответствии с трудовым договором или гражданско-правовым договором на выполнение работ (оказание услуг) предполагается осуществление высококвалифицированным специалистом трудовой деятельности в обособленных подразделениях организации, в том числе в филиалах или представительствах юридического лица, расположенных вне пределов субъекта Российской Федерации, в котором находится работодатель или заказчик работ (услуг), либо у взаимозависимых лиц (за исключением физических лиц), расположенных на территориях двух и более субъектов Российской Федерации, данному высококвалифицированному специалисту выдается разрешение на работу, действующее на территориях этих субъектов Российской Федерации. В целях получения разрешения на работу, действующего на территориях двух и более субъектов Российской Федерации, работодатель или заказчик работ (услуг) обращается с ходатайством о привлечении высококвалифицированного специалиста в федеральный орган исполнительной власти в сфере внутренних дел или его уполномоченный территориальный орган по месту своего нахождения. (Пункт в редакции Федерального закона от 10.07.2023 № 316-ФЗ)</w:t>
      </w:r>
    </w:p>
    <w:p>
      <w:r>
        <w:rPr>
          <w:b/>
        </w:rPr>
        <w:t xml:space="preserve">121. </w:t>
      </w:r>
      <w:r>
        <w:t>В течение срока действия разрешения на работу, выданного высококвалифицированному специалисту, члены его семьи вправе осуществлять на территории Российской Федерации трудовую деятельность при наличии у них разрешения на работу, полученного ими в соответствии с настоящим Федеральным законом, а также получать образование в организациях, осуществляющих образовательную деятельность, и осуществлять иную деятельность, не запрещенную законодательством Российской Федерации. (Дополнение пунктом - Федеральный закон от 20.03.2011 № 42-ФЗ) (В редакции Федерального закона от 02.07.2013 № 185-ФЗ)</w:t>
      </w:r>
    </w:p>
    <w:p>
      <w:r>
        <w:rPr>
          <w:b/>
        </w:rPr>
        <w:t xml:space="preserve">13. </w:t>
      </w:r>
      <w:r>
        <w:t>Работодатели и заказчики работ (услуг), указанные в пункте 5 настоящей статьи, обязаны ежеквартально не позднее последнего рабочего дня месяца, следующего за отчетным кварталом, уведомлять федеральный орган исполнительной власти в сфере внутренних дел или его уполномоченный территориальный орган об исполнении обязательств по выплате заработной платы (вознаграждения) высококвалифицированным специалистам. Форма и порядок подачи указанного уведомления устанавливаются федеральным органом исполнительной власти в сфере внутренних дел. (В редакции федеральных законов от 23.12.2010 № 385-ФЗ; от 23.07.2013 № 203-ФЗ; от 24.11.2014 № 357-ФЗ; от 27.12.2018 № 528-ФЗ) Уведомление, указанное в абзаце первом настоящего пункта, подается работодателем или заказчиком работ (услуг), привлекающими высококвалифицированных специалистов, в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 (Дополнение абзацем - Федеральный закон от 30.12.2012 № 320-ФЗ) (В редакции Федерального закона от 25.12.2023 № 648-ФЗ)</w:t>
      </w:r>
    </w:p>
    <w:p>
      <w:r>
        <w:rPr>
          <w:b/>
        </w:rPr>
        <w:t xml:space="preserve">14. </w:t>
      </w:r>
      <w:r>
        <w:t>Высококвалифицированный специалист, являющийся временно пребывающим на территории Российской Федерации иностранным гражданином, и прибывшие в Российскую Федерацию неработающие члены семьи высококвалифицированного специалиста, являющиеся иностранными гражданами,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 Обеспечение указанных гарантий получения высококвалифицированным специалистом и членами его семьи указанной медицинской помощи в течение срока действия заключаемого с данным высококвалифицированным специалистом трудового договора или гражданско-правового договора на выполнение работ (оказание услуг) является обязательным условием указанного трудового договора или существенным условием указанного гражданско-правового договора на выполнение работ (оказание услуг). (В редакции федеральных законов от 23.12.2010 № 385-ФЗ, от 14.07.2022 № 237-ФЗ)</w:t>
      </w:r>
    </w:p>
    <w:p>
      <w:r>
        <w:rPr>
          <w:b/>
        </w:rPr>
        <w:t xml:space="preserve">15. </w:t>
      </w:r>
      <w:r>
        <w:t>Разрешение на работу выдается высококвалифицированному специалисту федеральным органом исполнительной власти в сфере внутренних дел или его территориальным органом. Разрешение на работу выдается высококвалифицированному специалисту по предъявлении документа, удостоверяющего его личность и признаваемого Российской Федерацией в этом качестве. Высококвалифицированный специалист обязан обратиться за получением (выдачей) разрешения на работу в федеральный орган исполнительной власти в сфере внутренних дел или его территориальный орган, принявшие решение о выдаче разрешения на работу, в течение тридцати календарных дней со дня принятия такого решения. При наличии уважительных причин разрешение на работу по ходатайству работодателя или заказчика работ (услуг), поданное в пределах срока, указанного в абзаце третьем настоящего пункта, может быть получено иностранным гражданином в более поздний срок, не превышающий тридцати календарных дней со дня поступления в федеральный орган исполнительной власти в сфере внутренних дел или его территориальный орган, принявшие решение о выдаче разрешения на работу, соответствующего ходатайства работодателя или заказчика работ (услуг). (Пункт в редакции Федерального закона от 10.07.2023 № 316-ФЗ)</w:t>
      </w:r>
    </w:p>
    <w:p>
      <w:r>
        <w:rPr>
          <w:b/>
        </w:rPr>
        <w:t xml:space="preserve">16. </w:t>
      </w:r>
      <w:r>
        <w:t>(Пункт утратил силу - Федеральный закон от 23.07.2013 № 248-ФЗ)</w:t>
      </w:r>
    </w:p>
    <w:p>
      <w:r>
        <w:rPr>
          <w:b/>
        </w:rPr>
        <w:t xml:space="preserve">17. </w:t>
      </w:r>
      <w:r>
        <w:t>Для продления срока действия разрешения на работу высококвалифицированному специалисту работодатель или заказчик работ (услуг) не позднее чем за тридцать дней до окончания срока действия такого разрешения представляет в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 (В редакции федеральных законов от 23.07.2013 № 203-ФЗ, от 27.12.2018 № 528-ФЗ, от 25.12.2023 № 648-ФЗ) 1) заявление работодателя или заказчика работ (услуг) о продлении срока действия разрешения на работу высококвалифицированному специалисту;</w:t>
      </w:r>
    </w:p>
    <w:p>
      <w:r>
        <w:rPr>
          <w:b/>
        </w:rPr>
        <w:t xml:space="preserve">171. </w:t>
      </w:r>
      <w:r>
        <w:t>(Дополнение пунктом - Федеральный закон от 30.12.2012 № 320-ФЗ) (Утратил силу - Федеральный закон от 01.07.2021 № 274-ФЗ)</w:t>
      </w:r>
    </w:p>
    <w:p>
      <w:r>
        <w:rPr>
          <w:b/>
        </w:rPr>
        <w:t xml:space="preserve">18. </w:t>
      </w:r>
      <w:r>
        <w:t>Отказ в приеме заявления работодателя или заказчика работ (услуг) о продлении срока действия разрешения на работу высококвалифицированному специалисту не допускается, за исключением случаев непредставления работодателем или заказчиком работ (услуг) какого-либо из документов, предусмотренных подпунктами 1 - 4 пункта 17 настоящей статьи. (В редакции федеральных законов от 01.07.2011 № 169-ФЗ, от 03.12.2011 № 383-ФЗ, от 23.07.2013 № 203-ФЗ, от 23.07.2013 № 248-ФЗ, от 10.07.2023 № 316-ФЗ) Абзац. (Утратил силу - Федеральный закон от 03.12.2011 № 383-ФЗ)</w:t>
      </w:r>
    </w:p>
    <w:p>
      <w:r>
        <w:rPr>
          <w:b/>
        </w:rPr>
        <w:t xml:space="preserve">181. </w:t>
      </w:r>
      <w:r>
        <w:t>Высококвалифицированный специалист обязан обратиться за получением (выдачей) разрешения на работу, оформленного в связи с обращением работодателя или заказчика работ (услуг) о продлении срока действия разрешения на работу, в федеральный орган исполнительной власти в сфере внутренних дел или его территориальный орган, принявшие решение о продлении срока действия разрешения на работу, в течение тридцати календарных дней со дня принятия такого решения. При наличии уважительных причин разрешение на работу по ходатайству работодателя или заказчика работ (услуг), поданное в пределах срока, указанного в абзаце первом настоящего пункта, может быть получено иностранным гражданином в более поздний срок, не превышающий тридцати календарных дней со дня поступления в федеральный орган исполнительной власти в сфере внутренних дел или его территориальный орган, принявшие решение о выдаче разрешения на работу, соответствующего ходатайства работодателя или заказчика работ (услуг). (Дополнение пунктом - Федеральный закон от 10.07.2023 № 316-ФЗ)</w:t>
      </w:r>
    </w:p>
    <w:p>
      <w:r>
        <w:rPr>
          <w:b/>
        </w:rPr>
        <w:t xml:space="preserve">19. </w:t>
      </w:r>
      <w:r>
        <w:t>Срок рассмотрения заявления о продлении срока действия разрешения на работу высококвалифицированному специалисту составляет не более четырнадцати рабочих дней со дня поступления указанного заявления в федеральный орган исполнительной власти в сфере внутренних дел или его уполномоченный территориальный орган. (В редакции федеральных законов от 30.12.2012 № 320-ФЗ; от 27.12.2018 № 528-ФЗ) В случае несоблюдения работодателем или заказчиком работ (услуг) условий, предусмотренных пунктами 1 и 5 настоящей статьи, указанное в абзаце первом настоящего пункта заявление отклоняется</w:t>
      </w:r>
    </w:p>
    <w:p>
      <w:r>
        <w:rPr>
          <w:b/>
        </w:rPr>
        <w:t xml:space="preserve">191. </w:t>
      </w:r>
      <w:r>
        <w:t>В случае изменения в течение срока действия разрешения на работу фамилии, имени или отчества (последнее - при наличии) высококвалифицированного специалиста либо реквизитов его документа, удостоверяющего личность иностранного гражданина, данный высококвалифицированный специалист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выдавший указанное разрешение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таком разрешении. (В редакции федеральных законов от 27.12.2018 № 528-ФЗ, от 25.12.2023 № 648-ФЗ) В случае необходимости осуществления высококвалифицированным специалистом трудовой деятельности по профессии (специальности, должности, виду трудовой деятельности), не указанной в разрешении на работу, данный высококвалифицированный специалист вправе обратиться в выдавший указанное разрешение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таком разрешении. (В редакции федеральных законов от 27.12.2018 № 528-ФЗ, от 25.12.2023 № 648-ФЗ) (Дополнение пунктом - Федеральный закон от 29.06.2015 № 199-ФЗ)</w:t>
      </w:r>
    </w:p>
    <w:p>
      <w:r>
        <w:rPr>
          <w:b/>
        </w:rPr>
        <w:t xml:space="preserve">20. </w:t>
      </w:r>
      <w:r>
        <w:t>Иностранный гражданин вправе самостоятельно заявить о себе как о высококвалифицированном специалисте, обратившись в представительство федерального органа исполнительной власти в сфере внутренних дел в государстве гражданства данного иностранного гражданина либо в дипломатическое представительство или консульское учреждение Российской Федерации с ходатайством, содержащим сведения, подтверждающие опыт его работы, навыки или достижения в конкретной области деятельности (включая подтверждающие компетентность и уровень квалификации иностранного гражданина рекомендации лиц или организаций) и согласие на внесение указанных сведений в банк данных об осуществлении иностранными гражданами трудовой деятельности, создаваемый в соответствии со статьей 182 настоящего Федерального закона, и на представление указанных сведений потенциальным работодателям или заказчикам работ (услуг) на территории Российской Федерации. Порядок заполнения указанного ходатайства и его форма устанавливаются федеральным органом исполнительной власти в сфере внутренних дел. (В редакции Федерального закона от 27.12.2018 № 528-ФЗ)</w:t>
      </w:r>
    </w:p>
    <w:p>
      <w:r>
        <w:rPr>
          <w:b/>
        </w:rPr>
        <w:t xml:space="preserve">21. </w:t>
      </w:r>
      <w:r>
        <w:t>Сведения, представленные иностранным гражданином в соответствии с пунктом 20 настоящей статьи, размещаются на официальном сайте федерального органа исполнительной власти в сфере внутренних дел. Российская Федерация не несет ответственность за достоверность сведений, представленных иностранными гражданами в соответствии с пунктом 20 настоящей статьи. (В редакции Федерального закона от 27.12.2018 № 528-ФЗ)</w:t>
      </w:r>
    </w:p>
    <w:p>
      <w:r>
        <w:rPr>
          <w:b/>
        </w:rPr>
        <w:t xml:space="preserve">22. </w:t>
      </w:r>
      <w:r>
        <w:t>Форма ходатайства, указанного в пункте 20 настоящей статьи, и порядок его заполнения размещаются на официальном сайте федерального органа исполнительной власти в сфере внутренних дел. (В редакции Федерального закона от 27.12.2018 № 528-ФЗ)</w:t>
      </w:r>
    </w:p>
    <w:p>
      <w:r>
        <w:rPr>
          <w:b/>
        </w:rPr>
        <w:t xml:space="preserve">23. </w:t>
      </w:r>
      <w:r>
        <w:t>Иностранному гражданину, сведения о котором как о высококвалифицированном специалисте размещены на официальном сайте федерального органа исполнительной власти в сфере внутренних дел, в целях проведения переговоров с работодателем или заказчиком работ (услуг) и заключения трудового договора или гражданско-правового договора на выполнение работ (оказание услуг) может быть оформлена обыкновенная деловая виза для въезда в Российскую Федерацию сроком действия до тридцати суток. Обыкновенная деловая виза иностранному гражданину оформляется при наличии у него письменного предложения о въезде в Российскую Федерацию для проведения соответствующих переговоров, направленного такому иностранному гражданину работодателем или заказчиком работ (услуг). (В редакции Федерального закона от 27.12.2018 № 528-ФЗ) Требования к содержанию и обязательным реквизитам письменного предложения о въезде в Российскую Федерацию, указанного в абзаце первом настоящего пункта, а также порядок взаимодействия федерального органа исполнительной власти в сфере внутренних дел и дипломатического представительства или консульского учреждения Российской Федерации при оформлении иностранному гражданину обыкновенной деловой визы устанавливается федеральным органом исполнительной власти в сфере внутренних дел по согласованию с федеральным органом исполнительной власти, ведающим вопросами иностранных дел. (В редакции Федерального закона от 27.12.2018 № 528-ФЗ)</w:t>
      </w:r>
    </w:p>
    <w:p>
      <w:r>
        <w:rPr>
          <w:b/>
        </w:rPr>
        <w:t xml:space="preserve">24. </w:t>
      </w:r>
      <w:r>
        <w:t>Иностранному гражданину, указанному в пункте 20 настоящей статьи, обыкновенная деловая виза выдается без оформления приглашения на въезд в Российскую Федерацию. Данный иностранный гражданин должен подтвердить наличие средств для проживания в Российской Федерации и выезда из Российской Федерации по окончании разрешенного срока пребывания на основании обыкновенной деловой визы</w:t>
      </w:r>
    </w:p>
    <w:p>
      <w:r>
        <w:rPr>
          <w:b/>
        </w:rPr>
        <w:t xml:space="preserve">25. </w:t>
      </w:r>
      <w:r>
        <w:t>Привлечение к трудовой деятельности в качестве высококвалифицированного специалиста иностранного гражданина, пребывающего в Российской Федерации на основании обыкновенной деловой визы, осуществляется в порядке и на условиях, установленных настоящей статьей. В случае удовлетворения ходатайства работодателя или заказчика работ (услуг) о привлечении данного иностранного гражданина в качестве высококвалифицированного специалиста обыкновенная деловая виза, выданная такому иностранному гражданину, аннулируется и одновременно ему оформляется обыкновенная рабочая виза</w:t>
      </w:r>
    </w:p>
    <w:p>
      <w:r>
        <w:rPr>
          <w:b/>
        </w:rPr>
        <w:t xml:space="preserve">26. </w:t>
      </w:r>
      <w:r>
        <w:t>Работодатель или заказчик работ (услуг) не вправе в течение двух лет привлекать иностранных граждан к трудовой деятельности в Российской Федерации в качестве высококвалифицированных специалистов на условиях, предусмотренных настоящим Федеральным законом, в случае, если данный работодатель или заказчик работ (услуг)</w:t>
      </w:r>
    </w:p>
    <w:p>
      <w:r>
        <w:rPr>
          <w:b/>
        </w:rPr>
        <w:t xml:space="preserve">261. </w:t>
      </w:r>
      <w:r>
        <w:t>При выявлении одного из обстоятельств, указанных в подпунктах 1 - 3 пункта 26 настоящей статьи, федеральный орган исполнительной власти в сфере внутренних дел или его территориальный орган принимает решение о запрете соответствующему работодателю или заказчику работ (услуг) в течение двух лет привлекать иностранных граждан к трудовой деятельности в Российской Федерации в качестве высококвалифицированных специалистов. (В редакции федеральных законов от 27.12.2018 № 528-ФЗ, от 10.07.2023 № 316-ФЗ) Форма решения, указанного в абзаце первом настоящего пункта, и порядок его принятия утверждаются федеральным органом исполнительной власти в сфере внутренних дел. (В редакции Федерального закона от 27.12.2018 № 528-ФЗ) В случае обращения работодателя или заказчика работ (услуг), в отношении которых действует решение о запрете на привлечение иностранных граждан к трудовой деятельности в Российской Федерации в качестве высококвалифицированных специалистов, с заявлением о продлении срока действия разрешения на работу высококвалифицированному специалисту либо ходатайством о привлечении высококвалифицированного специалиста до истечения срока, указанного в абзаце первом настоящего пункта, федеральный орган исполнительной власти в сфере внутренних дел или его уполномоченный территориальный орган без рассмотрения указанного заявления либо ходатайства по существу в письменной форме уведомляет работодателя или заказчика работ (услуг) о дате, с которой он сможет обратиться с указанным заявлением либо ходатайством. (В редакции Федерального закона от 27.12.2018 № 528-ФЗ) (Дополнение пунктом - Федеральный закон от 31.12.2014 № 508-ФЗ)</w:t>
      </w:r>
    </w:p>
    <w:p>
      <w:r>
        <w:rPr>
          <w:b/>
        </w:rPr>
        <w:t xml:space="preserve">27. </w:t>
      </w:r>
      <w:r>
        <w:t>Прибывшим в Российскую Федерацию высококвалифицированным специалистам и членам их семей на срок действия трудового договора или гражданско-правового договора на выполнение работ (оказание услуг) по их заявлению в письменной форме территориальным органом федерального органа исполнительной власти в сфере внутренних дел может быть оформлен вид на жительство. Отказ в оформлении вида на жительство указанным лицам допускается при наличии обстоятельств, предусмотренных подпунктами 1 - 7 пункта 1 и пунктом 2 статьи 9 настоящего Федерального закона. (В редакции федеральных законов от 23.12.2010 № 385-ФЗ; от 27.12.2018 № 528-ФЗ) Вид на жительство, оформляемый иностранному гражданину как высококвалифицированному специалисту, и вид на жительство, оформляемый члену семьи указанного иностранного гражданина, должны выдаваться на срок действия разрешения на работу, выданного указанному иностранному гражданину для осуществления трудовой деятельности в Российской Федерации в качестве высококвалифицированного специалиста. (Дополнение абзацем - Федеральный закон от 23.12.2010 № 385-ФЗ)</w:t>
      </w:r>
    </w:p>
    <w:p>
      <w:r>
        <w:rPr>
          <w:b/>
        </w:rPr>
        <w:t xml:space="preserve">28. </w:t>
      </w:r>
      <w:r>
        <w:t>В целях контроля за соблюдением работодателями или заказчиками работ (услуг) условий привлечения и использования высококвалифицированных специалистов налоговые органы по запросу федерального органа исполнительной власти в сфере внутренних дел предоставляют информацию о полученных высококвалифицированными специалистами суммах дохода. Указанная информация используется федеральным органом исполнительной власти в сфере внутренних дел исключительно в целях контроля за соблюдением работодателями или заказчиками работ (услуг) условий привлечения и использования высококвалифицированных специалистов, предусмотренных настоящей статьей, и не подлежит разглашению, за исключением случаев, предусмотренных федеральными законами. Порядок предоставления такой информации, в том числе в электронной форме, определяется федеральным органом исполнительной власти в сфере внутренних дел по согласованию с федеральным органом исполнительной власти, уполномоченным осуществлять функции по контролю и надзору в сфере налогов и сборов. (В редакции федеральных законов от 27.12.2018 № 528-ФЗ, от 24.02.2021 № 28-ФЗ, от 10.07.2023 № 316-ФЗ)</w:t>
      </w:r>
    </w:p>
    <w:p>
      <w:r>
        <w:rPr>
          <w:b/>
        </w:rPr>
        <w:t xml:space="preserve">29. </w:t>
      </w:r>
      <w:r>
        <w:t>Порядок оформления и выдачи высококвалифицированному специалисту разрешения на работу, продления срока его действия, форма указанного разрешения и порядок выдачи вида на жительство высококвалифицированному специалисту и членам его семьи устанавливаются федеральным органом исполнительной власти в сфере внутренних дел. (В редакции Федерального закона от 27.12.2018 № 528-ФЗ) Порядок оформления и выдачи высококвалифицированному специалисту разрешения на работу, продления срока его действия в случае представления привлекающими его работодателем или заказчиком работ (услуг) необходимых документов в форме электронного документа с использованием единого портала государственных и муниципальных услуг утверждается федеральным органом исполнительной власти в сфере внутренних дел. (Дополнение абзацем - Федеральный закон от 30.12.2012 № 320-ФЗ) (В редакции федеральных законов от 27.12.2018 № 528-ФЗ, от 25.12.2023 № 648-ФЗ)</w:t>
      </w:r>
    </w:p>
    <w:p>
      <w:r>
        <w:rPr>
          <w:b/>
        </w:rPr>
        <w:t xml:space="preserve">30. </w:t>
      </w:r>
      <w:r>
        <w:t>Особенности налогообложения доходов высококвалифицированных специалистов, получивших разрешение на работу, устанавливаются законодательством Российской Федерации о налогах и сборах</w:t>
      </w:r>
    </w:p>
    <w:p>
      <w:r>
        <w:rPr>
          <w:b/>
        </w:rPr>
        <w:t xml:space="preserve">31. </w:t>
      </w:r>
      <w:r>
        <w:t>В целях эффективной организации привлечения высококвалифицированных специалистов к трудовой деятельности в Российской Федерации федеральным органом исполнительной власти в сфере внутренних дел или его территориальными органами могут быть образованы специальные подразделения, уполномоченные на оформление и выдачу высококвалифицированным специалистам и их работодателям или заказчикам работ (услуг) документов, необходимых для осуществления высококвалифицированными специалистами трудовой деятельности в Российской Федерации. (Дополнение пунктом - Федеральный закон от 23.12.2010 № 385-ФЗ) (В редакции Федерального закона от 27.12.2018 № 528-ФЗ)</w:t>
      </w:r>
    </w:p>
    <w:p>
      <w:r>
        <w:rPr>
          <w:b/>
        </w:rPr>
        <w:t xml:space="preserve">32. </w:t>
      </w:r>
      <w:r>
        <w:t>Разрешения на работу, не полученные в сроки, предусмотренные пунктами 15 и 181 настоящей статьи, не выдаются, принятые решения о выдаче таких разрешений на работу отменяются. (Дополнение пунктом - Федеральный закон от 10.07.2023 № 316-ФЗ)</w:t>
      </w:r>
    </w:p>
    <w:p>
      <w:r>
        <w:rPr>
          <w:b/>
        </w:rPr>
        <w:t xml:space="preserve">33. </w:t>
      </w:r>
      <w:r>
        <w:t>Высококвалифицированный специалист и члены его семьи, не имеющие иных законных оснований для пребывания (проживания) в Российской Федерации, обязаны выехать из Российской Федерации в соответствии с законодательством Российской Федерации в течение пятнадцати календарных дней со дня истечения сроков, предусмотренных пунктами 15 и 181 настоящей статьи. Выданные высококвалифицированному специалисту и членам его семьи визы по истечении указанных пятнадцати календарных дней считаются недействительными. (Дополнение пунктом - Федеральный закон от 10.07.2023 № 316-ФЗ)</w:t>
      </w:r>
    </w:p>
    <w:p>
      <w:r>
        <w:rPr>
          <w:b/>
        </w:rPr>
        <w:t xml:space="preserve">34. </w:t>
      </w:r>
      <w:r>
        <w:t>Положения настоящей статьи, касающиеся вида на жительство, выданного высококвалифицированному специалисту и членам его семьи, применяются только к виду на жительство, предусмотренному абзацем шестым пункта 3 статьи 8 настоящего Федерального закона. (Дополнение пунктом - Федеральный закон от 10.07.2023 № 316-ФЗ) (Дополнение статьей - Федеральный закон от 19.05.2010 № 86-ФЗ)</w:t>
      </w:r>
    </w:p>
    <w:p>
      <w:r>
        <w:rPr>
          <w:b/>
        </w:rPr>
        <w:t xml:space="preserve">1. </w:t>
      </w:r>
      <w:r>
        <w:t>в размере не менее восьмидесяти трех тысяч пятисот рублей из расчета за один календарный месяц - для высококвалифицированных специалистов, являющихся научными работниками или преподавателями, в случае их приглашения для занятия научно-исследовательской или педагогической деятельностью по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образовательными организациями высшего образования, государственными академиями наук или их региональными отделениями, национальными исследовательскими центрами либо государственными научными центрами, а также для высококвалифицированных специалистов, привлеченных к трудовой деятельности резидентами промышленно-производственных, туристско-рекреационных, портовых особых экономических зон (за исключением индивидуальных предпринимателей), организациями, указанными в абзацах втором и третьем подпункта 1 пункта 5 настоящей статьи, осуществляющими деятельность в области информационных технологий и получившими в порядке,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(В редакции федеральных законов от 30.11.2011 № 365-ФЗ, от 02.07.2013 № 185-ФЗ, от 23.06.2014 № 164-ФЗ, от 08.03.2015 № 56-ФЗ, от 30.12.2020 № 517-ФЗ) 11) в размере не менее чем пятьдесят восемь тысяч пятьсот рублей из расчета за один календарный месяц - для иностранных граждан, привлеченных к трудовой деятельности резидентами технико-внедренческой особой экономической зоны (за исключением индивидуальных предпринимателей); (Дополнение подпунктом - Федеральный закон от 30.11.2011 № 365-ФЗ) (В редакции Федерального закона от 08.03.2015 № 56-ФЗ) 12) в размере не менее чем один миллион рублей из расчета за один год (365 календарных дней) - для высококвалифицированных специалистов, являющихся медицинскими, педагогическими или научными работниками, в случае их приглашения для занятия соответствующей деятельностью на территории международного медицинского кластера; (Дополнение подпунктом - Федеральный закон от 29.06.2015 № 160-ФЗ) 2) без учета требования к размеру заработной платы - для иностранных граждан, участвующих в реализации проекта "Сколково" в соответствии с Федеральным законом "Об инновационном центре "Сколково", а также иностранных граждан, участвующих в реализации проекта создания и обеспечения функционирования инновационного научно-технологического центра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 (В редакции Федерального закона от 29.07.2017 № 216-ФЗ) 21) в размере не менее восьмидесяти трех тысяч пятисот рублей из расчета за один календарный месяц - для иностранных граждан, привлеченных к трудовой деятельности юридическими лицами, осуществляющими деятельность на территориях Республики Крым и города федерального значения Севастополя; (Дополнение подпунктом - Федеральный закон от 29.11.2014 № 378-ФЗ) (В редакции Федерального закона от 08.03.2015 № 56-ФЗ) 22) без учета требования к размеру заработной платы - для иностранных граждан, привлеченных к трудовой деятельности юридическими лицами, осуществляющими деятельность по приоритетным направлениям развития федеральной территории "Сириус", по представлению органов публичной власти федеральной территории "Сириус"; (Дополнение подпунктом - Федеральный закон от 02.07.2021 № 351-ФЗ) 3) в размере не менее семисот пятидесяти тысяч рублей из расчета за один квартал - для иных иностранных граждан. (В редакции Федерального закона от 10.07.2023 № 316-ФЗ) (Пункт в редакции Федерального закона от 23.12.2010 № 385-ФЗ)</w:t>
      </w:r>
    </w:p>
    <w:p>
      <w:r>
        <w:rPr>
          <w:b/>
        </w:rPr>
        <w:t xml:space="preserve">5. </w:t>
      </w:r>
      <w:r>
        <w:t>являющиеся: российскими коммерческими организациями; российскими научными организациями, профессиональными образовательными организациями и образовательными организациями высшего образования (за исключением духовных образовательных организаций), учреждениями здравоохранения, а также иными организациями, осуществляющими научную, научно-техническую и инновационную деятельность, экспериментальные разработки, испытания, подготовку кадров в соответствии с государственными приоритетными направлениями развития науки, технологий и техники Российской Федерации, при наличии у них в случаях, предусмотренных законодательством Российской Федерации, государственной аккредитации; (В редакции Федерального закона от 02.07.2013 № 185-ФЗ) аккредитованными в установленном порядке на территории Российской Федерации филиалами, представительствами иностранных юридических лиц; (В редакции Федерального закона от 05.05.2014 № 106-ФЗ) физкультурно-спортивными организациями, осуществляющими свою деятельность на территории Российской Федерации, не являющимися российскими коммерческими организациями, а также общероссийскими спортивными федерациями в случае привлечения высококвалифицированных специалистов на должности, включенные в перечень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утверждаемый в соответствии со статьей 204 Федерального закона от 4 декабря 2007 года № 329-ФЗ "О физической культуре и спорте в Российской Федерации"; (Дополнение абзацем - Федеральный закон от 29.06.2015 № 202-ФЗ) 2) не имеющие на момент подачи ходатайства о привлечении высококвалифицированных специалистов неисполненных постановлений о назначении административного наказания за нарушение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(В редакции Федерального закона от 31.12.2014 № 508-ФЗ) 3) в отношении которых на момент подачи ходатайства о привлечении высококвалифицированных специалистов не действует решение о запрете привлекать иностранных граждан к трудовой деятельности в Российской Федерации в качестве высококвалифицированных специалистов. (Дополнение подпунктом - Федеральный закон от 31.12.2014 № 508-ФЗ)</w:t>
      </w:r>
    </w:p>
    <w:p>
      <w:r>
        <w:rPr>
          <w:b/>
        </w:rPr>
        <w:t xml:space="preserve">6. </w:t>
      </w:r>
      <w:r>
        <w:t>трудовой договор или гражданско-правовой договор на выполнение работ (оказание услуг) либо их копии, заверенные работодателем или заказчиком работ (услуг), с привлекаемым высококвалифицированным специалистом, вступление в силу которых обусловлено получением данным высококвалифицированным специалистом разрешения на работу; (В редакции Федерального закона от 10.07.2023 № 316-ФЗ) 3) письменное обязательство оплатить (возместить) расходы Российской Федерации, связанные с возможным административным выдворением за пределы Российской Федерации или депортацией привлекаемого им высококвалифицированного специалиста</w:t>
      </w:r>
    </w:p>
    <w:p>
      <w:r>
        <w:rPr>
          <w:b/>
        </w:rPr>
        <w:t xml:space="preserve">6. </w:t>
      </w:r>
      <w:r>
        <w:t>(Подпункт утратил силу - Федеральный закон от 01.07.2011 № 169-ФЗ)</w:t>
      </w:r>
    </w:p>
    <w:p>
      <w:r>
        <w:rPr>
          <w:b/>
        </w:rPr>
        <w:t xml:space="preserve">17. </w:t>
      </w:r>
      <w:r>
        <w:t>трудовой договор или гражданско-правовой договор на выполнение работ (оказание услуг) либо их копии, заверенные работодателем или заказчиком работ (услуг), с высококвалифицированным специалистом, заключенные и оформленные в соответствии с законодательством Российской Федерации; (В редакции Федерального закона от 10.07.2023 № 316-ФЗ) 3) копию договора (полиса) медицинского страхования либо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 временно пребывающим на территории Российской Федерации высококвалифицированным специалистом и неработающими членами семьи высококвалифицированного специалиста, являющимися иностранными гражданами; (В редакции федеральных законов от 23.12.2010 № 385-ФЗ, от 14.07.2022 № 237-ФЗ) 4) сведения о размере заработной платы (вознаграждения), выплаченной высококвалифицированному специалисту работодателем или заказчиком работ (услуг)</w:t>
      </w:r>
    </w:p>
    <w:p>
      <w:r>
        <w:rPr>
          <w:b/>
        </w:rPr>
        <w:t xml:space="preserve">17. </w:t>
      </w:r>
      <w:r>
        <w:t>(Подпункт утратил силу - Федеральный закон от 10.07.2023 № 316-ФЗ) 6) (Подпункт утратил силу - Федеральный закон от 23.07.2013 № 248-ФЗ)</w:t>
      </w:r>
    </w:p>
    <w:p>
      <w:r>
        <w:rPr>
          <w:b/>
        </w:rPr>
        <w:t xml:space="preserve">26. </w:t>
      </w:r>
      <w:r>
        <w:t>не исполнил принятых на себя обязательств перед высококвалифицированным специалистом, установленных в соответствии с настоящим Федеральным законом, или обязательств, вытекающих из условий трудового договора, заключенного с высококвалифицированным специалистом, либо им не были соблюдены существенные условия гражданско-правового договора на выполнение работ (оказание услуг), заключенного с высококвалифицированным специалистом</w:t>
      </w:r>
    </w:p>
    <w:p>
      <w:r>
        <w:rPr>
          <w:b/>
        </w:rPr>
        <w:t xml:space="preserve">26. </w:t>
      </w:r>
      <w:r>
        <w:t>представил в федеральный орган исполнительной власти в сфере внутренних дел или его уполномоченный территориальный орган поддельные или подложные документы; (В редакции Федерального закона от 27.12.2018 № 528-ФЗ) 3) не представил в налоговые органы по истечении шести месяцев, следующих за отчетным периодом, сведения об исчисленных, удержанных и о перечисленных суммах налога на доходы физических лиц в отношении высококвалифицированных специалистов либо в указанный срок представил в налоговые органы поддельные или подложные сведения об исчисленных, удержанных и о перечисленных суммах налога на доходы физических лиц в отношении высококвалифицированных специалистов. (Дополнение подпунктом - Федеральный закон от 10.07.2023 № 316-ФЗ) (Пункт в редакции Федерального закона от 31.12.2014 № 508-ФЗ)</w:t>
      </w:r>
    </w:p>
    <w:p>
      <w:r>
        <w:rPr>
          <w:b/>
        </w:rPr>
        <w:t>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w:t>
      </w:r>
    </w:p>
    <w:p>
      <w:r>
        <w:rPr>
          <w:b/>
        </w:rPr>
        <w:t xml:space="preserve">1. </w:t>
      </w:r>
      <w:r>
        <w:t>Работодатели или заказчики работ (услуг), являющиеся юридическими лицами или индивидуальными предпринимателями либо частными нотариусами, адвокатами, учредившими адвокатский кабинет, или иными лицами, чья профессиональная деятельность в соответствии с федеральными законами подлежит государственной регистрации и (или) лицензированию, имеют право привлекать к трудовой деятельности законно находящихся на территории Российской Федерации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 Работодатели или заказчики работ (услуг), являющиеся гражданами Российской Федерации, имеют право привлекать к трудовой деятельности для обеспечения личных, домашних и иных подобных нужд, не связанных с осуществлением работодателем или заказчиком работ (услуг) предпринимательской деятельности,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 Привлекать иностранных граждан на условиях, установленных настоящей статьей, вправе работодатели или заказчики работ (услуг), не имеющие на момент заключения с иностранным гражданином трудового договора или гражданско-правового договора на выполнение работ (оказание услуг) неисполненных постановлений о назначении административных наказаний за незаконное привлечение к трудовой деятельности в Российской Федерации иностранных граждан</w:t>
      </w:r>
    </w:p>
    <w:p>
      <w:r>
        <w:rPr>
          <w:b/>
        </w:rPr>
        <w:t xml:space="preserve">2. </w:t>
      </w:r>
      <w:r>
        <w:t>Для получения патента иностранный гражданин в течение тридцати календарных дней со дня въезда в Российскую Федерацию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(В редакции Федерального закона от 25.12.2023 № 648-ФЗ) 1) заявление о выдаче патента;</w:t>
      </w:r>
    </w:p>
    <w:p>
      <w:r>
        <w:rPr>
          <w:b/>
        </w:rPr>
        <w:t xml:space="preserve">21. </w:t>
      </w:r>
      <w:r>
        <w:t>Иностранный гражданин, прибывший в Российскую Федерацию в целях, не связанных с осуществлением трудовой деятельности, имеет право на осуществление трудовой деятельности в случае изменения цели своего визита в Российскую Федерацию, о чем он указывает в заявлении о выдаче патента. При выдаче такому иностранному гражданину патента целью его визита в Российскую Федерацию считается работа. Сведения об изменении цели визита в Российскую Федерацию иностранного гражданина, указанного в абзаце первом настоящего пункта, не позднее рабочего дня, следующего за днем выдачи патента, указанного в настоящем пункте, вносятся в государственную информационную систему миграционного учета. (Дополнение пунктом - Федеральный закон от 14.07.2022 № 357-ФЗ)</w:t>
      </w:r>
    </w:p>
    <w:p>
      <w:r>
        <w:rPr>
          <w:b/>
        </w:rPr>
        <w:t xml:space="preserve">22. </w:t>
      </w:r>
      <w:r>
        <w:t>Требование к сроку подачи документов для оформления патента, указанное в абзаце первом пункта 2 настоящей статьи, не учитывается в случае введения Правительством Российской Федерации временных ограничений на транспортное сообщение с государством гражданской принадлежности иностранного гражданина. (Дополнение пунктом - Федеральный закон от 14.07.2022 № 357-ФЗ)</w:t>
      </w:r>
    </w:p>
    <w:p>
      <w:r>
        <w:rPr>
          <w:b/>
        </w:rPr>
        <w:t xml:space="preserve">3. </w:t>
      </w:r>
      <w:r>
        <w:t>Отказ в приеме заявления о выдаче патента не допускается, за исключением случая непредставления какого-либо из документов, указанных в подпунктах 1, 2, 4 - 7 пункта 2 настоящей статьи, либо принятия федеральным органом исполнительной власти в сфере внутренних дел решения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 либо наличия отказа в выдаче или переоформлении патента или аннулирования патента в течение года, предшествующего дате подачи заявления. (В редакции Федерального закона от 27.12.2018 № 528-ФЗ) Отказ в приеме заявления о выдаче патента в связи с принятием федеральным органом исполнительной власти в сфере внутренних дел решения о приостановлении на определенный период выдачи патентов на территории субъекта Российской Федерации или принятием Правительством Российской Федерации решения о приостановлении на определенный период выдачи патентов на территории Российской Федерации осуществляется по истечении десяти дней со дня принятия соответствующего решения. (В редакции Федерального закона от 27.12.2018 № 528-ФЗ) Федеральный орган исполнительной власти в сфере внутренних дел приостанавливает на определенный период выдачу патентов на территории субъекта Российской Федерации на основании мотивированных предложений федеральных органов исполнительной власти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Мотивированное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формируется на основании прогноза социально-экономического развития субъекта Российской Федерации на соответствующий период с учетом мнения трехсторонней комиссии по регулированию социально-трудовых отношений соответствующего субъекта Российской Федерации, оформленного в виде решения. (В редакции Федерального закона от 27.12.2018 № 528-ФЗ) Правительство Российской Федерации приостанавливает на определенный период выдачу патентов на территории Российской Федерации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 и безработицы, подготовленных по итогам мониторинга, указанного в пункте 7 статьи 181 настоящего Федерального закона, с учетом мнения Российской трехсторонней комиссии по регулированию социально-трудовых отношений, оформленного в виде решения</w:t>
      </w:r>
    </w:p>
    <w:p>
      <w:r>
        <w:rPr>
          <w:b/>
        </w:rPr>
        <w:t xml:space="preserve">4. </w:t>
      </w:r>
      <w:r>
        <w:t>При рассмотрении документов, указанных в пункте 2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 (В редакции Федерального закона от 27.12.2018 № 528-ФЗ) Срок рассмотрения заявления о выдаче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 (В редакции Федерального закона от 14.07.2022 № 357-ФЗ)</w:t>
      </w:r>
    </w:p>
    <w:p>
      <w:r>
        <w:rPr>
          <w:b/>
        </w:rPr>
        <w:t xml:space="preserve">5. </w:t>
      </w:r>
      <w:r>
        <w:t>Патент выдается иностранному гражданину на срок от одного до двенадцати месяцев. Срок действия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выдачи патента. Срок действия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внутренних дел не требуется. (В редакции Федерального закона от 27.12.2018 № 528-ФЗ) В ином случае срок действия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r>
        <w:rPr>
          <w:b/>
        </w:rPr>
        <w:t xml:space="preserve">6. </w:t>
      </w:r>
      <w:r>
        <w:t>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в соответствии с пунктом 5 настоящей статьи</w:t>
      </w:r>
    </w:p>
    <w:p>
      <w:r>
        <w:rPr>
          <w:b/>
        </w:rPr>
        <w:t xml:space="preserve">7. </w:t>
      </w:r>
      <w:r>
        <w:t>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 либо направить почтовым отправлением с уведомлением о вручении,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деятельности. (В редакции федеральных законов от 10.07.2023 № 316-ФЗ, от 25.12.2023 № 648-ФЗ) При поступлении документа, указанного в абзаце первом настоящего пункта, территориальный орган федерального органа исполнительной власти в сфере внутренних дел проводит проверку регистрации работодателя или заказчика работ (услуг), являющихся юридическим лицом или индивидуальным предпринимателем, в едином государственном реестре юридических лиц или едином государственном реестре индивидуальных предпринимателей и в течение трех рабочих дней вносит сведения о таком документе в банк данных об осуществлении иностранными гражданами трудовой деятельности, формируемый в соответствии со статьей 182 настоящего Федерального закона. (В редакции Федерального закона от 25.12.2023 № 648-ФЗ) К уведомлению, указанному в абзаце первом настоящего пункта, прилагается копия трудового договора или гражданско-правового договора на выполнение работ (оказание услуг), заключенных между работодателем, заказчиком работ (услуг) и иностранным гражданином, либо в уведомлении сообщаются сведения о гражданско-правовом договоре на выполнение работ (оказание услуг) в случае его заключения в устной форме. (Дополнение абзацем - Федеральный закон от 10.07.2023 № 316-ФЗ) Форма и порядок подачи уведомления, указанного в абзаце первом настоящего пункта, устанавливаются федеральным органом исполнительной власти в сфере внутренних дел. (Дополнение абзацем - Федеральный закон от 10.07.2023 № 316-ФЗ)</w:t>
      </w:r>
    </w:p>
    <w:p>
      <w:r>
        <w:rPr>
          <w:b/>
        </w:rPr>
        <w:t xml:space="preserve">8. </w:t>
      </w:r>
      <w:r>
        <w:t>Не позднее чем за десять рабочих дней до истечения двенадцати месяцев со дня выдачи патента иностранный гражданин вправе обратиться в территориальный орган федерального органа исполнительной власти в сфере внутренних дел, выдавший патент, за переоформлением патента. (В редакции федеральных законов от 27.12.2018 № 528-ФЗ, от 24.04.2020 № 135-ФЗ)</w:t>
      </w:r>
    </w:p>
    <w:p>
      <w:r>
        <w:rPr>
          <w:b/>
        </w:rPr>
        <w:t xml:space="preserve">9. </w:t>
      </w:r>
      <w:r>
        <w:t>Для переоформления патента иностранный гражданин представляет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непосредственно либо через подведомственное предприятие или уполномоченную организацию: (В редакции Федерального закона от 25.12.2023 № 648-ФЗ) 1) заявление о переоформлении патента;</w:t>
      </w:r>
    </w:p>
    <w:p>
      <w:r>
        <w:rPr>
          <w:b/>
        </w:rPr>
        <w:t xml:space="preserve">10. </w:t>
      </w:r>
      <w:r>
        <w:t>Отказ в приеме заявления о переоформлении патента не допускается, за исключением случаев непредставления какого-либо из документов, указанных в подпунктах 1, 2, 4 - 6, 8, 9 пункта 9 настоящей статьи, или нарушения срока обращения за переоформлением патента, установленного пунктом 8 настоящей статьи</w:t>
      </w:r>
    </w:p>
    <w:p>
      <w:r>
        <w:rPr>
          <w:b/>
        </w:rPr>
        <w:t xml:space="preserve">11. </w:t>
      </w:r>
      <w:r>
        <w:t>При рассмотрении документов, указанных в пункте 9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 (В редакции Федерального закона от 27.12.2018 № 528-ФЗ)</w:t>
      </w:r>
    </w:p>
    <w:p>
      <w:r>
        <w:rPr>
          <w:b/>
        </w:rPr>
        <w:t xml:space="preserve">12. </w:t>
      </w:r>
      <w:r>
        <w:t>Срок рассмотрения заявления о переоформлении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 (В редакции Федерального закона от 14.07.2022 № 357-ФЗ)</w:t>
      </w:r>
    </w:p>
    <w:p>
      <w:r>
        <w:rPr>
          <w:b/>
        </w:rPr>
        <w:t xml:space="preserve">13. </w:t>
      </w:r>
      <w:r>
        <w:t>Патент переоформляется иностранному гражданину на срок от одного до двенадцати месяцев. Срок действия переоформленного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переоформления патента. Срок действия переоформленного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внутренних дел не требуется. (В редакции Федерального закона от 27.12.2018 № 528-ФЗ) В ином случае срок действия переоформленного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r>
        <w:rPr>
          <w:b/>
        </w:rPr>
        <w:t xml:space="preserve">14. </w:t>
      </w:r>
      <w:r>
        <w:t>Переоформленный 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переоформленного патента в соответствии с пунктом 13 настоящей статьи</w:t>
      </w:r>
    </w:p>
    <w:p>
      <w:r>
        <w:rPr>
          <w:b/>
        </w:rPr>
        <w:t xml:space="preserve">15. </w:t>
      </w:r>
      <w:r>
        <w:t>В случаях изменения в течение срока действия патента фамилии, имени или отчества (последнее - при наличии) иностранного гражданина либо реквизитов документа, удостоверяющего его личность, данный иностранный гражданин в течение семи рабочих дней со дня въезда в Российскую Федерацию (при изменении фамилии, имени или отчества (последнее - при наличии) иностранного гражданина либо реквизитов документа, удостоверяющего его личность, за пределами Российской Федерации) либо со дня изменения фамилии, имени или отчества (последнее - при наличии) иностранного гражданина либо реквизитов документа, удостоверяющего его личность, на территории Российской Федерации обязан обратиться в территориальный орган федерального органа исполнительной власти в сфере внутренних дел, выдавший патент,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патенте. (В редакции федеральных законов от 29.06.2015 № 199-ФЗ, от 27.12.2018 № 528-ФЗ, от 25.12.2023 № 648-ФЗ) В случае необходимости осуществления иностранным гражданином трудовой деятельности по профессии (специальности, должности, виду трудовой деятельности), не указанной в патенте, данный иностранный гражданин вправе обратиться в территориальный орган федерального органа исполнительной власти в сфере внутренних дел, выдавший патент,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таком патенте. (Дополнение абзацем - Федеральный закон от 29.06.2015 № 199-ФЗ) (В редакции федеральных законов от 27.12.2018 № 528-ФЗ, от 25.12.2023 № 648-ФЗ)</w:t>
      </w:r>
    </w:p>
    <w:p>
      <w:r>
        <w:rPr>
          <w:b/>
        </w:rPr>
        <w:t xml:space="preserve">16. </w:t>
      </w:r>
      <w:r>
        <w:t>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за исключением случая, предусмотренного статьей 133-1 настоящего Федерального закона.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за исключением случая, предусмотренного указанной статьей. (В редакции Федерального закона от 23.05.2025 № 121-ФЗ) В случае принятия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решения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иностранный гражданин не вправе осуществлять на территории данного субъекта Российской Федерации трудовую деятельность по профессии (специальности, должности, виду трудовой деятельности), которая не указана в патенте. Для осуществления иностранным гражданином трудовой деятельности на территории другого субъекта Российской Федерации данный иностранный гражданин обязан обратиться за получением патента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без соблюдения срока, установленного пунктом 2 настоящей статьи. (В редакции Федерального закона от 27.12.2018 № 528-ФЗ) Для получения патента, указанного в абзаце третьем настоящего пункта, иностранный гражданин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заявление о выдаче патента,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ранее выданного патента, а также документы, указанные в подпунктах 2, 4 и 5 пункта 2 настоящей статьи. (В редакции Федерального закона от 25.12.2023 № 648-ФЗ) Абзац. (Утратил силу - Федеральный закон от 25.12.2023 № 648-ФЗ)</w:t>
      </w:r>
    </w:p>
    <w:p>
      <w:r>
        <w:rPr>
          <w:b/>
        </w:rPr>
        <w:t xml:space="preserve">17. </w:t>
      </w:r>
      <w:r>
        <w:t>Отказ в приеме заявления о выдаче патента, предусмотренного пунктом 16 настоящей статьи, не допускается, за исключением случаев непредставления какого-либо из документов, указанных в абзаце четвертом пункта 16 настоящей статьи, либо принятия федеральным органом исполнительной власти в сфере внутренних дел решения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 (В редакции федеральных законов от 29.06.2015 № 199-ФЗ; от 27.12.2018 № 528-ФЗ)</w:t>
      </w:r>
    </w:p>
    <w:p>
      <w:r>
        <w:rPr>
          <w:b/>
        </w:rPr>
        <w:t xml:space="preserve">18. </w:t>
      </w:r>
      <w:r>
        <w:t>При рассмотрении документов, указанных в пункте 16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 (В редакции Федерального закона от 27.12.2018 № 528-ФЗ)</w:t>
      </w:r>
    </w:p>
    <w:p>
      <w:r>
        <w:rPr>
          <w:b/>
        </w:rPr>
        <w:t xml:space="preserve">19. </w:t>
      </w:r>
      <w:r>
        <w:t>Срок рассмотрения предусмотренного пунктом 16 настоящей статьи заявления о выдаче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 (В редакции Федерального закона от 14.07.2022 № 357-ФЗ)</w:t>
      </w:r>
    </w:p>
    <w:p>
      <w:r>
        <w:rPr>
          <w:b/>
        </w:rPr>
        <w:t xml:space="preserve">20. </w:t>
      </w:r>
      <w:r>
        <w:t>Патент, предусмотренный пунктом 16 настоящей статьи,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предусмотренного пунктом 16 настоящей статьи</w:t>
      </w:r>
    </w:p>
    <w:p>
      <w:r>
        <w:rPr>
          <w:b/>
        </w:rPr>
        <w:t xml:space="preserve">21. </w:t>
      </w:r>
      <w:r>
        <w:t>Срок действия патента, предусмотренного пунктом 16 настоящей статьи, не может превышать срок действия первоначально выданного патента</w:t>
      </w:r>
    </w:p>
    <w:p>
      <w:r>
        <w:rPr>
          <w:b/>
        </w:rPr>
        <w:t xml:space="preserve">22. </w:t>
      </w:r>
      <w:r>
        <w:t>Патент иностранному гражданину не выдается и не переоформляется, а выданный патент аннулируется территориальным органом федерального органа исполнительной власти в сфере внутренних дел: (В редакции Федерального закона от 27.12.2018 № 528-ФЗ) 1) в случае осуществления трудовой деятельности с привлечением труда третьих лиц;</w:t>
      </w:r>
    </w:p>
    <w:p>
      <w:r>
        <w:rPr>
          <w:b/>
        </w:rPr>
        <w:t xml:space="preserve">23. </w:t>
      </w:r>
      <w:r>
        <w:t>Патент иностранному гражданину не переоформляется в случае отсутствия в территориальном органе федерального органа исполнительной власти в сфере внутренних дел сведений об осуществлении иностранным гражданином трудовой деятельности в период действия патента. (В редакции Федерального закона от 27.12.2018 № 528-ФЗ)</w:t>
      </w:r>
    </w:p>
    <w:p>
      <w:r>
        <w:rPr>
          <w:b/>
        </w:rPr>
        <w:t xml:space="preserve">24. </w:t>
      </w:r>
      <w:r>
        <w:t>В случае, если иностранному гражданину было отказано в выдаче или переоформлении патента либо ранее выданный ему патент был аннулирован, данный иностранный гражданин вправе повторно подать заявление о выдаче патента не ранее чем через один год со дня отказа в выдаче или переоформлении патента либо аннулирования ранее выданного патента</w:t>
      </w:r>
    </w:p>
    <w:p>
      <w:r>
        <w:rPr>
          <w:b/>
        </w:rPr>
        <w:t xml:space="preserve">25. </w:t>
      </w:r>
      <w:r>
        <w:t>В случае утраты патента или его порчи иностранный гражданин вправе обратиться в территориальный орган федерального органа исполнительной власти в сфере внутренних дел, выдавший патент, с заявлением о предоставлении дубликата патента. (В редакции Федерального закона от 27.12.2018 № 528-ФЗ)</w:t>
      </w:r>
    </w:p>
    <w:p>
      <w:r>
        <w:rPr>
          <w:b/>
        </w:rPr>
        <w:t xml:space="preserve">26. </w:t>
      </w:r>
      <w:r>
        <w:t>Для получения дубликата патента иностранный гражданин лично представляет в территориальный орган федерального органа исполнительной власти в сфере внутренних дел: (В редакции Федерального закона от 27.12.2018 № 528-ФЗ) 1) заявление о выдаче дубликата патента;</w:t>
      </w:r>
    </w:p>
    <w:p>
      <w:r>
        <w:rPr>
          <w:b/>
        </w:rPr>
        <w:t xml:space="preserve">27. </w:t>
      </w:r>
      <w:r>
        <w:t>Территориальный орган федерального органа исполнительной власти в сфере внутренних дел не позднее трех рабочих дней со дня принятия от иностранного гражданина заявления о выдаче дубликата патента обязан выдать данному иностранному гражданину дубликат патента на бланке патента с пометкой "дубликат" или уведомление об отказе в его выдаче. (В редакции Федерального закона от 27.12.2018 № 528-ФЗ)</w:t>
      </w:r>
    </w:p>
    <w:p>
      <w:r>
        <w:rPr>
          <w:b/>
        </w:rPr>
        <w:t xml:space="preserve">28. </w:t>
      </w:r>
      <w:r>
        <w:t>Уведомление об аннулировании патента в течение трех рабочих дней со дня принятия решения об аннулировании патента направляется территориальным органом федерального органа исполнительной власти в сфере внутренних дел работодателю или заказчику работ (услуг), привлекающим и использующим для осуществления трудовой деятельности иностранного гражданина, а также иностранному гражданину. (В редакции Федерального закона от 27.12.2018 № 528-ФЗ)</w:t>
      </w:r>
    </w:p>
    <w:p>
      <w:r>
        <w:rPr>
          <w:b/>
        </w:rPr>
        <w:t xml:space="preserve">29. </w:t>
      </w:r>
      <w:r>
        <w:t>Порядок оформления, переоформления и выдачи патента, порядок внесения изменений в сведения, содержащиеся в патенте, порядок выдачи дубликата патента и порядок принятия решения о приостановлении выдачи патента на территории субъекта Российской Федерации утверждаются федеральным органом исполнительной власти в сфере внутренних дел. (В редакции Федерального закона от 27.12.2018 № 528-ФЗ) Формы патента, формы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 а также перечень сведений, содержащихся в патенте, в том числе предусмотренном в абзаце третьем настоящего пункта, утверждается федеральным органом исполнительной власти в сфере внутренних дел. (В редакции Федерального закона от 01.07.2021 № 274-ФЗ) На территории Российской Федерации или территориях отдельных субъектов Российской Федерации патент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порядке, определяемом федеральным органом исполнительной власти в сфере внутренних дел. (В редакции Федерального закона от 01.07.2021 № 274-ФЗ)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принять решение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В случае принятия такого решения орган исполнительной власти субъекта Российской Федерации в течение одного рабочего дня информирует территориальный орган федерального органа исполнительной власти в сфере внутренних дел соответствующего субъекта Российской Федерации о принятом решении. (В редакции Федерального закона от 27.12.2018 № 528-ФЗ) Патенты с указанием профессии (специальности, должности, вида трудовой деятельности) выдаются территориальным органом федерального органа исполнительной власти в сфере внутренних дел по истечении десяти дней со дня получения уведомления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принятом им решении о выдаче таких патентов. (В редакции Федерального закона от 27.12.2018 № 528-ФЗ) Абзац. (Утратил силу - Федеральный закон от 01.07.2021 № 274-ФЗ)</w:t>
      </w:r>
    </w:p>
    <w:p>
      <w:r>
        <w:rPr>
          <w:b/>
        </w:rPr>
        <w:t xml:space="preserve">30. </w:t>
      </w:r>
      <w:r>
        <w:t>Заявления, указанные в пунктах 2, 9, 15, абзаце четвертом пункта 16 и пункте 26 настоящей статьи, с предоставлением необходимых документов могут быть поданы в территориальный орган федерального органа исполнительной власти в сфере внутренних дел в форме электронных документов с использованием единого портала государственных и муниципальных услуг. (Дополнение пунктом - Федеральный закон от 01.07.2021 № 274-ФЗ)</w:t>
      </w:r>
    </w:p>
    <w:p>
      <w:r>
        <w:rPr>
          <w:b/>
        </w:rPr>
        <w:t xml:space="preserve">31. </w:t>
      </w:r>
      <w:r>
        <w:t>Патент не может быть выдан в форме электронного документа. (Дополнение пунктом - Федеральный закон от 01.07.2021 № 274-ФЗ) (Дополнение статьей - Федеральный закон от 19.05.2010 № 86-ФЗ) (В редакции Федерального закона от 24.11.2014 № 357-ФЗ)</w:t>
      </w:r>
    </w:p>
    <w:p>
      <w:r>
        <w:rPr>
          <w:b/>
        </w:rPr>
        <w:t xml:space="preserve">2.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2. </w:t>
      </w:r>
      <w:r>
        <w:t>миграционную карту с указанием работы как цели визита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 (В редакции федеральных законов от 22.12.2014 № 446-ФЗ; от 27.12.2018 № 528-ФЗ) 4)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либо полис обязательного медицинского страхования в соответствии с требованиями законодательства Российской Федерации об обязательном медицинском страховании или сведения о нем.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 (В редакции федеральных законов от 02.07.2021 № 343-ФЗ, от 14.07.2022 № 237-ФЗ, от 10.07.2023 № 316-ФЗ) 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получения патента, а также принять решение о представлении иностранным гражданином для получения патента на территории данного субъекта Российской Федерации только одного из указанных в настоящем подпункте документов</w:t>
      </w:r>
    </w:p>
    <w:p>
      <w:r>
        <w:rPr>
          <w:b/>
        </w:rPr>
        <w:t xml:space="preserve">2. </w:t>
      </w:r>
      <w:r>
        <w:t>медицинские документы, подтверждающие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подпункте, на территории соответствующего субъекта Российской Федерации; (В редакции Федерального закона от 02.07.2021 № 357-ФЗ) 6)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w:t>
      </w:r>
    </w:p>
    <w:p>
      <w:r>
        <w:rPr>
          <w:b/>
        </w:rPr>
        <w:t xml:space="preserve">2. </w:t>
      </w:r>
      <w:r>
        <w:t>документ, подтверждающий уплату штрафа за нарушение срока обращения за оформлением патента, в случае представления документов, указанных в подпунктах 1 - 6 и 8 настоящего пункта, по истечении тридцати календарных дней со дня въезда в Российскую Федерацию</w:t>
      </w:r>
    </w:p>
    <w:p>
      <w:r>
        <w:rPr>
          <w:b/>
        </w:rPr>
        <w:t xml:space="preserve">2. </w:t>
      </w:r>
      <w:r>
        <w:t>(Подпункт утратил силу - Федеральный закон от 10.07.2023 № 316-ФЗ)</w:t>
      </w:r>
    </w:p>
    <w:p>
      <w:r>
        <w:rPr>
          <w:b/>
        </w:rPr>
        <w:t xml:space="preserve">9.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9. </w:t>
      </w:r>
      <w:r>
        <w:t>миграционную карту с указанием работы как цели въезда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 (В редакции федеральных законов от 22.12.2014 № 446-ФЗ; от 27.12.2018 № 528-ФЗ) 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w:t>
      </w:r>
    </w:p>
    <w:p>
      <w:r>
        <w:rPr>
          <w:b/>
        </w:rPr>
        <w:t xml:space="preserve">9. </w:t>
      </w:r>
      <w:r>
        <w:t>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либо полис обязательного медицинского страхования в соответствии с требованиями законодательства Российской Федерации об обязательном медицинском страховании или сведения о нем.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 (В редакции федеральных законов от 02.07.2021 № 343-ФЗ, от 14.07.2022 № 237-ФЗ, от 10.07.2023 № 316-ФЗ) 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переоформления патента, а также принять решение о представлении иностранным гражданином для переоформления патента на территории данного субъекта Российской Федерации только одного из указанных в настоящем подпункте документов</w:t>
      </w:r>
    </w:p>
    <w:p>
      <w:r>
        <w:rPr>
          <w:b/>
        </w:rPr>
        <w:t xml:space="preserve">9. </w:t>
      </w:r>
      <w:r>
        <w:t>медицинские документы, подтверждающие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подпункте, на территории соответствующего субъекта Российской Федерации; (В редакции Федерального закона от 02.07.2021 № 357-ФЗ) 7)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 таком документе; (В редакции Федерального закона от 27.12.2018 № 528-ФЗ) 8) ходатайство работодателя, заказчика работ (услуг) о переоформлении иностранному гражданину патента</w:t>
      </w:r>
    </w:p>
    <w:p>
      <w:r>
        <w:rPr>
          <w:b/>
        </w:rPr>
        <w:t xml:space="preserve">9. </w:t>
      </w:r>
      <w:r>
        <w:t>трудовой договор или гражданско-правовой договор на выполнение работ (оказание услуг), заключенные между иностранным гражданином и работодателем, заказчиком работ (услуг), - для иностранных граждан, осуществляющих трудовую деятельность у юридического лица или индивидуального предпринимателя либо частного нотариуса, адвоката, учредившего адвокатский кабинет, или иного лица, чья профессиональная деятельность в соответствии с федеральными законами подлежит государственной регистрации и (или) лицензированию</w:t>
      </w:r>
    </w:p>
    <w:p>
      <w:r>
        <w:rPr>
          <w:b/>
        </w:rPr>
        <w:t xml:space="preserve">22. </w:t>
      </w:r>
      <w:r>
        <w:t>при наличии обстоятельств, предусмотренных подпунктами 1 - 10, 15 пункта 9, пунктами 91, 92 и подпунктом 1 пункта 97 статьи 18 настоящего Федерального закона; (В редакции Федерального закона от 14.07.2022 № 357-ФЗ) 3) в случае поступления в территориальный орган федерального органа исполнительной власти в сфере внутренних дел, выдавший патент иностранному гражданину, заявления данного иностранного гражданина об аннулировании выданного ему патента; (В редакции Федерального закона от 27.12.2018 № 528-ФЗ) 4) в случае непредставления в соответствии с пунктом 7 настоящей статьи уведомления и копии трудового договора или гражданско-правового договора на выполнение работ (оказание услуг); (В редакции Федерального закона от 10.07.2023 № 316-ФЗ) 5) в случае отсутствия сведений о работодателе или заказчике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
        <w:rPr>
          <w:b/>
        </w:rPr>
        <w:t xml:space="preserve">26.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26. </w:t>
      </w:r>
      <w:r>
        <w:t>миграционную карту с указанием работы как цели визита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в настоящем подпункте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 (В редакции федеральных законов от 22.12.2014 № 446-ФЗ; от 29.06.2015 № 199-ФЗ; от 27.12.2018 № 528-ФЗ) 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утраченного или испорченного патента</w:t>
      </w:r>
    </w:p>
    <w:p>
      <w:r>
        <w:rPr>
          <w:b/>
        </w:rPr>
        <w:t>Статья 133-1. Особенности осуществления трудовой деятельности иностранными гражданами, прибывшими в Российскую Федерацию в порядке, не требующем получения визы, на основании патента в отдельных субъектах Российской Федерации</w:t>
      </w:r>
    </w:p>
    <w:p>
      <w:r>
        <w:rPr>
          <w:b/>
        </w:rPr>
        <w:t xml:space="preserve">1. </w:t>
      </w:r>
      <w:r>
        <w:t>Высшее должностное лицо города федерального значения Москвы и высшее должностное лицо Московской области, а также высшее должностное лицо города федерального значения Санкт-Петербурга и высшее должностное лицо Ленинградской области вправе заключить соглашение между соответствующими субъектами Российской Федерации об осуществлении иностранными гражданами, прибывшими в Российскую Федерацию в порядке, не требующем получения визы, трудовой деятельности на основании патента, выданного на территории одного из указанных в соответствующем соглашении субъектов Российской Федерации, и о привлечении работодателями и заказчиками работ (услуг) таких иностранных граждан к трудовой деятельности в пределах территорий соответствующих субъектов Российской Федерации (далее - соглашение)</w:t>
      </w:r>
    </w:p>
    <w:p>
      <w:r>
        <w:rPr>
          <w:b/>
        </w:rPr>
        <w:t xml:space="preserve">2. </w:t>
      </w:r>
      <w:r>
        <w:t>В случае заключения соглашения</w:t>
      </w:r>
    </w:p>
    <w:p>
      <w:r>
        <w:rPr>
          <w:b/>
        </w:rPr>
        <w:t xml:space="preserve">3. </w:t>
      </w:r>
      <w:r>
        <w:t>Работодатели и заказчики работ (услуг) имеют право привлекать к трудовой деятельности иностранных граждан, осуществляющих трудовую деятельность на основании патента, на территориях субъектов Российской Федерации - сторон соглашения, а иностранные граждане имеют право осуществлять такую трудовую деятельность с учетом запрета на привлечение хозяйствующими субъектами иностранных граждан, осуществляющих трудовую деятельность на основании патентов, установленного в соответствии с пунктом 6 статьи 181 настоящего Федерального закона на территории соответствующего субъекта Российской Федерации</w:t>
      </w:r>
    </w:p>
    <w:p>
      <w:r>
        <w:rPr>
          <w:b/>
        </w:rPr>
        <w:t xml:space="preserve">4. </w:t>
      </w:r>
      <w:r>
        <w:t>Соглашение может быть заключено субъектами Российской Федерации при одновременном соблюдении следующих условий</w:t>
      </w:r>
    </w:p>
    <w:p>
      <w:r>
        <w:rPr>
          <w:b/>
        </w:rPr>
        <w:t xml:space="preserve">5. </w:t>
      </w:r>
      <w:r>
        <w:t>Условия, указанные в пункте 4 настоящей статьи, должны соблюдаться в течение всего периода действия соглашения</w:t>
      </w:r>
    </w:p>
    <w:p>
      <w:r>
        <w:rPr>
          <w:b/>
        </w:rPr>
        <w:t xml:space="preserve">6. </w:t>
      </w:r>
      <w:r>
        <w:t>В соглашении должны быть определены дата начала действия соглашения, условия предоставления межбюджетного трансферта бюджету субъекта Российской Федерации - стороны соглашения из бюджета другого субъекта Российской Федерации - стороны соглашения в целях его реализации и срок действия соглашения</w:t>
      </w:r>
    </w:p>
    <w:p>
      <w:r>
        <w:rPr>
          <w:b/>
        </w:rPr>
        <w:t xml:space="preserve">7. </w:t>
      </w:r>
      <w:r>
        <w:t>В соглашение могут включаться сведения о профессиях (специальностях, должностях, видах трудовой деятельности), по которым работодатели и заказчики работ (услуг) вправе привлекать иностранных граждан к трудовой деятельности на основании патента, ограничения продолжительности времени привлечения работодателем или заказчиком работ (услуг) иностранного гражданина к трудовой деятельности на основании патента вне пределов субъекта Российской Федерации, на территории которого иностранному гражданину выдан патент, а также иные условия взаимодействия соответствующих субъектов Российской Федерации. Заключенное соглашение направляется высшими должностными лицами субъектов Российской Федерации - сторон соглашения в федеральный орган исполнительной власти в сфере внутренних дел не позднее чем за пятнадцать календарных дней до определенной в соглашении даты начала действия соглашения. Информация о заключении соглашения, дате начала действия соглашения, сроке действия соглашения и прекращении действия соглашения, сведения о профессиях (специальностях, должностях, видах трудовой деятельности), по которым работодатели и заказчики работ (услуг) вправе привлекать иностранных граждан к трудовой деятельности на основании патента, ограничения продолжительности времени привлечения работодателем или заказчиком работ (услуг) иностранного гражданина к трудовой деятельности на основании патента вне пределов субъекта Российской Федерации, на территории которого иностранному гражданину выдан патент, а также иные условия взаимодействия соответствующих субъектов Российской Федерации размещаются на официальных сайтах высшего должностного лица субъекта Российской Федерации и высшего исполнительного органа субъекта Российской Федерации в информационно-телекоммуникационной сети Интернет не позднее чем за пятнадцать календарных дней до определенной в соглашении даты начала действия соглашения</w:t>
      </w:r>
    </w:p>
    <w:p>
      <w:r>
        <w:rPr>
          <w:b/>
        </w:rPr>
        <w:t xml:space="preserve">8. </w:t>
      </w:r>
      <w:r>
        <w:t>В случае внесения изменений в законодательство субъектов Российской Федерации - сторон соглашения, влекущих несоблюдение условий, указанных в пункте 4 настоящей статьи, либо в случае принятия федеральным органом исполнительной власти в сфере внутренних дел решения о приостановлении выдачи патентов на территории соответствующего субъекта Российской Федерации или принятия Правительством Российской Федерации решения о приостановлении на определенный срок выдачи патентов на территории Российской Федерации в соответствии с настоящим Федеральным законом действие соглашения прекращается по истечении тридцати дней со дня вступления в силу указанных изменений или решений</w:t>
      </w:r>
    </w:p>
    <w:p>
      <w:r>
        <w:rPr>
          <w:b/>
        </w:rPr>
        <w:t xml:space="preserve">9. </w:t>
      </w:r>
      <w:r>
        <w:t>Высшее должностное лицо субъекта Российской Федерации - стороны соглашения обязано проинформировать высшее должностное лицо другого субъекта Российской Федерации - стороны соглашения и федеральный орган исполнительной власти в сфере внутренних дел о внесении изменений в законодательство субъекта Российской Федерации, влияющих на соблюдение условий, указанных в пункте 4 настоящей статьи, в течение десяти календарных дней со дня вступления в силу соответствующих изменений</w:t>
      </w:r>
    </w:p>
    <w:p>
      <w:r>
        <w:rPr>
          <w:b/>
        </w:rPr>
        <w:t xml:space="preserve">10. </w:t>
      </w:r>
      <w:r>
        <w:t>Информация о прекращении действия соглашения направляется высшими должностными лицами субъектов Российской Федерации - сторон соглашения в федеральный орган исполнительной власти в сфере внутренних дел не позднее чем за пятнадцать календарных дней до даты прекращения действия соглашения</w:t>
      </w:r>
    </w:p>
    <w:p>
      <w:r>
        <w:rPr>
          <w:b/>
        </w:rPr>
        <w:t xml:space="preserve">11. </w:t>
      </w:r>
      <w:r>
        <w:t>В случае прекращения, в том числе досрочного, действия соглашения патент иностранного гражданина, выданный в период действия соглашения, продолжает действовать на территории субъекта Российской Федерации, в котором он выдан, в течение срока действия такого патента, но не более одного года со дня его выдачи. (Дополнение статьей - Федеральный закон от 23.05.2025 № 121-ФЗ)</w:t>
      </w:r>
    </w:p>
    <w:p>
      <w:r>
        <w:rPr>
          <w:b/>
        </w:rPr>
        <w:t xml:space="preserve">2. </w:t>
      </w:r>
      <w:r>
        <w:t>работодатели и заказчики работ (услуг) имеют право привлекать к трудовой деятельности иностранных граждан, осуществляющих трудовую деятельность на основании патента, выданного иностранному гражданину (в том числе до заключения субъектами Российской Федерации соглашения) в одном субъекте Российской Федерации - стороне соглашения, на территории другого субъекта Российской Федерации - стороны соглашения, в порядке и на условиях, которые предусмотрены соглашением</w:t>
      </w:r>
    </w:p>
    <w:p>
      <w:r>
        <w:rPr>
          <w:b/>
        </w:rPr>
        <w:t xml:space="preserve">2. </w:t>
      </w:r>
      <w:r>
        <w:t>иностранные граждане, осуществляющие трудовую деятельность на основании патента, выданного иностранному гражданину (в том числе до заключения субъектами Российской Федерации соглашения) в одном субъекте Российской Федерации - стороне соглашения, имеют право осуществлять трудовую деятельность у работодателя или заказчика работ (услуг), осуществляющих свою деятельность на территории другого субъекта Российской Федерации - стороны соглашения, в порядке и на условиях, которые предусмотрены соглашением</w:t>
      </w:r>
    </w:p>
    <w:p>
      <w:r>
        <w:rPr>
          <w:b/>
        </w:rPr>
        <w:t xml:space="preserve">4. </w:t>
      </w:r>
      <w:r>
        <w:t>соответствие установленных размеров коэффициентов, отражающих региональные особенности рынков труда в данных субъектах Российской Федерации в соответствии с пунктом 3 статьи 2271 Налогового кодекса Российской Федерации</w:t>
      </w:r>
    </w:p>
    <w:p>
      <w:r>
        <w:rPr>
          <w:b/>
        </w:rPr>
        <w:t xml:space="preserve">4. </w:t>
      </w:r>
      <w:r>
        <w:t>наличие (отсутствие) решений высших должностных лиц данных субъектов Российской Федерации об указании в патенте, выдаваемом на территории соответствующего субъекта Российской Федерации, профессии (специальности, должности, вида трудовой деятельности) иностранного гражданина в соответствии с абзацем четвертым пункта 29 статьи 133 настоящего Федерального закона</w:t>
      </w:r>
    </w:p>
    <w:p>
      <w:r>
        <w:rPr>
          <w:b/>
        </w:rPr>
        <w:t>Статья 134</w:t>
      </w:r>
    </w:p>
    <w:p>
      <w:r>
        <w:t>(Дополнение статьей - Федеральный закон от 23.07.2013 № 203-ФЗ) (Утратила силу - Федеральный закон от 06.02.2020 № 16-ФЗ)</w:t>
      </w:r>
    </w:p>
    <w:p>
      <w:r>
        <w:rPr>
          <w:b/>
        </w:rPr>
        <w:t>Статья 135. Особенности осуществления трудовой деятельности иностранными гражданами, направляемыми 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w:t>
      </w:r>
    </w:p>
    <w:p>
      <w:r>
        <w:rPr>
          <w:b/>
        </w:rPr>
        <w:t xml:space="preserve">1. </w:t>
      </w:r>
      <w:r>
        <w:t>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w:t>
      </w:r>
    </w:p>
    <w:p>
      <w:r>
        <w:rPr>
          <w:b/>
        </w:rPr>
        <w:t xml:space="preserve">2. </w:t>
      </w:r>
      <w:r>
        <w:t>Иностранные граждане, указанные в пункте 1 настоящей статьи, получают разрешение на работу в порядке, предусмотренном настоящей статьей, при условии, что такие иностранные граждане не менее одного года в течение периода, непосредственно предшествующего их направлению в Российскую Федерацию, осуществляли трудовую деятельность по найму в направляющей их иностранной коммерческой организации и при этом направляются</w:t>
      </w:r>
    </w:p>
    <w:p>
      <w:r>
        <w:rPr>
          <w:b/>
        </w:rPr>
        <w:t xml:space="preserve">3. </w:t>
      </w:r>
      <w:r>
        <w:t>Общая численность иностранных граждан, осуществляющих трудовую деятельность в представительстве иностранной коммерческой организации в Российской Федерации на основании разрешений на работу, выданных в соответствии с настоящей статьей, не может превышать пять человек, а в банковской сфере - два человека в пределах численности, сведения о которой содержатся в государственном реестре аккредитованных филиалов, представительств иностранных юридических лиц. (В редакции Федерального закона от 05.05.2014 № 106-ФЗ)</w:t>
      </w:r>
    </w:p>
    <w:p>
      <w:r>
        <w:rPr>
          <w:b/>
        </w:rPr>
        <w:t xml:space="preserve">4. </w:t>
      </w:r>
      <w:r>
        <w:t>Квота на выдачу иностранным гражданам приглашений на въезд в Российскую Федерацию в целях осуществления трудовой деятельности и квота на выдачу иностранным гражданам разрешений на работу, предусмотренные статьями 18 и 181 настоящего Федерального закона, не распространяются на иностранных граждан, указанных в пункте 1 настоящей статьи</w:t>
      </w:r>
    </w:p>
    <w:p>
      <w:r>
        <w:rPr>
          <w:b/>
        </w:rPr>
        <w:t xml:space="preserve">5. </w:t>
      </w:r>
      <w:r>
        <w:t>Правительством Российской Федерации в целях обеспечения безопасности на основе принципа приоритетного использования национальных трудовых ресурсов с учетом ситуации на рынке труда может устанавливаться ограничение на осуществление трудовой деятельности иностранными гражданами, указанными в пункте 1 настоящей статьи, если иное не предусмотрено международным договором Российской Федерации</w:t>
      </w:r>
    </w:p>
    <w:p>
      <w:r>
        <w:rPr>
          <w:b/>
        </w:rPr>
        <w:t xml:space="preserve">6. </w:t>
      </w:r>
      <w:r>
        <w:t>Иностранные граждане, указанные в пункте 1 настоящей статьи, прибывшие в Российскую Федерацию,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с медицинской организацией, на получение первичной медико-санитарной помощи и специализированной медицинской помощи</w:t>
      </w:r>
    </w:p>
    <w:p>
      <w:r>
        <w:rPr>
          <w:b/>
        </w:rPr>
        <w:t xml:space="preserve">7. </w:t>
      </w:r>
      <w:r>
        <w:t>Разрешение на работу иностранным гражданам, указанным в пункте 1 настоящей статьи, выдается на срок, соответствующий периоду, на который иностранный гражданин направляется в филиал, представительство или дочернюю организацию иностранной коммерческой организации в соответствии с решением иностранной коммерческой организации о направлении, но не более чем на три года. Указанный срок действия разрешения на работу может быть неоднократно продлен в случае принятия иностранной коммерческой организацией решения о продлении периода, на который иностранный гражданин направлен в филиал, представительство или дочернюю организацию иностранной коммерческой организации, но не более чем на три года для каждого такого продления. В случае, если в соответствии с решением о направлении и (или) трудовым договором с дочерней организацией иностранной коммерческой организации предполагается осуществление иностранными гражданами, указанными в пункте 1 настоящей статьи, трудовой деятельности на территориях двух и более субъектов Российской Федерации, им выдается разрешение на работу, действующее на территориях этих субъектов Российской Федерации</w:t>
      </w:r>
    </w:p>
    <w:p>
      <w:r>
        <w:rPr>
          <w:b/>
        </w:rPr>
        <w:t xml:space="preserve">8. </w:t>
      </w:r>
      <w:r>
        <w:t>Разрешение на работу иностранным гражданам, указанным в пункте 1 настоящей статьи, не выдается, а ранее выданное разрешение на работу аннулируется</w:t>
      </w:r>
    </w:p>
    <w:p>
      <w:r>
        <w:rPr>
          <w:b/>
        </w:rPr>
        <w:t xml:space="preserve">9. </w:t>
      </w:r>
      <w:r>
        <w:t>Для получения разрешения на работу иностранным гражданам, указанным в пункте 1 настоящей статьи, филиал, представительство или дочерняя организация иностранной коммерческой организации, указанные в пункте 1 настоящей статьи, представляет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(В редакции федеральных законов от 27.12.2018 № 528-ФЗ, от 25.12.2023 № 648-ФЗ, от 08.08.2024 № 253-ФЗ) 1) ходатайство о выдаче разрешения на работу иностранному гражданину, направляемому в филиал, представительство или дочернюю организацию иностранной коммерческой организации (далее - ходатайство о выдаче разрешения на работу);</w:t>
      </w:r>
    </w:p>
    <w:p>
      <w:r>
        <w:rPr>
          <w:b/>
        </w:rPr>
        <w:t xml:space="preserve">10. </w:t>
      </w:r>
      <w:r>
        <w:t>Одновременно с документами, указанными в пункте 9 настоящей статьи,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представляется квитанция об уплате государственной пошлины за выдачу разрешения на работу. В случае непредставления указанной квитанции федеральный орган исполнительной власти в сфере внутренних дел или уполномоченный им территориальный орган проверяет факт уплаты государственной пошлины за выдачу разрешения на работу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(В редакции федеральных законов от 27.12.2018 № 528-ФЗ, от 25.12.2023 № 648-ФЗ, от 08.08.2024 № 253-ФЗ)</w:t>
      </w:r>
    </w:p>
    <w:p>
      <w:r>
        <w:rPr>
          <w:b/>
        </w:rPr>
        <w:t xml:space="preserve">11. </w:t>
      </w:r>
      <w:r>
        <w:t>При рассмотрении ходатайства о выдаче разрешения на работу федеральный орган исполнительной власти в сфере внутренних дел или уполномоченный им территориальный орган запрашивает содержащиеся в едином государственном реестре юридических лиц, государственном реестре аккредитованных филиалов, представительств иностранных юридических лиц сведения, подтверждающие факт государственной регистрации юридического лица (дочерней организации иностранной коммерческой организации), либо сведения, подтверждающие факт аккредитации филиала или представительства иностранной коммерческой организации. (В редакции федеральных законов от 05.05.2014 № 106-ФЗ, от 27.12.2018 № 528-ФЗ, от 08.08.2024 № 253-ФЗ)</w:t>
      </w:r>
    </w:p>
    <w:p>
      <w:r>
        <w:rPr>
          <w:b/>
        </w:rPr>
        <w:t xml:space="preserve">12. </w:t>
      </w:r>
      <w:r>
        <w:t>В ходатайстве о выдаче разрешения на работу, подаваемом филиалом или дочерней организацией иностранной коммерческой организации, указываются сведения</w:t>
      </w:r>
    </w:p>
    <w:p>
      <w:r>
        <w:rPr>
          <w:b/>
        </w:rPr>
        <w:t xml:space="preserve">13. </w:t>
      </w:r>
      <w:r>
        <w:t>Оценку предусмотренных подпунктом 2 пункта 2 настоящей статьи уровня квалификации и (или) незаурядных знаний иностранного гражданина, привлекаемого в соответствии с настоящей статьей, иностранная коммерческая организация, направляющая иностранного гражданина, филиал или ее дочерняя организация осуществляет самостоятельно и несет соответствующие риски</w:t>
      </w:r>
    </w:p>
    <w:p>
      <w:r>
        <w:rPr>
          <w:b/>
        </w:rPr>
        <w:t xml:space="preserve">14. </w:t>
      </w:r>
      <w:r>
        <w:t>Отказ в приеме ходатайства о выдаче разрешения на работу не допускается, за исключением случаев непредставления какого-либо из документов, предусмотренных пунктом 9 настоящей статьи</w:t>
      </w:r>
    </w:p>
    <w:p>
      <w:r>
        <w:rPr>
          <w:b/>
        </w:rPr>
        <w:t xml:space="preserve">15. </w:t>
      </w:r>
      <w:r>
        <w:t>Для продления срока действия разрешения на работу филиал, представительство или дочерняя организация иностранной коммерческой организации, указанные в подпунктах 1 - 3 пункта 1 настоящей статьи, не позднее чем за шестьдесят календарных дней до окончания срока действия разрешения на работу представляет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(В редакции федеральных законов от 27.12.2018 № 528-ФЗ, от 25.12.2023 № 648-ФЗ, от 08.08.2024 № 253-ФЗ) 1) заявление о продлении срока действия разрешения на работу;</w:t>
      </w:r>
    </w:p>
    <w:p>
      <w:r>
        <w:rPr>
          <w:b/>
        </w:rPr>
        <w:t xml:space="preserve">16. </w:t>
      </w:r>
      <w:r>
        <w:t>Отказ в приеме заявления о продлении срока действия разрешения на работу не допускается, за исключением случаев непредставления какого-либо из документов, предусмотренных пунктом 15 настоящей статьи</w:t>
      </w:r>
    </w:p>
    <w:p>
      <w:r>
        <w:rPr>
          <w:b/>
        </w:rPr>
        <w:t xml:space="preserve">17. </w:t>
      </w:r>
      <w:r>
        <w:t>Срок рассмотрения ходатайства о выдаче разрешения на работу либо заявления о продлении срока действия разрешения на работу составляет не более тридцати рабочих дней со дня поступления ходатайства (заявления) в федеральный орган исполнительной власти в сфере внутренних дел или уполномоченный им территориальный орган. (В редакции федеральных законов от 27.12.2018 № 528-ФЗ, от 08.08.2024 № 253-ФЗ)</w:t>
      </w:r>
    </w:p>
    <w:p>
      <w:r>
        <w:rPr>
          <w:b/>
        </w:rPr>
        <w:t xml:space="preserve">171. </w:t>
      </w:r>
      <w:r>
        <w:t>В случае изменения в течение срока действия разрешения на работу фамилии, имени или отчества (последнее - при наличии) иностранного гражданина, указанного в пункте 1 настоящей статьи, либо реквизитов его документа, удостоверяющего личность иностранного гражданина, данный иностранный гражданин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федеральный орган исполнительной власти в сфере внутренних дел или уполномоченный им территориальный орган для внесения соответствующих изменений в сведения, содержащиеся в таком разрешении. (В редакции федеральных законов от 27.12.2018 № 528-ФЗ, от 08.08.2024 № 253-ФЗ) В случае необходимости осуществления иностранным гражданином, указанным в пункте 1 настоящей статьи, трудовой деятельности по профессии (специальности, должности, виду трудовой деятельности), не указанной в разрешении на работу, данный иностранный гражданин вправе обратиться в федеральный орган исполнительной власти в сфере внутренних дел или уполномоченный им территориальный орган для внесения соответствующих изменений в сведения, содержащиеся в таком разрешении. (В редакции федеральных законов от 27.12.2018 № 528-ФЗ, от 08.08.2024 № 253-ФЗ) (Дополнение пунктом - Федеральный закон от 29.06.2015 № 199-ФЗ)</w:t>
      </w:r>
    </w:p>
    <w:p>
      <w:r>
        <w:rPr>
          <w:b/>
        </w:rPr>
        <w:t xml:space="preserve">18. </w:t>
      </w:r>
      <w:r>
        <w:t>При неисполнении работодателем принятых на себя перед иностранным гражданином обязательств, установленных в соответствии с настоящим Федеральным законом, а равно условий трудового договора, заключенного с иностранным гражданином, филиал, представительство или дочерняя организация иностранной коммерческой организации вправе вновь привлекать иностранного гражданина на условиях, предусмотренных настоящим Федеральным законом, не ранее чем через два года со дня, когда соответствующие обстоятельства стали известны федеральному органу исполнительной власти в сфере внутренних дел или уполномоченному им территориальному органу. (В редакции федеральных законов от 27.12.2018 № 528-ФЗ, от 08.08.2024 № 253-ФЗ) В случае обращения филиала, представительства или дочерней организации иностранной коммерческой организации до истечения срока, указанного в абзаце первом настоящего пункта,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с ходатайством о выдаче разрешения на работу в филиале, представительстве или дочерней организации иностранной коммерческой организации либо заявлением о продлении срока действия данного разрешения указанный федеральный орган или территориальный орган без рассмотрения по существу таких ходатайства либо заявления уведомляет в письменной форме работодателя о дате, начиная с которой он сможет обращаться с соответствующими ходатайством либо заявлением. (В редакции федеральных законов от 25.12.2023 № 648-ФЗ, от 08.08.2024 № 253-ФЗ)</w:t>
      </w:r>
    </w:p>
    <w:p>
      <w:r>
        <w:rPr>
          <w:b/>
        </w:rPr>
        <w:t xml:space="preserve">19. </w:t>
      </w:r>
      <w:r>
        <w:t>Порядок оформления и выдачи иностранным гражданам, указанным в пункте 1 настоящей статьи, разрешения на работу, продления срока его действия, форма указанного разрешения и форма ходатайства о выдаче разрешения на работу, форма заявления о продлении срока действия разрешения на работу устанавливаются федеральным органом исполнительной власти в сфере внутренних дел. (В редакции Федерального закона от 27.12.2018 № 528-ФЗ) Состав сведений, подтверждающих отнесение юридического лица к дочерней организации иностранной коммерческой организации, а также состав обязательных реквизитов решения иностранной коммерческой организации о направлении иностранного гражданина в филиал, представительство или дочернюю организацию иностранной коммерческой организации устанавливается уполномоченным Правительством Российской Федерации федеральным органом исполнительной власти</w:t>
      </w:r>
    </w:p>
    <w:p>
      <w:r>
        <w:rPr>
          <w:b/>
        </w:rPr>
        <w:t xml:space="preserve">20. </w:t>
      </w:r>
      <w:r>
        <w:t>Члены семьи (супруг (супруга), дети (в том числе усыновленные), супруги детей, родители (в том числе приемные), супруги родителей, бабушки, дедушки, внуки) иностранных граждан, указанных в пункте 1 настоящей статьи, въезжают в Российскую Федерацию и выезжают из Российской Федерации в установленном законодательством Российской Федерации порядке, если иное не установлено международным договором Российской Федерации. (Дополнение статьей - Федеральный закон от 28.12.2013 № 390-ФЗ)</w:t>
      </w:r>
    </w:p>
    <w:p>
      <w:r>
        <w:rPr>
          <w:b/>
        </w:rPr>
        <w:t xml:space="preserve">1. </w:t>
      </w:r>
      <w:r>
        <w:t>в юридическом лице, зарегистрированном в установленном порядке на территории Российской Федерации, осуществляющем оказание услуг в соответствии с учредительными документами и являющемся дочерней организацией (дочерним обществом) иностранной коммерческой организации (далее - дочерняя организация иностранной коммерческой организации)</w:t>
      </w:r>
    </w:p>
    <w:p>
      <w:r>
        <w:rPr>
          <w:b/>
        </w:rPr>
        <w:t xml:space="preserve">1. </w:t>
      </w:r>
      <w:r>
        <w:t>в филиале иностранной коммерческой организации</w:t>
      </w:r>
    </w:p>
    <w:p>
      <w:r>
        <w:rPr>
          <w:b/>
        </w:rPr>
        <w:t xml:space="preserve">1. </w:t>
      </w:r>
      <w:r>
        <w:t>в представительстве иностранной коммерческой организации</w:t>
      </w:r>
    </w:p>
    <w:p>
      <w:r>
        <w:rPr>
          <w:b/>
        </w:rPr>
        <w:t xml:space="preserve">2. </w:t>
      </w:r>
      <w:r>
        <w:t>в представительство иностранной коммерческой организации для замещения должности, исполнение обязанности по которой предусматривает осуществление руководства и координации деятельности представительства (включая должность руководителя представительства)</w:t>
      </w:r>
    </w:p>
    <w:p>
      <w:r>
        <w:rPr>
          <w:b/>
        </w:rPr>
        <w:t xml:space="preserve">2. </w:t>
      </w:r>
      <w:r>
        <w:t>в филиал или дочернюю организацию иностранной коммерческой организации в качестве ключевого персонала: для замещения должности руководителя филиала либо дочерней организации иностранной коммерческой организации; для замещения иных должностей при условии, что направляемые иностранные граждане осуществляют трудовую деятельность по оказанию услуг на территории Российской Федерации с предполагаемым получением заработной платы в размере не менее двух миллионов рублей из расчета за один год (365 календарных дней), обладают высоким уровнем квалификации и (или) незаурядными знаниями, соответствующими требованиям, установленным Правительством Российской Федерации, и необходимыми для оказания услуг этими филиалами или дочерними организациями иностранной коммерческой организации</w:t>
      </w:r>
    </w:p>
    <w:p>
      <w:r>
        <w:rPr>
          <w:b/>
        </w:rPr>
        <w:t xml:space="preserve">8. </w:t>
      </w:r>
      <w:r>
        <w:t>при наличии оснований, предусмотренных подпунктами 1 - 7, 9 и 10 пункта 9, пунктами 91 и 92 статьи 18 настоящего Федерального закона</w:t>
      </w:r>
    </w:p>
    <w:p>
      <w:r>
        <w:rPr>
          <w:b/>
        </w:rPr>
        <w:t xml:space="preserve">8. </w:t>
      </w:r>
      <w:r>
        <w:t>при несоблюдении условий, указанных в пункте 2 настоящей статьи</w:t>
      </w:r>
    </w:p>
    <w:p>
      <w:r>
        <w:rPr>
          <w:b/>
        </w:rPr>
        <w:t xml:space="preserve">8. </w:t>
      </w:r>
      <w:r>
        <w:t>если услуги, непосредственное участие в оказании которых будет принимать иностранный гражданин, не входят в перечень услуг, определяемый в соответствии с обязательствами Российской Федерации в рамках Всемирной торговой организации</w:t>
      </w:r>
    </w:p>
    <w:p>
      <w:r>
        <w:rPr>
          <w:b/>
        </w:rPr>
        <w:t xml:space="preserve">9. </w:t>
      </w:r>
      <w:r>
        <w:t>копию документа, удостоверяющего личность иностранного гражданина и признаваемого в этом качестве Российской Федерацией</w:t>
      </w:r>
    </w:p>
    <w:p>
      <w:r>
        <w:rPr>
          <w:b/>
        </w:rPr>
        <w:t xml:space="preserve">9. </w:t>
      </w:r>
      <w:r>
        <w:t>документ, подтверждающий осуществление трудовой деятельности иностранным работником в направляющей его иностранной коммерческой организации не менее одного года в течение периода, непосредственно предшествующего направлению в Российскую Федерацию</w:t>
      </w:r>
    </w:p>
    <w:p>
      <w:r>
        <w:rPr>
          <w:b/>
        </w:rPr>
        <w:t xml:space="preserve">9. </w:t>
      </w:r>
      <w:r>
        <w:t>решение иностранной коммерческой организации о направлении иностранного гражданина в свой филиал, представительство или дочернюю организацию иностранной коммерческой организации</w:t>
      </w:r>
    </w:p>
    <w:p>
      <w:r>
        <w:rPr>
          <w:b/>
        </w:rPr>
        <w:t xml:space="preserve">9. </w:t>
      </w:r>
      <w:r>
        <w:t>сведения о юридическом лице, подтверждающие его отнесение к дочерней организации иностранной коммерческой организации в соответствии с законодательством Российской Федерации</w:t>
      </w:r>
    </w:p>
    <w:p>
      <w:r>
        <w:rPr>
          <w:b/>
        </w:rPr>
        <w:t xml:space="preserve">9. </w:t>
      </w:r>
      <w:r>
        <w:t>проект трудового договора между направляемым иностранным гражданином и дочерней организацией иностранной коммерческой организации</w:t>
      </w:r>
    </w:p>
    <w:p>
      <w:r>
        <w:rPr>
          <w:b/>
        </w:rPr>
        <w:t xml:space="preserve">9. </w:t>
      </w:r>
      <w:r>
        <w:t>письменное обязательство оплатить (возместить) расходы Российской Федерации, связанные с возможным административным выдворением за пределы Российской Федерации или депортацией иностранного гражданина, привлеченного для осуществления трудовой деятельности в соответствии с настоящей статьей</w:t>
      </w:r>
    </w:p>
    <w:p>
      <w:r>
        <w:rPr>
          <w:b/>
        </w:rPr>
        <w:t xml:space="preserve">9. </w:t>
      </w:r>
      <w:r>
        <w:t>копию трудового договора между направляемым иностранным гражданином и иностранной коммерческой организацией (для иностранных граждан, направляемых в филиал или представительство иностранной коммерческой организации)</w:t>
      </w:r>
    </w:p>
    <w:p>
      <w:r>
        <w:rPr>
          <w:b/>
        </w:rPr>
        <w:t xml:space="preserve">9. </w:t>
      </w:r>
      <w:r>
        <w:t>копию договора (полиса) медицинского страхования, заключенного иностранным гражданином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договора, заключенного работодателем с медицинской организацией, на получение иностранным гражданином первичной медико-санитарной помощи и специализированной медицинской помощи. (В редакции федеральных законов от 02.07.2021 № 343-ФЗ, от 10.07.2023 № 316-ФЗ)</w:t>
      </w:r>
    </w:p>
    <w:p>
      <w:r>
        <w:rPr>
          <w:b/>
        </w:rPr>
        <w:t xml:space="preserve">12. </w:t>
      </w:r>
      <w:r>
        <w:t>о соответствии уровня заработной платы требованиям, предусмотренным пунктом 2 настоящей статьи</w:t>
      </w:r>
    </w:p>
    <w:p>
      <w:r>
        <w:rPr>
          <w:b/>
        </w:rPr>
        <w:t xml:space="preserve">12. </w:t>
      </w:r>
      <w:r>
        <w:t>о должности, на которую предполагается привлечение иностранного гражданина, должностных обязанностях, исполнение которых связано с замещением данной должности</w:t>
      </w:r>
    </w:p>
    <w:p>
      <w:r>
        <w:rPr>
          <w:b/>
        </w:rPr>
        <w:t xml:space="preserve">12. </w:t>
      </w:r>
      <w:r>
        <w:t>о соответствии уровня квалификации и (или) незаурядных знаний иностранного гражданина, необходимых для оказания услуг филиалом или дочерней организацией иностранной коммерческой организации, требованиям, установленным Правительством Российской Федерации</w:t>
      </w:r>
    </w:p>
    <w:p>
      <w:r>
        <w:rPr>
          <w:b/>
        </w:rPr>
        <w:t xml:space="preserve">15. </w:t>
      </w:r>
      <w:r>
        <w:t>решение иностранной коммерческой организации о продлении срока, на который иностранный гражданин направлен в Российскую Федерацию в филиал, представительство или дочернюю организацию иностранной коммерческой организации</w:t>
      </w:r>
    </w:p>
    <w:p>
      <w:r>
        <w:rPr>
          <w:b/>
        </w:rPr>
        <w:t xml:space="preserve">15. </w:t>
      </w:r>
      <w:r>
        <w:t>трудовой договор между направляемым иностранным гражданином и дочерней организацией иностранной коммерческой организации</w:t>
      </w:r>
    </w:p>
    <w:p>
      <w:r>
        <w:rPr>
          <w:b/>
        </w:rPr>
        <w:t xml:space="preserve">15. </w:t>
      </w:r>
      <w:r>
        <w:t>копию договора (полиса) медицинского страхования, заключенного иностранным гражданином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договора, заключенного работодателем с медицинской организацией, на получение иностранным гражданином первичной медико-санитарной помощи и специализированной медицинской помощи; (В редакции Федерального закона от 02.07.2021 № 343-ФЗ) 5) копию трудового договора между направляемым иностранным гражданином и иностранной коммерческой организацией (для иностранных граждан, направленных в представительство или филиал иностранной коммерческой организации)</w:t>
      </w:r>
    </w:p>
    <w:p>
      <w:r>
        <w:rPr>
          <w:b/>
        </w:rPr>
        <w:t>Статья 136. Особенности осуществления трудовой деятельности иностранными гражданами, работающими у резидентов свободного порта Владивосток</w:t>
      </w:r>
    </w:p>
    <w:p>
      <w:r>
        <w:rPr>
          <w:b/>
        </w:rPr>
        <w:t xml:space="preserve">1. </w:t>
      </w:r>
      <w:r>
        <w:t>Работодатели, признаваемые резидентами свободного порта Владивосток в соответствии с Федеральным законом "О свободном порте Владивосток", привлекают и используют иностранных граждан для осуществления трудовой деятельности на территории свободного порта Владивосток в порядке и на условиях, которые предусмотрены законодательством о правовом положении иностранных граждан в Российской Федерации, при этом: работодателям не требуется получение разрешений на привлечение и использование иностранных работников; разрешение на работу иностранному гражданину, привлекаемому для осуществления трудовой деятельности резидентом свободного порта Владивосток, выдается с учетом положений части 2 статьи 7 Федерального закона "О свободном порте Владивосток" без учета квот на выдачу иностранным гражданам приглашений на въезд в Российскую Федерацию в целях осуществления трудовой деятельности, а также квот на выдачу иностранным гражданам разрешений на работу,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 при приеме на работу, при прочих равных условиях, приоритет имеют граждане Российской Федерации</w:t>
      </w:r>
    </w:p>
    <w:p>
      <w:r>
        <w:rPr>
          <w:b/>
        </w:rPr>
        <w:t xml:space="preserve">2. </w:t>
      </w:r>
      <w:r>
        <w:t>Форма разрешения на работу, выдаваемого иностранным гражданам, привлекаемым и используемым для осуществления трудовой деятельности на территории свободного порта Владивосток, устанавливается федеральным органом исполнительной власти в сфере внутренних дел. (В редакции Федерального закона от 27.12.2018 № 528-ФЗ) (Дополнение статьей - Федеральный закон от 13.07.2015 № 213-ФЗ)</w:t>
      </w:r>
    </w:p>
    <w:p>
      <w:r>
        <w:rPr>
          <w:b/>
        </w:rPr>
        <w:t>Статья 137. Особенности осуществления трудовой деятельности иностранными гражданами на территории Российской Федерации в связи с подготовкой и проведением чемпионатов по профессиональному мастерству, тренировками национальной сборной Российской Федерации по профессиональному мастерству для участия в международных соревнованиях</w:t>
      </w:r>
    </w:p>
    <w:p>
      <w:r>
        <w:rPr>
          <w:b/>
        </w:rPr>
        <w:t xml:space="preserve">1. </w:t>
      </w:r>
      <w:r>
        <w:t>В целях подготовки и проведения чемпионатов по профессиональному мастерству на территории Российской Федерации организация, которая определяется Правительством Российской Федерации для представления Российской Федерации в международной организации "WorldSkills International" (далее в настоящей статье - организация), привлекает и использует для осуществления трудовой деятельности иностранных граждан на период подготовки и проведения указанных чемпионатов в порядке и на условиях, которые предусмотрены законодательством о правовом положении иностранных граждан в Российской Федерации, при этом</w:t>
      </w:r>
    </w:p>
    <w:p>
      <w:r>
        <w:rPr>
          <w:b/>
        </w:rPr>
        <w:t xml:space="preserve">2. </w:t>
      </w:r>
      <w:r>
        <w:t>Для целей применения пункта 1 настоящей статьи перечень чемпионатов по профессиональному мастерству и периоды их подготовки и проведения на территории Российской Федерации определяются Правительством Российской Федерации</w:t>
      </w:r>
    </w:p>
    <w:p>
      <w:r>
        <w:rPr>
          <w:b/>
        </w:rPr>
        <w:t xml:space="preserve">3. </w:t>
      </w:r>
      <w:r>
        <w:t>В целях проведения тренировок национальной сборной Российской Федерации по профессиональному мастерству для участия в международных соревнованиях организация привлекает и использует для осуществления трудовой деятельности иностранных граждан, прибывших в Российскую Федерацию в указанных целях, в течение не более тридцати дней, при этом</w:t>
      </w:r>
    </w:p>
    <w:p>
      <w:r>
        <w:rPr>
          <w:b/>
        </w:rPr>
        <w:t xml:space="preserve">1. </w:t>
      </w:r>
      <w:r>
        <w:t>организации не требуется получение разрешения на привлечение и использование иностранных работников</w:t>
      </w:r>
    </w:p>
    <w:p>
      <w:r>
        <w:rPr>
          <w:b/>
        </w:rPr>
        <w:t xml:space="preserve">1. </w:t>
      </w:r>
      <w:r>
        <w:t>иностранному гражданину, привлекаемому для осуществления трудовой деятельности, не требуется получение разрешения на работу или патента</w:t>
      </w:r>
    </w:p>
    <w:p>
      <w:r>
        <w:rPr>
          <w:b/>
        </w:rPr>
        <w:t xml:space="preserve">1. </w:t>
      </w:r>
      <w:r>
        <w:t>приглашение на въезд в Российскую Федерацию в целях осуществления трудовой деятельности выдается иностранному гражданину без учета соответствующей квоты, утвержденной Правительством Российской Федерации</w:t>
      </w:r>
    </w:p>
    <w:p>
      <w:r>
        <w:rPr>
          <w:b/>
        </w:rPr>
        <w:t xml:space="preserve">3. </w:t>
      </w:r>
      <w:r>
        <w:t>организации не требуется получение разрешения на привлечение и использование иностранных работников</w:t>
      </w:r>
    </w:p>
    <w:p>
      <w:r>
        <w:rPr>
          <w:b/>
        </w:rPr>
        <w:t xml:space="preserve">3. </w:t>
      </w:r>
      <w:r>
        <w:t>иностранному гражданину, привлекаемому для осуществления трудовой деятельности, не требуется получение разрешения на работу или патента</w:t>
      </w:r>
    </w:p>
    <w:p>
      <w:r>
        <w:rPr>
          <w:b/>
        </w:rPr>
        <w:t xml:space="preserve">3. </w:t>
      </w:r>
      <w:r>
        <w:t>приглашение на въезд в Российскую Федерацию в целях осуществления трудовой деятельности выдается иностранному гражданину без учета соответствующей квоты, утвержденной Правительством Российской Федерации. (Дополнение статьей - Федеральный закон от 17.06.2019 № 145-ФЗ)</w:t>
      </w:r>
    </w:p>
    <w:p>
      <w:r>
        <w:rPr>
          <w:b/>
        </w:rPr>
        <w:t>Статья 14. Отношение иностранных граждан к отдельным видам деятельности</w:t>
      </w:r>
    </w:p>
    <w:p>
      <w:r>
        <w:t>(Наименование в редакции Федерального закона от 29.12.2022 № 602-ФЗ)</w:t>
      </w:r>
    </w:p>
    <w:p>
      <w:r>
        <w:rPr>
          <w:b/>
        </w:rPr>
        <w:t xml:space="preserve">1. </w:t>
      </w:r>
      <w:r>
        <w:t>Иностранный гражданин не имеет права</w:t>
      </w:r>
    </w:p>
    <w:p>
      <w:r>
        <w:rPr>
          <w:b/>
        </w:rPr>
        <w:t xml:space="preserve">11. </w:t>
      </w:r>
      <w:r>
        <w:t>(Дополнение пунктом - Федеральный закон от 29.07.2017 № 243-ФЗ) (Утратил силу - Федеральный закон от 29.12.2022 № 602-ФЗ)</w:t>
      </w:r>
    </w:p>
    <w:p>
      <w:r>
        <w:rPr>
          <w:b/>
        </w:rPr>
        <w:t xml:space="preserve">2. </w:t>
      </w:r>
      <w:r>
        <w:t>Порядок замещения иностранными гражданами руководящих должностей в организациях, в уставном капитале которых более пятидесяти процентов акций или долей принадлежит Российской Федерации, устанавливается Правительством Российской Федерации</w:t>
      </w:r>
    </w:p>
    <w:p>
      <w:r>
        <w:rPr>
          <w:b/>
        </w:rPr>
        <w:t xml:space="preserve">3. </w:t>
      </w:r>
      <w:r>
        <w:t>Замещать должность главного бухгалтера или иного должностного лица, на которое возлагается ведение бухгалтерского учета, может иностранный гражданин, временно или постоянно проживающий в Российской Федерации и соответствующий требованиям, предусмотренным законодательством Российской Федерации. (Дополнение пунктом - Федеральный закон от 28.12.2013 № 390-ФЗ)</w:t>
      </w:r>
    </w:p>
    <w:p>
      <w:r>
        <w:rPr>
          <w:b/>
        </w:rPr>
        <w:t xml:space="preserve">1. </w:t>
      </w:r>
      <w:r>
        <w:t>(Подпункт утратил силу - Федеральный закон от 29.12.2022 № 602-ФЗ) 2) замещать должности в составе экипажа судна, плавающего под Государственным флагом Российской Федерации, в соответствии с ограничениями, предусмотренными Кодексом торгового мореплавания Российской Федерации</w:t>
      </w:r>
    </w:p>
    <w:p>
      <w:r>
        <w:rPr>
          <w:b/>
        </w:rPr>
        <w:t xml:space="preserve">1. </w:t>
      </w:r>
      <w:r>
        <w:t>быть членом экипажа военного корабля Российской Федерации или другого эксплуатируемого в некоммерческих целях судна, а также летательного аппарата государственной авиации; (В редакции Федерального закона от 27.12.2019 № 503-ФЗ) 31) быть командиром экспериментального воздушного судна или, если иное не установлено федеральным законом, другим членом экипажа экспериментального воздушного судна; (Дополнение подпунктом - Федеральный закон от 27.12.2019 № 503-ФЗ) 4) быть командиром гражданского воздушного судна, если иное не установлено федеральным законом; (В редакции Федерального закона от 20.04.2014 № 73-ФЗ) 5) быть принятым на работу на объекты и в организации, деятельность которых связана с обеспечением безопасности Российской Федерации. Перечень таких объектов и организаций утверждается Правительством Российской Федерации</w:t>
      </w:r>
    </w:p>
    <w:p>
      <w:r>
        <w:rPr>
          <w:b/>
        </w:rPr>
        <w:t xml:space="preserve">1. </w:t>
      </w:r>
      <w:r>
        <w:t>заниматься иной деятельностью и замещать иные должности, допуск иностранных граждан к которым ограничен федеральным законом</w:t>
      </w:r>
    </w:p>
    <w:p>
      <w:r>
        <w:rPr>
          <w:b/>
        </w:rPr>
        <w:t>Статья 15. Отношение иностранных граждан к военной службе</w:t>
      </w:r>
    </w:p>
    <w:p>
      <w:r>
        <w:rPr>
          <w:b/>
        </w:rPr>
        <w:t xml:space="preserve">1. </w:t>
      </w:r>
      <w:r>
        <w:t>Иностранные граждане не могут быть призваны на военную службу (альтернативную гражданскую службу)</w:t>
      </w:r>
    </w:p>
    <w:p>
      <w:r>
        <w:rPr>
          <w:b/>
        </w:rPr>
        <w:t xml:space="preserve">2. </w:t>
      </w:r>
      <w:r>
        <w:t>Иностранные граждане могут поступить на военную службу по контракту и могут быть приняты на работу в Вооруженные Силы Российской Федерации, другие войска и воинские формирования в качестве лица гражданского персонала в соответствии с федеральными законами и иными нормативными правовыми актами Российской Федерации. (В редакции Федерального закона от 04.12.2007 № 328-ФЗ) (Статья в редакции Федерального закона от 11.11.2003 № 141-ФЗ)</w:t>
      </w:r>
    </w:p>
    <w:p>
      <w:r>
        <w:rPr>
          <w:b/>
        </w:rPr>
        <w:t>Статья 151. Подтверждение иностранными гражданами владения русским языком, знания истории России и основ законодательства Российской Федерации</w:t>
      </w:r>
    </w:p>
    <w:p>
      <w:r>
        <w:rPr>
          <w:b/>
        </w:rPr>
        <w:t xml:space="preserve">1. </w:t>
      </w:r>
      <w:r>
        <w:t>Если иное не предусмотрено международным договором Российской Федерации и настоящей статьей, иностранный гражданин в целях получения разрешения на временное проживание, вида на жительство, разрешения на работу либо патента, указанного в статье 133 настоящего Федерального закона, обязан подтвердить владение русским языком, знание истории России и основ законодательства Российской Федерации одним из следующих документов: (В редакции Федерального закона от 08.12.2020 № 412-ФЗ) 1) сертификатом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статье 133 настоящего Федерального закона; (В редакции Федерального закона от 08.12.2020 № 412-ФЗ) 2) документом государственного образца об образовании (на уровне не ниже основного общего образования), выданным образовательным учреждением на территории государства, входившего в состав СССР, до 1 сентября 1991 года;</w:t>
      </w:r>
    </w:p>
    <w:p>
      <w:r>
        <w:rPr>
          <w:b/>
        </w:rPr>
        <w:t xml:space="preserve">2. </w:t>
      </w:r>
      <w:r>
        <w:t>Сертификат, указанный в подпункте 1 пункта 1 настоящей статьи, выдается на территории Российской Федерации либо за ее пределами государственными учреждениями, включенными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(далее - перечень), иностранным гражданам, сдавшим указанный экзамен. Включение государственных учреждений в перечень осуществляется Правительством Российской Федерации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в сфере внутренних дел и федеральным органом исполнительной власти, осуществляющим функции по нормативно-правовому регулированию в сфере федерального государственного контроля (надзора)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 (В редакции Федерального закона от 09.11.2024 № 377-ФЗ) Перечень размещается на официальном сайте уполномоченного Правительством Российской Федерации федерального органа исполнительной власти в информационно-телекоммуникационной сети Интернет. (В редакции Федерального закона от 09.11.2024 № 377-ФЗ) Порядок и критерии включения государственных учреждений в перечень, порядок ведения перечня, порядок и основания исключения государственных учреждений из перечня утверждаются Правительством Российской Федерации. (В редакции Федерального закона от 09.11.2024 № 377-ФЗ) Срок действия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статье 133 настоящего Федерального закона, устанавливается Правительством Российской Федерации. Иностранный гражданин в целях получения разрешения на временное проживание, разрешения на работу или патента, указанного в статье 133 настоящего Федерального закона, вправе подтвердить сертификатом, указанным в подпункте 1 пункта 1 настоящей статьи, владение русским языком, знание истории России и основ законодательства Российской Федерации на уровне, соответствующем цели получения вида на жительство. Иностранный гражданин в целях получения разрешения на работу или патента, указанного в статье 133 настоящего Федерального закона, вправе подтвердить сертификатом, указанным в подпункте 1 пункта 1 настоящей статьи, владение русским языком, знание истории России и основ законодательства Российской Федерации на уровне, соответствующем цели получения разрешения на временное проживание. (Пункт в редакции Федерального закона от 08.12.2020 № 412-ФЗ)</w:t>
      </w:r>
    </w:p>
    <w:p>
      <w:r>
        <w:rPr>
          <w:b/>
        </w:rPr>
        <w:t xml:space="preserve">3. </w:t>
      </w:r>
      <w:r>
        <w:t>Сведения о сертификате, указанном в подпункте 1 пункта 1 настоящей статьи, вносятся выдавшими его государственными учреждениями, включенными в перечень, в федеральную информационную систему "Федеральный реестр сведений о документах об образовании и (или) о квалификации, документах об обучении" и подписываются усиленной квалифицированной электронной подписью. (В редакции федеральных законов от 09.11.2024 № 377-ФЗ, от 31.07.2025 № 329-ФЗ) В целях подтверждения наличия сведений о выданных сертификатах о владении русским языком, знании истории России и основ законодательства Российской Федерации федеральный орган исполнительной власти в сфере внутренних дел, его территориальные органы,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и науки, взаимодействуют, в том числе с использованием информационных систем, входящих в информационно-технологическую и коммуникационную инфраструктуры, используемые для предоставления государственных и муниципальных услуг и исполнения государственных и муниципальных функций. (В редакции Федерального закона от 31.07.2025 № 329-ФЗ) (Пункт в редакции Федерального закона от 08.12.2020 № 412-ФЗ)</w:t>
      </w:r>
    </w:p>
    <w:p>
      <w:r>
        <w:rPr>
          <w:b/>
        </w:rPr>
        <w:t xml:space="preserve">1. </w:t>
      </w:r>
      <w:r>
        <w:t>документом об образовании и (или) о квалификации, выданным лицам, успешно прошедшим государственную итоговую аттестацию на территории Российской Федерации с 1 сентября 1991 года</w:t>
      </w:r>
    </w:p>
    <w:p>
      <w:r>
        <w:rPr>
          <w:b/>
        </w:rPr>
        <w:t xml:space="preserve">1. </w:t>
      </w:r>
      <w:r>
        <w:t>решением о признании носителем русского языка, принятым до 26 октября 2023 года комиссией федерального органа исполнительной власти в сфере внутренних дел или его территориального органа по признанию иностранного гражданина или лица без гражданства носителем русского языка. (Дополнение подпунктом - Федеральный закон от 28.12.2024 № 517-ФЗ)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