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Договора о дружбе и сотрудничестве между Российской Федерацией и Туркменистаном</w:t>
      </w:r>
    </w:p>
    <w:p>
      <w:r>
        <w:rPr>
          <w:b/>
        </w:rPr>
        <w:t>Статья None. Федеральный закон   от 09.11.2002 № 135-ФЗ</w:t>
      </w:r>
    </w:p>
    <w:p>
      <w:r>
        <w:t>О ратификации Договора о дружбе и сотрудничестве между Российской Федерацией и Туркменистаном РОССИЙСКАЯ ФЕДЕРАЦИЯ ФЕДЕРАЛЬНЫЙ ЗАКОН О ратификации Договора о дружбе и сотрудничестве между Российской Федерацией и Туркменистаном Принят Государственной Думой 23 октября 2002 года Одобрен Советом Федерации 30 октября 2002 года Ратифицировать Договор о дружбе и сотрудничестве между Российской Федерацией и Туркменистаном, подписанный в городе Ашхабаде 23 апреля 2002 года. Президент Российской Федерации В.Путин Москва, Кремль 9 ноября 2002 года № 135-ФЗ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