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Российской Федерацией и Королевством Норвегия об избежании двойного налогообложения и предотвращении уклонения от уплаты налогов в отношении налогов на доходы и капитал</w:t>
      </w:r>
    </w:p>
    <w:p>
      <w:r>
        <w:rPr>
          <w:b/>
        </w:rPr>
        <w:t>Статья None. Федеральный закон   от 26.11.2002 № 149-ФЗ</w:t>
      </w:r>
    </w:p>
    <w:p>
      <w:r>
        <w:t>О ратификации Конвенции между Российской Федерацией и Королевством Норвегия об избежании двойного налогообложения и предотвращении уклонения от уплаты налогов в отношении налогов на доходы и капитал РОССИЙСКАЯ ФЕДЕРАЦИЯ ФЕДЕРАЛЬНЫЙ ЗАКОН О ратификации Конвенции между Российской Федерацией и Королевством Норвегия об избежании двойного налогообложения и предотвращении уклонения от уплаты налогов в отношении налогов на доходы и капитал Принят Государственной Думой 30 октября 2002 года Одобрен Советом Федерации 13 ноября 2002 года Ратифицировать Конвенцию между Российской Федерацией и Королевством Норвегия об избежании двойного налогообложения и предотвращении уклонения от уплаты налогов в отношении налогов на доходы и капитал, подписанную в городе Осло 26 марта 1996 года, со следующим заявлением: "Под термином "Свальбард" понимается архипелаг Шпицберген, в отношении которого Королевство Норвегия обладает суверенитетом в силу Договора о Шпицбергене от 9 февраля 1920 года". Президент Российской Федерации В.Путин Москва, Кремль 26 ноября 2002 года № 149-ФЗ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