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26.11.2002 № 147-ФЗ</w:t>
      </w:r>
    </w:p>
    <w:p>
      <w:r>
        <w:t>О ратификации Протокола к Соглашению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 РОССИЙСКАЯ ФЕДЕРАЦИЯ ФЕДЕРАЛЬНЫЙ ЗАКОН О ратификации Протокола к Соглашению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 Принят Государственной Думой 30 октября 2002 года Одобрен Советом Федерации 13 ноября 2002 года Ратифицировать Протокол к Соглашению между Правительством Российской Федерации и Правительством Финляндской Республики об избежании двойного налогообложения в отношении налогов на доходы, подписанный в городе Хельсинки 14 апреля 2000 года. Президент Российской Федерации В.Путин Москва, Кремль 26 ноября 2002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