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 пункте 1 статьи 17 Федерального закона от 8 августа 2001 года № 128-ФЗ "О лицензировании отдельных видов деятельности" (Собрание законодательства Российской Федерации, 2001, № 33, ст. 3430; 2002, № 11, ст. 1020) абзац "реализация нефти, газа и продуктов их переработки;" исключить.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