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Индией о правовой помощи и правовых отношениях по гражданским и торговым делам</w:t>
      </w:r>
    </w:p>
    <w:p>
      <w:r>
        <w:rPr>
          <w:b/>
        </w:rPr>
        <w:t>Статья None. Федеральный закон   от 09.12.2002 № 163-ФЗ</w:t>
      </w:r>
    </w:p>
    <w:p>
      <w:r>
        <w:t>О ратификации Договора между Российской Федерацией и Республикой Индией о правовой помощи и правовых отношениях по гражданским и торговым делам РОССИЙСКАЯ ФЕДЕРАЦИЯ ФЕДЕРАЛЬНЫЙ ЗАКОН О ратификации Договора между Российской Федерацией и Республикой Индией о правовой помощи и правовых отношениях по гражданским и торговым делам Принят Государственной Думой 13 ноября 2002 года Одобрен Советом Федерации 27 ноября 2002 года Ратифицировать Договор между Российской Федерацией и Республикой Индией о правовой помощи и правовых отношениях по гражданским и торговым делам, подписанный в городе Нью-Дели 3 октября 2000 года. Президент Российской Федерации В.Путин Москва, Кремль 9 декабря 2002 года № 163-ФЗ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