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статью 2 Федерального закона "О государственном регулировании тарифов на электрическую и тепловую энергию в Российской Федерации"</w:t>
      </w:r>
    </w:p>
    <w:p>
      <w:r>
        <w:rPr>
          <w:b/>
        </w:rPr>
        <w:t>Статья 1</w:t>
      </w:r>
    </w:p>
    <w:p>
      <w:r>
        <w:t>Внести в статью 2 Федерального закона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1999, № 7, ст. 880) следующие изменения и дополнения: часть вторую изложить в следующей редакции: "Предельные уровни тарифов на электрическую и тепловую энергию, поставляемую энергоснабжающими организациями потребителям, включая предельные уровни тарифов для населения, устанавливаются Правительством Российской Федерации с выделением предельных уровней для населения ежегодно до принятия Государственной Думой Федерального Собрания Российской Федерации в первом чтении проекта федерального закона о федеральном бюджете на очередной финансовый год и вводятся в действие с начала указанного года в порядке, установленном настоящим Федеральным законом."; дополнить новыми частями третьей и четвертой следующего содержания: "Органы исполнительной власти субъектов Российской Федерации в области государственного регулирования тарифов устанавливают тарифы на электрическую и тепловую энергию, поставляемую энергоснабжающими организациями потребителям, в том числе населению, на очередной финансовый год в рамках указанных предельных уровней до принятия закона субъекта Российской Федерации о бюджете субъекта Российской Федерации. Изменение указанных тарифов в течение финансового года без одновременного внесения Правительством Российской Федерации (органом исполнительной власти субъекта Российской Федерации) на рассмотрение Государственной Думы (законодательного (представительного) органа субъекта Российской Федерации) проекта федерального закона (закона субъекта Российской Федерации) о внесении изменений и дополнений в федеральный закон (закон субъекта Российской Федерации) о федеральном бюджете (бюджете субъекта Российской Федерации) на текущий финансовый год не допускается."; часть третью считать частью пятой.</w:t>
      </w:r>
    </w:p>
    <w:p>
      <w:r>
        <w:rPr>
          <w:b/>
        </w:rPr>
        <w:t>Статья 2</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