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статьи 6 и 8 Закона Российской Федерации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статье 6: пункты 6 и 7 изложить в следующей редакции: "6. Физические лица - резиденты имеют право переводить, вывозить и пересылать из Российской Федерации ранее переведенные, ввезенные или пересланные в Российскую Федерацию валютные ценности (за исключением наличной иностранной валюты) в пределах, указанных в таможенной декларации или ином документе, подтверждающем их перевод, ввоз или пересылку в Российскую Федерацию, в порядке, установленном Центральным банком Российской Федерации совместно с Государственным таможенным комитетом Российской Федерации. Физические лица - резиденты имеют право пересылать из Российской Федерации наличную иностранную валюту в порядке, установленном Центральным банком Российской Федерации совместно с Государственным таможенным комитетом Российской Федерации</w:t>
      </w:r>
    </w:p>
    <w:p>
      <w:r>
        <w:rPr>
          <w:b/>
        </w:rPr>
        <w:t xml:space="preserve">7. </w:t>
      </w:r>
      <w:r>
        <w:t>Физические лица - резиденты могут единовременно вывозить из Российской Федерации при соблюдении положений пункта 10 настоящей статьи наличную иностранную валюту в сумме, не превышающей в эквиваленте 10 000 (десять тысяч) долларов США. При этом не требуется представление таможенным органам Российской Федерации документов, подтверждающих, что вывозимая наличная иностранная валюта была ранее переведена, ввезена или переслана в Российскую Федерацию или приобретена в Российской Федерации."; дополнить пунктами 8 - 10 следующего содержания: "8. Помимо суммы наличной иностранной валюты, указанной в пункте 7 настоящей статьи, физические лица - резиденты имеют право при соблюдении положений пункта 10 настоящей статьи вывозить из Российской Федерации ранее ввезенную в Российскую Федерацию наличную иностранную валюту в пределах суммы, указанной в таможенной декларации, подтверждающей ее ввоз в Российскую Федерацию</w:t>
      </w:r>
    </w:p>
    <w:p>
      <w:r>
        <w:rPr>
          <w:b/>
        </w:rPr>
        <w:t xml:space="preserve">9. </w:t>
      </w:r>
      <w:r>
        <w:t>Единовременный вывоз из Российской Федерации физическими лицами - резидентами наличной иностранной валюты в сумме, превышающей в эквиваленте 10 000 (десять тысяч) долларов США, не допускается, за исключением случаев, предусмотренных пунктом 8 настоящей статьи</w:t>
      </w:r>
    </w:p>
    <w:p>
      <w:r>
        <w:rPr>
          <w:b/>
        </w:rPr>
        <w:t xml:space="preserve">10. </w:t>
      </w:r>
      <w:r>
        <w:t>При единовременном вывозе из Российской Федерации физическими лицами - резидентами наличной иностранной валюты в сумме, не превышающей в эквиваленте 3 000 (три тысячи) долларов США, вывозимая наличная иностранная валюта не подлежит декларированию таможенному органу Российской Федерации. При единовременном вывозе из Российской Федерации физическими лицами - резидентами наличной иностранной валюты в сумме, превышающей в эквиваленте 3 000 (три тысячи) долларов США, вывозимая наличная иностранная валюта подлежит декларированию таможенному органу Российской Федерации путем подачи письменной таможенной декларации."</w:t>
      </w:r>
    </w:p>
    <w:p>
      <w:r>
        <w:rPr>
          <w:b/>
        </w:rPr>
        <w:t xml:space="preserve">2. </w:t>
      </w:r>
      <w:r>
        <w:t>В статье 8: пункты 3 и 4 изложить в следующей редакции: "3. Физические лица - нерезиденты имеют право переводить, вывозить и пересылать из Российской Федерации ранее переведенные, ввезенные или пересланные в Российскую Федерацию валютные ценности (за исключением наличной иностранной валюты) в пределах, указанных в таможенной декларации или ином документе, подтверждающем их перевод, ввоз или пересылку в Российскую Федерацию, в порядке, установленном Центральным банком Российской Федерации совместно с Государственным таможенным комитетом Российской Федерации. Физические лица - нерезиденты имеют право пересылать из Российской Федерации наличную иностранную валюту в порядке, установленном Центральным банком Российской Федерации совместно с Государственным таможенным комитетом Российской Федерации</w:t>
      </w:r>
    </w:p>
    <w:p>
      <w:r>
        <w:rPr>
          <w:b/>
        </w:rPr>
        <w:t xml:space="preserve">4. </w:t>
      </w:r>
      <w:r>
        <w:t>Физические лица - нерезиденты могут единовременно вывозить из Российской Федерации при соблюдении положений пункта 7 настоящей статьи наличную иностранную валюту в сумме, не превышающей в эквиваленте 10 000 (десять тысяч) долларов США. При этом не требуется представление таможенным органам Российской Федерации документов, подтверждающих, что вывозимая наличная иностранная валюта была ранее переведена, ввезена или переслана в Российскую Федерацию или приобретена в Российской Федерации."; дополнить пунктами 5 - 7 следующего содержания: "5. Помимо суммы наличной иностранной валюты, указанной в пункте 4 настоящей статьи, физические лица - нерезиденты имеют право при соблюдении положений пункта 7 настоящей статьи вывозить из Российской Федерации ранее ввезенную в Российскую Федерацию наличную иностранную валюту в пределах суммы, указанной в таможенной декларации, подтверждающей ее ввоз в Российскую Федерацию</w:t>
      </w:r>
    </w:p>
    <w:p>
      <w:r>
        <w:rPr>
          <w:b/>
        </w:rPr>
        <w:t xml:space="preserve">6. </w:t>
      </w:r>
      <w:r>
        <w:t>Единовременный вывоз из Российской Федерации физическими лицами - нерезидентами наличной иностранной валюты в сумме, превышающей в эквиваленте 10 000 (десять тысяч) долларов США, не допускается, за исключением случаев, предусмотренных пунктом 5 настоящей статьи</w:t>
      </w:r>
    </w:p>
    <w:p>
      <w:r>
        <w:rPr>
          <w:b/>
        </w:rPr>
        <w:t xml:space="preserve">7. </w:t>
      </w:r>
      <w:r>
        <w:t>При единовременном вывозе из Российской Федерации физическими лицами - нерезидентами наличной иностранной валюты в сумме, не превышающей в эквиваленте 3 000 (три тысячи) долларов США, вывозимая наличная иностранная валюта не подлежит декларированию таможенному органу Российской Федерации. При единовременном вывозе из Российской Федерации физическими лицами - нерезидентами наличной иностранной валюты в сумме, превышающей в эквиваленте 3 000 (три тысячи) долларов США, вывозимая наличная иностранная валюта подлежит декларированию таможенному органу Российской Федерации путем подачи письменной таможенной декларации."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10 дней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