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электроэнергетике</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устанавливает правовые основы экономических отношений в сфере электроэнергетики, определяет полномочия органов государственной власти на регулирование этих отношений, основные права и обязанности субъектов электроэнергетики при осуществлении деятельности в сфере электроэнергетики (в том числе производства в режиме комбинированной выработки электрической и тепловой энергии) и потребителей электрической энергии. (В редакции Федерального закона от 27.07.2010 № 191-ФЗ)</w:t>
      </w:r>
    </w:p>
    <w:p>
      <w:r>
        <w:rPr>
          <w:b/>
        </w:rPr>
        <w:t>Статья 2. Законодательство Российской Федерации об электроэнергетике</w:t>
      </w:r>
    </w:p>
    <w:p>
      <w:r>
        <w:rPr>
          <w:b/>
        </w:rPr>
        <w:t xml:space="preserve">1. </w:t>
      </w:r>
      <w:r>
        <w:t>Законодательство Российской Федерации об электроэнергетике основывается на Конституции Российской Федерации и состоит из Гражданского кодекса Российской Федерации, настоящего Федерального закона и иных регулирующих отношения в сфере электроэнергетики федеральных законов, а также указов Президента Российской Федерации, постановлений Правительства Российской Федерации и иных нормативных правовых актов Российской Федерации, принимаемых в соответствии с указанными федеральными законами. (В редакции федеральных законов от 29.06.2015 № 160-ФЗ; от 23.06.2016 № 196-ФЗ)</w:t>
      </w:r>
    </w:p>
    <w:p>
      <w:r>
        <w:rPr>
          <w:b/>
        </w:rPr>
        <w:t xml:space="preserve">2. </w:t>
      </w:r>
      <w:r>
        <w:t>Законодательство Российской Федерации об электроэнергетике в отношении юридических лиц и индивидуальных предпринимателей, осуществляющих деятельность на территории международного медицинского кластера, применяется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 (Дополнение пунктом - Федеральный закон от 29.06.2015 № 160-ФЗ)</w:t>
      </w:r>
    </w:p>
    <w:p>
      <w:r>
        <w:rPr>
          <w:b/>
        </w:rPr>
        <w:t xml:space="preserve">3. </w:t>
      </w:r>
      <w:r>
        <w:t>Законодательство Российской Федерации об электроэнергетике в отношении юридических лиц и индивидуальных предпринимателей, осуществляющих деятельность на территориях инновационных научно-технологических центров, применяется с учетом особенностей, установленных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пунктом - Федеральный закон от 29.07.2017 № 216-ФЗ)</w:t>
      </w:r>
    </w:p>
    <w:p>
      <w:r>
        <w:rPr>
          <w:b/>
        </w:rPr>
        <w:t>Статья 3. Определение основных понятий</w:t>
      </w:r>
    </w:p>
    <w:p>
      <w:r>
        <w:t>Для целей настоящего Федерального закона используются следующие основные понятия: электроэнергетика - отрасль экономики Российской Федерации, включающая в себя комплекс экономических отношений, возникающих в процессе производства (в том числе производства в режиме комбинированной выработки электрической и тепловой энергии), передачи электрической энергии, оперативно-диспетчерского управления в электроэнергетике, сбыта и потребления электрической энергии с использованием производственных и иных имущественных объектов (в том числе входящих в Единую энергетическую систему России), принадлежащих на праве собственности или на ином предусмотренном федеральными законами основании субъектам электроэнергетики или иным лицам. Электроэнергетика является основой функционирования экономики и жизнеобеспечения; Единая энергетическая система России - электроэнергетическая система, расположенная в пределах территории Российской Федерации, в состав которой входят объединенные электроэнергетические системы и образующие их территориальные электроэнергетические системы и централизованное оперативно-диспетчерское управление которой осуществляется системным оператором электроэнергетических систем России (далее - системный оператор); (В редакции Федерального закона от 11.06.2022 № 174-ФЗ) электроэнергетическая система - совокупность объектов электроэнергетики и энергопринимающих установок потребителей электрической энергии, связанных общим режимом работы в едином технологическом процессе производства, передачи и потребления электрической энергии в условиях централизованного оперативно-диспетчерского управления в электроэнергетике; (Дополнение абзацем - Федеральный закон от 23.06.2016 № 196-ФЗ) субъекты электроэнергетики - лица, осуществляющие деятельность в сфере электроэнергетики, в том числе производство электрической, тепловой энергии и мощности, приобретение и продажу электрической энергии и мощности, энергоснабжение потребителей, оказание услуг по передаче электрической энергии, оперативно-диспетчерскому управлению в электроэнергетике, управлению изменением режима потребления электрической энергии, сбыт электрической энергии (мощности), организацию купли-продажи электрической энергии и мощности; (В редакции Федерального закона от 02.11.2023 № 516-ФЗ) потребители электрической энергии - лица, приобретающие электрическую энергию для собственных бытовых и (или) производственных нужд; (В редакции Федерального закона от 27.07.2010 № 191-ФЗ) потребители мощности - лица, приобретающие мощность, в том числе для собственных бытовых и (или) производственных нужд и (или) для последующей продажи, лица, реализующие электрическую энергию на розничных рынках, лица, реализующие электрическую энергию на территориях, на которых располагаются электроэнергетические системы иностранных государств; оптовый рынок электрической энергии и мощности (далее - оптовый рынок) - сфера обращения особых товаров - электрической энергии и мощности, услуг по управлению изменением режима потребления электрической энергии в рамках Единой энергетической системы России в границах единого экономического пространства Российской Федерации с участием крупных производителей и крупных покупателей электрической энергии и мощности, а также иных лиц, получивших статус субъекта оптового рынка и действующих на основе правил оптового рынка, утверждаемых в соответствии с настоящим Федеральным законом Правительством Российской Федерации. Критерии отнесения производителей и покупателей электрической энергии к категории крупных производителей и крупных покупателей устанавливаются Правительством Российской Федерации; (В редакции Федерального закона от 02.11.2023 № 516-ФЗ) субъекты оптового рынка - юридические лица, имеющие статус субъекта оптового рынка, полученный в порядке, установленном настоящим Федеральным законом и правилами оптового рынка; (В редакции Федерального закона от 02.11.2023 № 516-ФЗ) розничные рынки электрической энергии (далее - розничные рынки) - сфера обращения электрической энергии вне оптового рынка с участием потребителей электрической энергии; объекты электросетевого хозяйства -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 услуги по передаче электрической энергии - комплекс организационно и технологически связанных действий, в том числе по оперативно-технологическому управлению, которые обеспечивают передачу электрической энергии через технические устройства электрических сетей в соответствии с обязательными требованиями и совершение которых может осуществляться с учетом особенностей, установленных пунктом 11 статьи 8 и пунктом 2 статьи 26 настоящего Федерального закона; (В редакции федеральных законов от 06.11.2013 № 308-ФЗ, от 13.07.2024 № 185-ФЗ) оперативно-технологическое управление - комплекс мер по управлению технологическими режимами работы и эксплуатационным состоянием объектов электроэнергетики и (или) энергопринимающих установок потребителей электрической энергии, осуществляемых собственниками или иными законными владельцами данных объектов и (или) установок в соответствии с диспетчерскими командами и распоряжениями субъекта оперативно-диспетчерского управления в электроэнергетике и (или) по согласованию с таким субъектом в отношении линий электропередачи, оборудования и устройств объектов электроэнергетики и (или) энергопринимающих установок, технологический режим работы и эксплуатационное состояние которых влияют на электроэнергетический режим работы электроэнергетической системы, либо самостоятельно или в координации с иными субъектами электроэнергетики и потребителями электрической энергии в отношении иных линий электропередачи, оборудования и устройств объектов электроэнергетики и (или) энергопринимающих установок; (В редакции федеральных законов от 11.06.2022 № 174-ФЗ, от 13.07.2024 № 185-ФЗ) оперативно-диспетчерское управление в электроэнергетике комплекс мер по централизованному планированию и управлению технологическими режимами работы и эксплуатационным состоянием объектов электроэнергетики и энергопринимающих установок потребителей электрической энергии, осуществляемых субъектом оперативно-диспетчерского управления в электроэнергетике в отношении определяемых им в установленном Правительством Российской Федерации порядке линий электропередачи, оборудования и устройств объектов электроэнергетики и энергопринимающих установок, технологический режим работы и эксплуатационное состояние которых влияют на электроэнергетический режим работы электроэнергетической системы и могут изменяться только по диспетчерской команде субъекта оперативно-диспетчерского управления в электроэнергетике или по согласованию с таким субъектом, а также мер по проектированию развития электроэнергетической системы; (В редакции федеральных законов от 11.06.2022 № 174-ФЗ, от 13.07.2024 № 185-ФЗ) услуги по оперативно-диспетчерскому управлению в электроэнергетике - комплекс мер по оперативно-диспетчерскому управлению в электроэнергетике, осуществляемых в целях обеспечения надежного функционирования и развития электроэнергетической системы; (В редакции Федерального закона от 11.06.2022 № 174-ФЗ) энергосбытовые организации - организации, осуществляющие энергосбытовую деятельность; (В редакции Федерального закона от 29.12.2017 № 451-ФЗ) цены (тарифы) в электроэнергетике - система ценовых ставок, по которым осуществляются расчеты за электрическую энергию (мощность), а также за услуги, оказываемые на оптовом и розничных рынках (далее - цены (тарифы); (Дополнение абзацем - Федеральный закон от 26.07.2010 № 187-ФЗ) социальная норма потребления электрической энергии (мощности) - определенное количество (объем) электрической энергии (мощности), которое потребляется населением и приравненными к нему категориями потребителей, в пределах которого и сверх которого поставки электрической энергии (мощности) осуществляются по различным регулируемым ценам (тарифам); (Дополнение абзацем - Федеральный закон от 26.07.2010 № 187-ФЗ) величина перекрестного субсидирования - размер финансовых средств, который учитывается при осуществлении государственного регулирования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потребителей (покупателей) на розничных рынках, но не учитывается при установлении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населения и приравненных к нему категорий потребителей; (Дополнение абзацем - Федеральный закон от 06.11.2013 № 308-ФЗ) двусторонний договор купли-продажи электрической энергии - соглашение, в соответствии с которым поставщик обязуется поставить покупателю электрическую энергию, соответствующую обязательным требованиям, в определенном количестве и определенного качества, а покупатель обязуется принять и оплатить электрическую энергию на условиях заключенного в соответствии с правилами оптового рынка и основными положениями функционирования розничных рынков договора; (В редакции Федерального закона от 19.07.2011 № 248-ФЗ) абзац; (Утратил силу - Федеральный закон от 02.08.2019 № 262-ФЗ) комбинированная выработка электрической и тепловой энергии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 коммерческий учет электрической энергии (мощности) - процесс измерения количества электрической энергии и определения объема мощности, сбора, хранения, обработки, передачи результатов этих измерений и формирования, в том числе расчетным путем, данных о количестве произведенной и потребленной электрической энергии (мощности) для целей взаиморасчетов за поставленные электрическую энергию и мощность, за связанные с указанными поставками услуги, услуги по управлению изменением режима потребления электрической энергии, а также за услуги по изменению режима потребления электрической энергии; (В редакции Федерального закона от 02.11.2023 № 516-ФЗ) расчетный период - период, единый для целей определения коммерческим оператором цен покупки и продажи электрической энергии, мощности, услуг и иных допускаемых к обращению на оптовом рынке объектов и установленный в соответствии с правилами оптового рынка, утвержденными Правительством Российской Федерации; ценовые зоны оптового рынка - территории, которые определяются Правительством Российской Федерации и на которых происходит формирование равновесных цен оптового рынка в порядке, установленном настоящим Федеральным законом и правилами оптового рынка; (В редакции федеральных законов от 26.07.2010 № 187-ФЗ; от 03.11.2015 № 307-ФЗ) неценовые зоны оптового рынка - территории, которые определяются Правительством Российской Федерации и в границах которых оптовая торговля электрической энергией (мощностью) осуществляется по регулируемым ценам (тарифам); (Дополнение абзацем - Федеральный закон от 26.07.2010 № 187-ФЗ) технологически изолированные территориальные электроэнергетические системы - энергетические системы, находящиеся на территориях, которые определяются Правительством Российской Федерации и технологическое соединение которых с Единой энергетической системой России отсутствует; (Дополнение абзацем - Федеральный закон от 26.07.2010 № 187-ФЗ) зона свободного перетока электрической энергии (мощности) (далее - зона свободного перетока) - часть Единой энергетической системы России, в пределах которой электрическая энергия и мощность, производимые или планируемые для поставок на генерирующем оборудовании с определенными техническими характеристиками, при определении сбалансированности спроса и предложения на электрическую энергию и мощность, в том числе для целей перспективного планирования, могут быть замещены электрической энергией и мощностью, производимыми или планируемыми для поставок с использованием другого генерирующего оборудования с аналогичными техническими характеристиками в той же зоне свободного перетока, а замена электрической энергией и мощностью, производимыми на генерирующем оборудовании, расположенном в иной зоне свободного перетока, может быть осуществлена только в пределах ограничений перетока электрической энергии и мощности между такими зонами. При этом совокупные технические характеристики генерирующего оборудования в пределах зоны свободного перетока должны соответствовать требованиям, установленным системным оператором и необходимым для обеспечения нормального режима работы соответствующей части энергетической системы; гарантирующий поставщик электрической энергии (далее - гарантирующий поставщик) - коммерческая организация, которой в соответствии с законодательством Российской Федерации присвоен статус гарантирующего поставщика, которая осуществляет энергосбытовую деятельность и обязана в соответствии с настоящим Федеральным законом заключить договор энергоснабжения, договор купли-продажи (поставки) электрической энергии (мощности) с любым обратившимся к ней потребителем электрической энергии либо с лицом, действующим от своего имени или от имени потребителя электрической энергии и в интересах указанного потребителя электрической энергии и желающим приобрести электрическую энергию; (В редакции Федерального закона от 29.12.2017 № 451-ФЗ) абзац; (Утратил силу - Федеральный закон от 11.06.2022 № 174-ФЗ) территориальная сетевая организация - коммерческая организация, которая оказывает услуги по передаче электрической энергии с использованием объектов электросетевого хозяйства, не относящихся к единой национальной (общероссийской) электрической сети, а в случаях, установленных настоящим Федеральным законом, - с использованием объектов электросетевого хозяйства или части указанных объектов, входящих в единую национальную (общероссийскую) электрическую сеть, и которая соответствует утвержденным Правительством Российской Федерации критериям отнесения владельцев объектов электросетевого хозяйства к территориальным сетевым организациям; (В редакции федеральных законов от 25.12.2008 № 281-ФЗ; от 29.12.2014 № 466-ФЗ) установленная генерирующая мощность - электрическая мощность, с которой объект по производству электрической энергии, генерирующее оборудование объекта по производству электрической энергии могут работать без ограничения по длительности такой работы при номинальных параметрах и (или) в нормальных условиях, определенных в соответствии с нормативными правовыми актами Российской Федерации в сфере электроэнергетики; (В редакции Федерального закона от 11.06.2022 № 174-ФЗ) располагаемая мощность - электрическая мощность, определяемая как установленная мощность генерирующего оборудования, сниженная на величину ограничений установленной мощности или увеличенная на величину длительно допустимого превышения над установленной мощностью; (В редакции Федерального закона от 11.06.2022 № 174-ФЗ) абзац; (Утратил силу - Федеральный закон от 11.06.2022 № 174-ФЗ) объекты электроэнергетики - имущественные объекты, непосредственно используемые в процессе производства, передачи электрической энергии, оперативно-диспетчерского управления в электроэнергетике и сбыта электрической энергии, в том числе объекты электросетевого хозяйства; организации коммерческой инфраструктуры - организации, на которые в установленном порядке возложены функции обеспечения коммерческой инфраструктуры; энергетическая эффективность электроэнергетики - отношение поставленной потребителям электрической энергии к затраченной в этих целях энергии из невозобновляемых источников; возобновляемые источники энергии - энергия солнца, энергия ветра, энергия вод (в том числе энергия сточных вод), за исключением случаев использования такой энергии на гидроаккумулирующих электроэнергетических станциях, энергия приливов, энергия волн водных объектов, в том числе водоемов, рек, морей, океанов, геотермальная энергия с использованием природных подземных теплоносителей, низкопотенциальная тепловая энергия земли, воздуха, воды с использованием специальных теплоносителей, биомасса, включающая в себя специально выращенные для получения энергии растения, в том числе деревья, а также отходы производства и потребления, за исключением отходов, полученных в процессе использования углеводородного сырья и топлива, биогаз, газ, выделяемый отходами производства и потребления на свалках таких отходов, газ, образующийся на угольных разработках; манипулирование ценами на оптовом рынке электрической энергии (мощности) - совершение экономически или технологически не обоснованных действий, в том числе с использованием своего доминирующего положения на оптовом рынке, которые приводят к существенному изменению цен (цены) на электрическую энергию и (или) мощность на оптовом рынке, путем: (Дополнение абзацем - Федеральный закон от 06.12.2011 № 401-ФЗ) подачи необоснованно завышенных или заниженных ценовых заявок на покупку или продажу электрической энергии и (или) мощности. Завышенной может быть признана заявка, цена в которой превышает цену, которая сформировалась на сопоставимом товарном рынке, или цену, установленную на этом товарном рынке ранее (для аналогичных часов предшествующих суток, для аналогичных часов суток предыдущей недели, для аналогичных часов суток предыдущего месяца, предыдущего квартала); (Дополнение абзацем - Федеральный закон от 06.12.2011 № 401-ФЗ) подачи ценовой заявки на продажу электрической энергии с указанием объема, который не соответствует объему электрической энергии, вырабатываемому с использованием максимального значения генерирующей мощности генерирующего оборудования участника, определенного системным оператором в соответствии с правилами оптового рынка, установленными Правительством Российской Федерации; (Дополнение абзацем - Федеральный закон от 06.12.2011 № 401-ФЗ) подачи ценовой заявки, не соответствующей установленным требованиям экономической обоснованности, определенным уполномоченными Правительством Российской Федерации федеральными органами исполнительной власти; (Дополнение абзацем - Федеральный закон от 06.12.2011 № 401-ФЗ) манипулирование ценами на розничном рынке электрической энергии (мощности) - совершение экономически или технологически не обоснованных действий хозяйствующим субъектом, занимающим доминирующее положение на розничном рынке, которые приводят к существенному изменению нерегулируемых цен (цены) на электрическую энергию и (или) мощность; (Дополнение абзацем - Федеральный закон от 06.12.2011 № 401-ФЗ) надежность электроэнергетической системы - способность электроэнергетической системы осуществлять производство, передачу электрической энергии (мощности) и снабжение потребителей электрической энергией в едином технологическом процессе и возобновлять их после нарушений; (Дополнение абзацем - Федеральный закон от 23.06.2016 № 196-ФЗ) устойчивость электроэнергетической системы - способность электроэнергетической системы сохранять синхронную работу электрических станций после отключений линий электропередачи, оборудования объектов электроэнергетики и энергопринимающих установок; (Дополнение абзацем - Федеральный закон от 23.06.2016 № 196-ФЗ) энергопринимающая установка, энергопринимающее устройство - аппарат, агрегат, оборудование либо объединенная электрической связью их совокупность, которые предназначены для преобразования электрической энергии в другой вид энергии для ее потребления; (Дополнение абзацем - Федеральный закон от 23.06.2016 № 196-ФЗ) (В редакции Федерального закона от 24.04.2020 № 141-ФЗ) энергосбытовая деятельность - деятельность по продаже произведенной и (или) приобретенной электрической энергии (за исключением деятельности по зарядке электрической энергией аккумуляторных батарей, в том числе аккумуляторных батарей транспортных средств, оборудованных электродвигателями), осуществляемая на розничных рынках в пределах Единой энергетической системы России и на территориях, технологическое соединение которых с Единой энергетической системой России отсутствует; (Дополнение абзацем - Федеральный закон от 29.12.2017 № 451-ФЗ) (В редакции Федерального закона от 02.08.2019 № 262-ФЗ) абзац; (Дополнение абзацем - Федеральный закон от 29.12.2017 № 451-ФЗ) (Утратил силу - Федеральный закон от 11.06.2021 № 170-ФЗ) абзац; (Дополнение абзацем - Федеральный закон от 29.12.2017 № 451-ФЗ) (Утратил силу - Федеральный закон от 11.06.2021 № 170-ФЗ) интеллектуальная система учета электрической энергии (мощности) - совокупность функционально объединенных компонентов и устройств, предназначенная для удаленного сбора, обработки, передачи показаний приборов учета электрической энергии, обеспечивающая информационный обмен, хранение показаний приборов учета электрической энергии, удаленное управление ее компонентами, устройствами и приборами учета электрической энергии, не влияющее на результаты измерений, выполняемых приборами учета электрической энергии, а также предоставление информации о результатах измерений, данных о количестве и иных параметрах электрической энергии в соответствии с правилами предоставления доступа к минимальному набору функций интеллектуальных систем учета электрической энергии (мощности), утвержденными Правительством Российской Федерации; (Дополнение абзацем - Федеральный закон от 27.12.2018 № 522-ФЗ) объект микрогенерации - объект по производству электрической энергии, принадлежащий на праве собственности или ином законном основании потребителю электрической энергии, энергопринимающие устройства которого технологически присоединены к объектам электросетевого хозяйства с уровнем напряжения до 1000 вольт, функционирующий в том числе на основе использования возобновляемых источников энергии и используемый указанным потребителем для производства электрической энергии в целях удовлетворения собственных бытовых и (или) производственных нужд, а также в целях продажи в порядке, установленном основными положениями функционирования розничных рынков, в случае, если объем выдачи электрической энергии таким объектом по производству электрической энергии в электрическую сеть не превышает величину максимальной присоединенной мощности энергопринимающих устройств указанного потребителя и составляет не более 15 киловатт и если для выдачи электрической энергии такого объекта в электрическую сеть не используется электрическое оборудование, предназначенное для обслуживания более одного помещения в здании, в том числе входящее в состав общего имущества многоквартирного дома; (Дополнение абзацем - Федеральный закон от 27.12.2019 № 471-ФЗ) качество электрической энергии - степень соответствия характеристик электрической энергии в определенной точке электрической сети совокупности нормированных показателей, устанавливаемых нормативными правовыми актами федеральных органов исполнительной власти, уполномоченных Правительством Российской Федерации; (Дополнение абзацем - Федеральный закон от 11.06.2022 № 174-ФЗ) цифровая информационная модель электроэнергетической системы - представленное в унифицированном электронном машиночитаемом виде множество взаимоувязанных сведений об электроэнергетической системе (включая фрагменты цифровых информационных моделей объектов электроэнергетики, необходимые для описания электроэнергетической системы), однозначно идентифицирующих и описывающих электроэнергетическую систему и входящие в нее объекты, а также связи между ними; (Дополнение абзацем - Федеральный закон от 11.06.2022 № 174-ФЗ) (В редакции Федерального закона от 13.07.2024 № 185-ФЗ) перспективная расчетная модель электроэнергетической системы - математическое описание электроэнергетической системы, сформированное с использованием специализированных программно-технических средств на основе цифровой информационной модели электроэнергетической системы и предназначенное для выполнения расчетов и анализа перспективных электроэнергетических режимов, балансовой надежности, устойчивости или токов короткого замыкания; (Дополнение абзацем - Федеральный закон от 11.06.2022 № 174-ФЗ) услуги по управлению изменением режима потребления электрической энергии - услуги, оказываемые на оптовом рынке потребителями электрической энергии, получившими в установленном настоящим Федеральным законом и правилами оптового рынка порядке статус субъекта оптового рынка - участника обращения электрической энергии и (или) мощности на оптовом рынке, агрегаторами управления изменением режима потребления электрической энергии и представляющие собой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агрегированного объекта управления изменением режима потребления электрической энергии, а также непосредственно на изменение режима потребления электрической энергии такого объекта в требуемый период времени; (Дополнение абзацем - Федеральный закон от 02.11.2023 № 516-ФЗ) услуги по изменению режима потребления электрической энергии - услуги, оказываемые потребителями розничных рынков или оптового рынка на основании договора, заключенного с агрегатором управления изменением режима потребления электрической энергии, представляющие собой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объекта регулирования потребления электрической энергии потребителя розничного рынка или оптового рынка, а также непосредственно на изменение режима потребления электрической энергии такого объекта в требуемый период времени; (Дополнение абзацем - Федеральный закон от 02.11.2023 № 516-ФЗ) агрегатор управления изменением режима потребления электрической энергии - коммерческая организация, имеющая статус субъекта оптового рынка, полученный в порядке, установленном настоящим Федеральным законом и правилами оптового рынка, осуществляющая деятельность по формированию агрегированных объектов управления изменением режима потребления электрической энергии из принадлежащих третьим лицам объектов регулирования потребления электрической энергии потребителей розничных рынков и (или) оптового рынка и оказывающая с использованием таких объектов услуги по управлению изменением режима потребления электрической энергии; (Дополнение абзацем - Федеральный закон от 02.11.2023 № 516-ФЗ) объект регулирования потребления электрической энергии потребителя оптового рынка - энергопринимающее устройство (энергопринимающие устройства) и (при наличии) связанные с ним (с ними) объект (объекты) по производству электрической энергии и (или) система (системы) накопления электрической энергии, используемые для изменения режима потребления электрической энергии, принадлежащие одному потребителю электрической энергии - субъекту оптового рынка и относящиеся к одной группе точек поставки на оптовом рынке, посредством которых такой потребитель или агрегатор управления изменением режима потребления электрической энергии (в случае заключения договора оказания услуг по изменению режима потребления электрической энергии с потребителем оптового рынка в отношении указанного объекта регулирования потребления электрической энергии потребителя оптового рынка) оказывает услуги по управлению изменением режима потребления электрической энергии, если данные энергопринимающее устройство (энергопринимающие устройства) и объект (объекты) по производству электрической энергии и (или) система (системы) накопления электрической энергии технологически соединены между собой принадлежащими такому потребителю объектами электросетевого хозяйства и их включение в состав объекта регулирования потребления электрической энергии потребителя оптового рынка допускается в соответствии с требованиями, установленными Правительством Российской Федерации; (Дополнение абзацем - Федеральный закон от 02.11.2023 № 516-ФЗ) объект регулирования потребления электрической энергии потребителя розничного рынка - энергопринимающее устройство (энергопринимающие устройства), находящееся (находящиеся) в единых границах балансовой принадлежности и принадлежащее (принадлежащие) одному потребителю электрической энергии - субъекту розничного рынка, и (при наличии) связанные с ним (с ними) объект (объекты) по производству электрической энергии и (или) система (системы) накопления электрической энергии, используемые для изменения режима потребления электрической энергии, если такие энергопринимающее устройство (энергопринимающие устройства) и объект (объекты) по производству электрической энергии и (или) система (системы) накопления электрической энергии технологически соединены между собой принадлежащими указанному потребителю объектами электросетевого хозяйства и их включение в состав объекта регулирования потребления электрической энергии потребителя розничного рынка допускается в соответствии с требованиями, установленными Правительством Российской Федерации; (Дополнение абзацем - Федеральный закон от 02.11.2023 № 516-ФЗ) агрегированный объект управления изменением режима потребления электрической энергии - объект регулирования потребления электрической энергии потребителя розничного рынка, объект регулирования потребления электрической энергии потребителя оптового рынка или совокупность данных объектов, сформированные агрегатором управления изменением режима потребления электрической энергии в соответствии с требованиями и в порядке, которые установлены Правительством Российской Федерации, или объекты регулирования потребления электрической энергии потребителя оптового рынка, сформированные им в соответствии с требованиями и в порядке, которые установлены Правительством Российской Федерации, в целях использования при оказании услуг по управлению изменением режима потребления электрической энергии; (Дополнение абзацем - Федеральный закон от 02.11.2023 № 516-ФЗ) низкоуглеродный генерирующий объект - генерирующий объект, функционирующий на основе использования возобновляемых источников энергии без использования процесса горения, либо атомная электростанция; (Дополнение абзацем - Федеральный закон от 04.08.2023 № 489-ФЗ) квалификация генерирующего объекта - процедура, в рамках которой осуществляется проверка соответствия генерирующего объекта критериям квалификации, а в случае подтверждения такого соответствия также осуществляется отнесение генерирующего объекта к возобновляемой генерации и (или) низкоуглеродной генерации и к одной или нескольким квалификационным категориям в зависимости от используемого источника энергии, способа его использования и других характеристик генерирующего объекта. Квалификация генерирующих объектов осуществляется в целях учета атрибутов генерации, предоставления сертификатов происхождения электрической энергии, поддержки использования возобновляемых источников энергии, а также в других целях, предусмотренных законодательством Российской Федерации; (Дополнение абзацем - Федеральный закон от 04.08.2023 № 489-ФЗ) критерии квалификации генерирующего объекта (далее - критерии квалификации) - установленные Правительством Российской Федерации требования, совокупности которых должен соответствовать генерирующий объект для признания его квалифицированным генерирующим объектом; (Дополнение абзацем - Федеральный закон от 04.08.2023 № 489-ФЗ) квалифицированный генерирующий объект - генерирующий объект, в отношении которого по итогам квалификации генерирующего объекта установлено, что такой генерирующий объект функционирует на основе использования возобновляемых источников энергии и (или) является низкоуглеродным генерирующим объектом, соответствует иным критериям квалификации, а также осуществлено отнесение его к возобновляемой генерации и (или) низкоуглеродной генерации и к одной или нескольким квалификационным категориям; (Дополнение абзацем - Федеральный закон от 04.08.2023 № 489-ФЗ) атрибуты генерации - права, связанные с характеристиками процесса производства электрической энергии на квалифицированном генерирующем объекте и со сведениями о таком генерирующем объекте и выработке им электрической энергии, позволяющие обладателю этих прав совершать действия, предусмотренные настоящим Федеральным законом, в отношении определенного количества электрической энергии; (Дополнение абзацем - Федеральный закон от 04.08.2023 № 489-ФЗ) сертификат происхождения электрической энергии (далее также - сертификат происхождения) - электронный документ, соответствующий установленным законодательством Российской Федерации об электроэнергетике требованиям, предоставляемый организацией коммерческой инфраструктуры, осуществляющей ведение реестра атрибутов генерации, владельцу квалифицированного генерирующего объекта, подтверждающий факт производства электрической энергии на квалифицированном генерирующем объекте в соответствии с его квалификационной категорией в количестве и в течение периода времени, которые указаны в данном документе, и удостоверяющий атрибуты генерации; (Дополнение абзацем - Федеральный закон от 04.08.2023 № 489-ФЗ) системообразующая территориальная сетевая организация - территориальная сетевая организация, определенная решением высшего должностного лица субъекта Российской Федерации в соответствии с критериями отнесения территориальных сетевых организаций к системообразующим территориальным сетевым организациям и порядком определения системообразующих территориальных сетевых организаций, установленными Правительством Российской Федерации, функционирующая в границах субъекта Российской Федерации, обеспечивающая надежное функционирование объектов электросетевого хозяйства, расположенных в субъекте Российской Федерации, в порядке и способами, которые указаны в настоящем Федеральном законе. На территории субъекта Российской Федерации - города федерального значения Москвы определение и функционирование системообразующих территориальных сетевых организаций осуществляются с учетом положений пункта 6 статьи 464 настоящего Федерального закона; (Дополнение абзацем - Федеральный закон от 13.07.2024 № 185-ФЗ) цифровая информационная модель объекта электроэнергетики - представленное в унифицированном электронном машиночитаемом виде множество взаимоувязанных сведений об объекте электроэнергетики, однозначно идентифицирующих и описывающих объект электроэнергетики и входящие в его состав оборудование и устройства, а также связи между ними; (Дополнение абзацем - Федеральный закон от 13.07.2024 № 185-ФЗ) средства дистанционного управления - программные, программно-аппаратные и иные технические средства, обеспечивающие техническую возможность изменения технологических режимов работы и (или) эксплуатационного состояния линий электропередачи, оборудования и устройств объектов электроэнергетики и энергопринимающих установок непосредственно из диспетчерских центров субъекта оперативно-диспетчерского управления в электроэнергетике или с иных удаленных автоматизированных рабочих мест, терминалов, из центров управления путем передачи технологической информации и реализации команд управления. (Дополнение абзацем - Федеральный закон от 13.07.2024 № 185-ФЗ) (Статья в редакции Федерального закона от 04.11.2007 № 250-ФЗ)</w:t>
      </w:r>
    </w:p>
    <w:p>
      <w:pPr>
        <w:pStyle w:val="Heading3"/>
      </w:pPr>
      <w:r>
        <w:t>ОСНОВЫ ОРГАНИЗАЦИИ ЭЛЕКТРОЭНЕРГЕТИКИ</w:t>
      </w:r>
    </w:p>
    <w:p>
      <w:r>
        <w:rPr>
          <w:b/>
        </w:rPr>
        <w:t>Статья 4. Правовое регулирование отношений в сфере электроэнергетики</w:t>
      </w:r>
    </w:p>
    <w:p>
      <w:r>
        <w:rPr>
          <w:b/>
        </w:rPr>
        <w:t xml:space="preserve">1. </w:t>
      </w:r>
      <w:r>
        <w:t>Нормативные правовые акты в области государственного регулирования отношений в сфере электроэнергетики принимаются в соответствии с федеральными законами Правительством Российской Федерации и уполномоченными им федеральными органами исполнительной власти</w:t>
      </w:r>
    </w:p>
    <w:p>
      <w:r>
        <w:rPr>
          <w:b/>
        </w:rPr>
        <w:t xml:space="preserve">2. </w:t>
      </w:r>
      <w:r>
        <w:t>Органы государственной власти субъектов Российской Федерации и органы местного самоуправления не вправе принимать нормативные правовые акты, направленные на регулирование отношений в сфере электроэнергетики, за исключением случаев, предусмотренных федеральными законами</w:t>
      </w:r>
    </w:p>
    <w:p>
      <w:r>
        <w:rPr>
          <w:b/>
        </w:rPr>
        <w:t xml:space="preserve">3. </w:t>
      </w:r>
      <w:r>
        <w:t>Установление и оценка применения обязательных требований, содержащихся в нормативных правовых актах в сфере электроэнергетики, осуществляются в соответствии с Федеральным законом от 31 июля 2020 года № 247-ФЗ "Об обязательных требованиях в Российской Федерации". В целях обеспечения соблюдения общих принципов организации экономических отношений, основ государственной политики в сфере электроэнергетики и основных принципов государственного регулирования в электроэнергетике, предусмотренных статьями 6 и 20 настоящего Федерального закона, сроки вступления в силу и сроки действия нормативных правовых актов в сфере электроэнергетики определяются указанными нормативными правовыми актами без учета положений частей 1 и 4 статьи 3 Федерального закона от 31 июля 2020 года № 247-ФЗ "Об обязательных требованиях в Российской Федерации". (Дополнение пунктом - Федеральный закон от 11.06.2021 № 170-ФЗ)</w:t>
      </w:r>
    </w:p>
    <w:p>
      <w:r>
        <w:rPr>
          <w:b/>
        </w:rPr>
        <w:t>Статья 5. Технологическая и экономическая основы функционирования электроэнергетики</w:t>
      </w:r>
    </w:p>
    <w:p>
      <w:r>
        <w:rPr>
          <w:b/>
        </w:rPr>
        <w:t xml:space="preserve">1. </w:t>
      </w:r>
      <w:r>
        <w:t>Технологическую основу функционирования электроэнергетики составляют единая национальная (общероссийская) электрическая сеть, территориальные распределительные сети, по которым осуществляется передача электрической энергии, и единая система оперативно-диспетчерского управления</w:t>
      </w:r>
    </w:p>
    <w:p>
      <w:r>
        <w:rPr>
          <w:b/>
        </w:rPr>
        <w:t xml:space="preserve">2. </w:t>
      </w:r>
      <w:r>
        <w:t>Экономической основой функционирования электроэнергетики является обусловленная технологическими особенностями функционирования объектов электроэнергетики система отношений, связанных с производством и оборотом электрической энергии и мощности на оптовом и розничных рынках. (В редакции Федерального закона от 04.11.2007 № 250-ФЗ)</w:t>
      </w:r>
    </w:p>
    <w:p>
      <w:r>
        <w:rPr>
          <w:b/>
        </w:rPr>
        <w:t xml:space="preserve">3. </w:t>
      </w:r>
      <w:r>
        <w:t>Субъекты электроэнергетики и потребители электрической энергии обязаны соблюдать требования настоящего Федерального закона, других федеральных законов и принимаемых в соответствии с ними нормативных правовых актов Российской Федерации в области электроэнергетики, устанавливающих соответствующие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а также требования к обеспечению качества электрической энергии. (В редакции Федерального закона от 11.06.2022 № 174-ФЗ) Надежность электроэнергетической системы обеспечивается посредством выполнения каждым субъектом электроэнергетики и каждым потребителем электрической энергии в процессе осуществления своей деятельности требований, установленных настоящим Федеральным законом, нормативными правовыми актами Правительства Российской Федерации и уполномоченных им федеральных органов исполнительной власти. (Дополнение абзацем - Федеральный закон от 11.06.2022 № 174-ФЗ) Субъекты электроэнергетики и потребители электрической энергии, объекты электроэнергетики и (или) энергопринимающие установки которых функционируют или будут функционировать в составе электроэнергетической системы, обязаны обеспечить соответствие технических характеристик и параметров работы принадлежащих им на праве собственности или ином законном основании объектов электроэнергетики и энергопринимающих установок, их оборудования и устройств установленным нормативными правовыми актами Правительства Российской Федерации и уполномоченных им федеральных органов исполнительной власти требованиям, обеспечивающим нахождение параметров электроэнергетического режима работы электроэнергетической системы в пределах допустимых значений, надежность и устойчивость электроэнергетической системы и качество электрической энергии, и поддерживать соответствие указанных технических характеристик и параметров данным требованиям в процессе эксплуатации объектов электроэнергетики и (или) энергопринимающих установок. (Дополнение абзацем - Федеральный закон от 11.06.2022 № 174-ФЗ) (Пункт в редакции Федерального закона от 23.06.2016 № 196-ФЗ)</w:t>
      </w:r>
    </w:p>
    <w:p>
      <w:r>
        <w:rPr>
          <w:b/>
        </w:rPr>
        <w:t xml:space="preserve">4. </w:t>
      </w:r>
      <w:r>
        <w:t>В рамках технологических и экономических отношений в сфере электроэнергетики нормативными правовыми актами Правительства Российской Федерации или уполномоченного им федерального органа исполнительной власти может быть предусмотрено получение субъектами электроэнергетики и (или) потребителями электрической энергии, а также организациями, осуществляющими или планирующими осуществлять деятельность в сфере электроэнергетики, разрешений в форме согласований (включая согласование соответствующих решений, действий или документов с организациями технологической или коммерческой инфраструктуры электроэнергетики или получение разрешений таких организаций на их осуществление), аттестаций и в иных формах, определенных Правительством Российской Федерации или уполномоченным им федеральным органом исполнительной власти. (Дополнение пунктом - Федеральный закон от 11.06.2021 № 170-ФЗ)</w:t>
      </w:r>
    </w:p>
    <w:p>
      <w:r>
        <w:rPr>
          <w:b/>
        </w:rPr>
        <w:t>Статья 6. Общие принципы организации экономических отношений и основы государственной политики в сфере электроэнергетики</w:t>
      </w:r>
    </w:p>
    <w:p>
      <w:r>
        <w:rPr>
          <w:b/>
        </w:rPr>
        <w:t xml:space="preserve">1. </w:t>
      </w:r>
      <w:r>
        <w:t>Общими принципами организации экономических отношений и основами государственной политики в сфере электроэнергетики являются: обеспечение энергетической безопасности Российской Федерации; технологическое единство электроэнергетики; обеспечение бесперебойного и надежного функционирования электроэнергетики в целях удовлетворения спроса на электрическую энергию потребителей, обеспечивающих надлежащее исполнение своих обязательств перед субъектами электроэнергетики; свобода экономической деятельности в сфере электроэнергетики и единство экономического пространства в сфере обращения электрической энергии с учетом ограничений, установленных федеральными законами; соблюдение баланса экономических интересов поставщиков и потребителей электрической энергии; (В редакции Федерального закона от 27.07.2010 № 191-ФЗ) использование рыночных отношений и конкуренции в качестве одного из основных инструментов формирования устойчивой системы удовлетворения спроса на электрическую энергию при условии обеспечения надлежащего качества и минимизации стоимости электрической энергии; обеспечение недискриминационных и стабильных условий для осуществления предпринимательской деятельности в сфере электроэнергетики, обеспечение государственного регулирования деятельности субъектов электроэнергетики, необходимого для реализации принципов, установленных настоящей статьей, при регламентации применения методов государственного регулирования, в том числе за счет установления их исчерпывающего перечня; содействие посредством мер, предусмотренных федеральными законами, развитию российского энергетического машиностроения и приборостроения, электротехнической промышленности и связанных с ними сфер услуг; обеспечение экономически обоснованной доходности инвестированного капитала, используемого при осуществлении субъектами электроэнергетики видов деятельности, в которых применяется государственное регулирование цен (тарифов) (далее - регулируемый вид деятельности); (В редакции Федерального закона от 26.07.2010 № 187-ФЗ) обеспечение экологической безопасности электроэнергетики; (Дополнение абзацем - Федеральный закон от 04.11.2007 № 250-ФЗ) экономическая обоснованность оплаты мощности генерирующих объектов поставщиков в части обеспечения ими выработки электрической и тепловой энергии. (Дополнение абзацем - Федеральный закон от 04.11.2007 № 250-ФЗ)</w:t>
      </w:r>
    </w:p>
    <w:p>
      <w:r>
        <w:rPr>
          <w:b/>
        </w:rPr>
        <w:t xml:space="preserve">2. </w:t>
      </w:r>
      <w:r>
        <w:t>Государственная политика в сфере электроэнергетики направлена на обеспечение соблюдения общих принципов организации экономических отношений в сфере электроэнергетики, установленных настоящим Федеральным законом</w:t>
      </w:r>
    </w:p>
    <w:p>
      <w:r>
        <w:rPr>
          <w:b/>
        </w:rPr>
        <w:t>Статья 61. Система перспективного развития электроэнергетики</w:t>
      </w:r>
    </w:p>
    <w:p>
      <w:r>
        <w:rPr>
          <w:b/>
        </w:rPr>
        <w:t xml:space="preserve">1. </w:t>
      </w:r>
      <w:r>
        <w:t>Система перспективного развития электроэнергетики представляет собой совокупность документов перспективного развития электроэнергетики и действий, направленных на их разработку, утверждение и реализацию в целях своевременного обеспечения потребностей экономики и населения Российской Федерации в электрической энергии и мощности</w:t>
      </w:r>
    </w:p>
    <w:p>
      <w:r>
        <w:rPr>
          <w:b/>
        </w:rPr>
        <w:t xml:space="preserve">2. </w:t>
      </w:r>
      <w:r>
        <w:t>Планирование перспективного развития электроэнергетики обеспечивается путем разработки и утверждения согласованных между собой документов перспективного развития электроэнергетики. К документам перспективного развития электроэнергетики относятся: генеральная схема размещения объектов электроэнергетики, утверждаемая Правительством Российской Федерации; схема и программа развития электроэнергетических систем России,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3. </w:t>
      </w:r>
      <w:r>
        <w:t>Для целей подготовки документов территориального планирования схема и программа развития электроэнергетических систем России равнозначны отраслевым документам стратегического планирования Российской Федерации</w:t>
      </w:r>
    </w:p>
    <w:p>
      <w:r>
        <w:rPr>
          <w:b/>
        </w:rPr>
        <w:t xml:space="preserve">4. </w:t>
      </w:r>
      <w:r>
        <w:t>Не допускаются разработка, согласование и утверждение органами государственной власти Российской Федерации и органами государственной власти субъектов Российской Федерации документов (за исключением документов перспективного развития электроэнергетики),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110 киловольт и выше (35 киловольт и выше в пределах технологически изолированных территориальных электроэнергетических систем), строительства объектов по производству электрической энергии, установленная генерирующая мощность которых составляет 5 мегаватт и выше, или реконструкции данных объектов электросетевого хозяйства и объектов по производству электрической энергии, связанной с увеличением их пропускной способности, трансформаторной или установленной генерирующей мощности, если такие строительство или реконструкция не предусмотрены документами перспективного развития электроэнергетики. Действие абзаца первого настоящего пункта не распространяется на объекты по производству электрической энергии и объекты электросетевого хозяйства, которые не имеют технологических связей с Единой энергетической системой России и технологически изолированными территориальными электроэнергетическими системами и присоединение которых к указанным электроэнергетическим системам не планируется, строительство или реконструкция которых осуществляется за счет собственных средств организаций, планирующих осуществить такие мероприятия в целях обеспечения электрической энергией и мощностью исключительно собственных производственных нужд или для передачи электрической энергии на собственные производственные объекты</w:t>
      </w:r>
    </w:p>
    <w:p>
      <w:r>
        <w:rPr>
          <w:b/>
        </w:rPr>
        <w:t xml:space="preserve">5. </w:t>
      </w:r>
      <w:r>
        <w:t>Документы перспективного развития электроэнергетики должны обеспечивать: единство подходов к планированию развития электроэнергетики на территории Российской Федерации; учет прогноза социально-экономического развития Российской Федерации; оптимизацию топливно-энергетического баланса электроэнергетики с учетом комплексного развития энергетической инфраструктуры и требований законодательства Российской Федерации в области ограничения выбросов парниковых газов; формирование рациональной структуры генерирующих мощностей и оптимальное размещение объектов электросетевого хозяйства в целях минимизации затрат на обеспечение потребностей экономики и населения Российской Федерации в электрической энергии и мощности; определение технической и экономической эффективности планируемых решений по перспективному развитию электроэнергетики, оценку стоимости реализации таких решений; согласованность решений по развитию объектов по производству электрической энергии, функционирующих в режиме комбинированной выработки электрической и тепловой энергии, утверждаемых в схемах теплоснабжения и документах перспективного развития электроэнергетики; согласованность решений по развитию единой национальной (общероссийской) электрической сети, размещению объектов по производству электрической энергии, развитию электроэнергетических систем субъектов Российской Федерации, в том числе технологически изолированных; прогнозирование объема производства и потребления электрической энергии и мощности на перспективные периоды; учет требований обеспечения энергетической безопасности Российской Федерации 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w:t>
      </w:r>
    </w:p>
    <w:p>
      <w:r>
        <w:rPr>
          <w:b/>
        </w:rPr>
        <w:t xml:space="preserve">6. </w:t>
      </w:r>
      <w:r>
        <w:t>В рамках системы перспективного развития электроэнергетики системным оператором осуществляется проектирование развития электроэнергетических систем, предусматривающее выполнение функций, указанных в абзацах четвертом (в части прогнозирования спроса на электрическую энергию и мощность и формирования балансов электрической энергии и мощности на перспективные периоды), пятом, пятнадцатом и шестнадцатом пункта 1 статьи 14 настоящего Федерального закона</w:t>
      </w:r>
    </w:p>
    <w:p>
      <w:r>
        <w:rPr>
          <w:b/>
        </w:rPr>
        <w:t xml:space="preserve">7. </w:t>
      </w:r>
      <w:r>
        <w:t>Исполнительные органы субъектов Российской Федерации рассматривают проект схемы и программы развития электроэнергетических систем России в части, касающейся территории соответствующих субъектов Российской Федерации, в порядке и пределах, которые установлены правилами разработки и утверждения документов перспективного развития электроэнергетики. (В редакции Федерального закона от 08.08.2024 № 232-ФЗ)</w:t>
      </w:r>
    </w:p>
    <w:p>
      <w:r>
        <w:rPr>
          <w:b/>
        </w:rPr>
        <w:t xml:space="preserve">8. </w:t>
      </w:r>
      <w:r>
        <w:t>Документы перспективного развития электроэнергетики до их утверждения выносятся на общественное обсуждение</w:t>
      </w:r>
    </w:p>
    <w:p>
      <w:r>
        <w:rPr>
          <w:b/>
        </w:rPr>
        <w:t xml:space="preserve">9. </w:t>
      </w:r>
      <w:r>
        <w:t>Правила разработки и утверждения документов перспективного развития электроэнергетики, утверждаемые Правительством Российской Федерации, определяют в том числе: порядок взаимодействия системного оператора, федеральных органов исполнительной власти, исполнительных органов субъектов Российской Федерации, Государственной корпорации по атомной энергии "Росатом", субъектов электроэнергетики и потребителей электрической энергии при формировании исходных данных, учитываемых при разработке документов перспективного развития электроэнергетики; (В редакции Федерального закона от 08.08.2024 № 232-ФЗ) требования к документам перспективного развития электроэнергетики и порядок обеспечения соблюдения при разработке таких документов установленных требований, в том числе требований, предусмотренных пунктом 5 настоящей статьи; порядок и сроки разработки, общественного обсуждения и утверждения документов перспективного развития электроэнергетики; порядок и пределы рассмотрения исполнительными органами субъектов Российской Федерации проекта схемы и программы развития электроэнергетических систем России; (В редакции Федерального закона от 08.08.2024 № 232-ФЗ) механизмы реализации документов перспективного развития электроэнергетики и требования к отчету о результатах реализации схемы и программы развития электроэнергетических систем России. Формы и форматы предоставления исходных данных, учитываемых при разработке документов перспективного развития электроэнергетики,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10. </w:t>
      </w:r>
      <w:r>
        <w:t>Документы перспективного развития электроэнергетики разрабатываются системным оператором с использованием перспективных расчетных моделей Единой энергетической системы России (начиная с 1 января 2024 года также с использованием перспективных расчетных моделей технологически изолированных территориальных электроэнергетических систем), формируемых и поддерживаемых в актуальном состоянии системным оператором на основе цифровых информационных моделей электроэнергетических систем. Правила формирования и поддержания в актуальном состоянии цифровых информационных моделей электроэнергетических систем и перспективных расчетных моделей электроэнергетических систем для целей перспективного развития электроэнергетики устанавливаются Правительством Российской Федерации</w:t>
      </w:r>
    </w:p>
    <w:p>
      <w:r>
        <w:rPr>
          <w:b/>
        </w:rPr>
        <w:t xml:space="preserve">11. </w:t>
      </w:r>
      <w:r>
        <w:t>Системный оператор обеспечивает раскрытие цифровых информационных моделей электроэнергетических систем для целей перспективного развития электроэнергетики, а также предоставляет другим субъектам электроэнергетики, потребителям электрической энергии и проектным организациям на безвозмездной основе перспективные расчетные модели электроэнергетических систем в части объектов электроэнергетики классом напряжения 110 киловольт и выше или фрагменты таких моделей в целях разработки технических решений по технологическому присоединению к электрическим сетям, проектирования строительства (реконструкции, модернизации, технического перевооружения) объектов электроэнергетики, разработки предложений по перечню мероприятий по обеспечению вывода объектов электроэнергетики из эксплуатации и выполнения необходимых для этого расчетов. Порядок раскрытия цифровых информационных моделей электроэнергетических систем и предоставления системным оператором лицам, указанным в абзаце первом настоящего пункта, перспективных расчетных моделей электроэнергетических систем или фрагментов таких моделей для целей перспективного развития электроэнергетики, в том числе порядок формирования фрагментов перспективных расчетных моделей электроэнергетических систем, предоставляемых в целях разработки технических решений, указанных в абзаце первом настоящего пункта, состав, объем, формат, способы и условия раскрытия (предоставления) системным оператором цифровых информационных моделей электроэнергетических систем и перспективных расчетных моделей электроэнергетических систем или фрагментов таких моделей, виды используемых в этих целях электронных подписей и условия их применения,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 учетом требований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коммерческой и иной охраняемой законом тайне, законодательства Российской Федерации об электронной подписи, а также с учетом необходимости обеспечения энергетической безопасности Российской Федерации и безопасности функционирования электроэнергетической системы и объектов электроэнергетики. (Дополнение статьей - Федеральный закон от 11.06.2022 № 174-ФЗ)</w:t>
      </w:r>
    </w:p>
    <w:p>
      <w:pPr>
        <w:pStyle w:val="Heading3"/>
      </w:pPr>
      <w:r>
        <w:t>ЕДИНАЯ НАЦИОНАЛЬНАЯ (ОБЩЕРОССИЙСКАЯ) ЭЛЕКТРИЧЕСКАЯ СЕТЬ</w:t>
      </w:r>
    </w:p>
    <w:p>
      <w:r>
        <w:rPr>
          <w:b/>
        </w:rPr>
        <w:t>Статья 7. Понятие и правовой статус единой национальной (общероссийской) электрической сети</w:t>
      </w:r>
    </w:p>
    <w:p>
      <w:r>
        <w:rPr>
          <w:b/>
        </w:rPr>
        <w:t xml:space="preserve">1. </w:t>
      </w:r>
      <w:r>
        <w:t>Единая национальная (общероссийская) электрическая сеть представляет собой комплекс электрических сетей и иных объектов электросетевого хозяйства, принадлежащих на праве собственности или на ином предусмотренном федеральными законами основании субъектам электроэнергетики и обеспечивающих устойчивое снабжение электрической энергией потребителей, функционирование оптового рынка, а также параллельную (совместную) работу российской электроэнергетической системы и электроэнергетических систем иностранных государств. (В редакции Федерального закона от 11.06.2022 № 174-ФЗ) Проектный номинальный класс напряжения, характеристики пропускной способности, реверсивности потоков электрической энергии и иные технологические характеристики объектов электросетевого хозяйства, входящих в единую национальную (общероссийскую) электрическую сеть, порядок ведения реестра указанных объектов утверждаются Правительством Российской Федерации</w:t>
      </w:r>
    </w:p>
    <w:p>
      <w:r>
        <w:rPr>
          <w:b/>
        </w:rPr>
        <w:t xml:space="preserve">2. </w:t>
      </w:r>
      <w:r>
        <w:t>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собственники или иные законные владельцы объектов электросетевого хозяйства, входящих в единую национальную (общероссийскую) электрическую сеть, ограничиваются в осуществлении своих прав в части: права заключения договоров оказания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и определения условий этих договоров; использования (вывода из эксплуатации) указанных объектов без согласования с организацией по управлению единой национальной (общероссийской) электрической сетью. Установленные настоящим Федеральным законом ограничения прав собственников или иных законных владельцев объектов электросетевого хозяйства, входящих в единую национальную (общероссийскую) электрическую сеть, не могут применяться в целях изъятия у этих лиц доходов, получаемых в результате осуществления их прав. Введение других ограничений прав собственников или иных законных владельцев объектов электросетевого хозяйства, входящих в единую национальную (общероссийскую) электрическую сеть, не допускается, если иное не установлено настоящим Федеральным законом. (В редакции Федерального закона от 04.11.2007 № 250-ФЗ) Абзац. (Утратил силу - Федеральный закон от 13.07.2024 № 185-ФЗ)</w:t>
      </w:r>
    </w:p>
    <w:p>
      <w:r>
        <w:rPr>
          <w:b/>
        </w:rPr>
        <w:t xml:space="preserve">3. </w:t>
      </w:r>
      <w:r>
        <w:t>Собственники и иные законные владельцы объектов электросетевого хозяйства, входящих в единую национальную (общероссийскую) электрическую сеть, обеспечивают выполнение технологических требований к техническим устройствам сетей, а также согласованные режимы работы Единой энергетической системы России</w:t>
      </w:r>
    </w:p>
    <w:p>
      <w:r>
        <w:rPr>
          <w:b/>
        </w:rPr>
        <w:t>Статья 8. Организация по управлению единой национальной (общероссийской) электрической сетью</w:t>
      </w:r>
    </w:p>
    <w:p>
      <w:r>
        <w:rPr>
          <w:b/>
        </w:rPr>
        <w:t xml:space="preserve">1. </w:t>
      </w:r>
      <w:r>
        <w:t>Ограниченные в соответствии со статьей 7 настоящего Федерального закона права собственников и иных законных владельцев объектов электросетевого хозяйства, входящих в единую национальную (общероссийскую) электрическую сеть, осуществляются организацией по управлению единой национальной (общероссийской) электрической сетью</w:t>
      </w:r>
    </w:p>
    <w:p>
      <w:r>
        <w:rPr>
          <w:b/>
        </w:rPr>
        <w:t xml:space="preserve">2. </w:t>
      </w:r>
      <w:r>
        <w:t>Организация по управлению единой национальной (общероссийской) электрической сетью является открытым акционерным обществом. Доля участия Российской Федерации в уставном капитале организации по управлению единой национальной (общероссийской) электрической сетью в период реформирования Российского открытого акционерного общества энергетики и электрификации "Единая энергетическая система России" не может составлять менее 52 процентов. По завершении реформирования контроль Российской Федерации над организацией по управлению единой национальной (общероссийской) электрической сетью осуществляется путем прямого или косвенного владения Российской Федерацией долей в ее уставном капитале не менее 50 процентов плюс одна голосующая акция. (В редакции Федерального закона от 05.04.2013 № 35-ФЗ)</w:t>
      </w:r>
    </w:p>
    <w:p>
      <w:r>
        <w:rPr>
          <w:b/>
        </w:rPr>
        <w:t xml:space="preserve">3. </w:t>
      </w:r>
      <w:r>
        <w:t>Организация по управлению единой национальной (общероссийской) электрической сетью заключает с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договоры, определяющие порядок использования указанных объектов. Заключение таких договоров является обязательным для собственников или иных законных владельцев объектов электросетевого хозяйства, входящих в единую национальную (общероссийскую) электрическую сеть, а цена, определяемая договором, составляет сумму, обеспечивающую возврат собственникам или иным законным владельцам объектов электросетевого хозяйства, входящих в единую национальную (общероссийскую) электрическую сеть, доходов, получаемых в результате осуществления их прав (определяемых как доход, который эти собственники или иные законные владельцы получили бы в случае самостоятельного осуществления своих прав путем оказания на возмездной договорной основе услуг по передаче электрической энергии) и уменьшенных на сумму текущих расходов на эксплуатацию указанных объектов (в случае, если их эксплуатация осуществляется организацией по управлению единой национальной (общероссийской) электрической сетью). Указанные доходы должны предусматривать: возмещение экономически обоснованных расходов на оказание соответствующих услуг; прибыль, обеспечивающую доходность используемого капитала исходя из нормы доходности, определяемой в соответствии с настоящим Федеральным законом. При этом норма доходности капитала, устанавливаемая для организации по управлению единой национальной (общероссийской) электрической сетью и других собственников или иных законных владельцев объектов электросетевого хозяйства, входящих в единую национальную (общероссийскую) электрическую сеть, должна быть равной. При расчете уровня доходности капитала учитывается вся прибыль организации по управлению единой национальной (общероссийской) электрической сетью независимо от источников ее формирования и целевого назначения. Представители субъектов Российской Федерации, на территориях которых находятся объекты электросетевого хозяйства, входящие в единую национальную (общероссийскую) электрическую сеть и не принадлежащие на праве собственности организации по управлению единой национальной (общероссийской) электрической сетью, принимают участие в процедуре утверждения инвестиционной программы указанной организации в федеральных органах исполнительной власти. Собственник или иной законный владелец объекта электросетевого хозяйства при наличии намерения продать данный объект, входящий в единую национальную (общероссийскую) электрическую сеть, обязан известить в письменной форме путем направления заказного письма с уведомлением о вручении организацию по управлению единой национальной (общероссийской) электрической сетью о намерении продать данный объект с указанием цены и других условий продажи. Если организация по управлению единой национальной (общероссийской) электрической сетью откажется от покупки или не сообщит о готовности приобрести данный объект в течение шести месяцев с даты поступления в ее адрес указанного извещения, собственник или иной законный владелец данного объекта вправе продать его по истечении этого срока любому лицу по цене не ниже цены, указанной в извещении. При этом в течение месяца с даты государственной регистрации прав на данный объект новый собственник или иной законный владелец данного объекта обязан заключить с организацией по управлению единой национальной (общероссийской) электрической сетью договор о порядке использования данного объекта в порядке, установленном настоящим Федеральным законом. При продаже объекта электросетевого хозяйства, входящего в единую национальную (общероссийскую) электрическую сеть, с нарушением преимущественного права покупки организация по управлению единой национальной (общероссийской) электрической сетью имеет право требовать в судебном порядке перевода на себя прав и обязанностей покупателя данного объекта в течение шести месяцев с момента получения информации организацией по управлению единой национальной (общероссийской) электрической сетью о продаже данного объекта с нарушением преимущественного права покупки. (Дополнение абзацем - Федеральный закон от 06.12.2011 № 394-ФЗ)</w:t>
      </w:r>
    </w:p>
    <w:p>
      <w:r>
        <w:rPr>
          <w:b/>
        </w:rPr>
        <w:t xml:space="preserve">4. </w:t>
      </w:r>
      <w:r>
        <w:t>Организации по управлению единой национальной (общероссийской) электрической сетью и ее аффилированным лицам, группам лиц запрещается заниматься деятельностью по оказанию услуг по управлению изменением режима потребления электрической энергии и деятельностью по купле-продаже электрической энергии и мощности (за исключением покупки электрической энергии (мощности), осуществляемой для собственных (хозяйственных) нужд; покупки электрической энергии (мощности), осуществляемой в целях компенсации потерь в электрических сетях и технологического обеспечения совместной работы российской электроэнергетической системы и электроэнергетических систем иностранных государств, а также в случаях и в порядке, которые определяются Правительством Российской Федерации, при исполнении функций гарантирующего поставщика). (В редакции федеральных законов от 04.11.2007 № 250-ФЗ, от 02.11.2023 № 516-ФЗ) Договоры купли-продажи электрической энергии для целей технологического обеспечения совместной работы заключаются в соответствии с правилами оптового рынка и соглашениями о совместной работе с электроэнергетическими системами иностранных государств</w:t>
      </w:r>
    </w:p>
    <w:p>
      <w:r>
        <w:rPr>
          <w:b/>
        </w:rPr>
        <w:t xml:space="preserve">5. </w:t>
      </w:r>
      <w:r>
        <w:t>С 1 января 2014 года не допускается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за исключением случаев, предусмотренных пунктами 6, 7 и 8 настоящей статьи. (Дополнение пунктом - Федеральный закон от 04.11.2007 № 250-ФЗ) (В редакции Федерального закона от 06.11.2013 № 308-ФЗ)</w:t>
      </w:r>
    </w:p>
    <w:p>
      <w:r>
        <w:rPr>
          <w:b/>
        </w:rPr>
        <w:t xml:space="preserve">6. </w:t>
      </w:r>
      <w:r>
        <w:t>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может осуществляться при условии предварительного заключения такими потребителями соглашений с территориальными сетевыми организациями. Данные соглашения должны предусматривать согласие потребителей электрической энергии на заключение в последующем договоров оказания услуг по передаче электрической энергии территориальными сетевыми организациями с использованием объектов электросетевого хозяйства и (или) их частей, принадлежащих организации по управлению единой национальной (общероссийской) электрической сетью и переданных в аренду. (Дополнение пунктом - Федеральный закон от 06.11.2013 № 308-ФЗ)</w:t>
      </w:r>
    </w:p>
    <w:p>
      <w:r>
        <w:rPr>
          <w:b/>
        </w:rPr>
        <w:t xml:space="preserve">7. </w:t>
      </w:r>
      <w:r>
        <w:t>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области, Тамбовской области, Томской области, Тюменской области, Челябинской области, Ханты-Мансийского автономного округа - Югры, Ямало-Ненецкого автономного округа. При этом передаются в аренду только объекты электросетевого хозяйства и (или) их части, в отношении которых по состоянию на 1 сентября 2013 года действовали договоры аренды, заключенные между организацией по управлению единой национальной (общероссийской) электрической сетью и территориальными сетевыми организациями. (Дополнение пунктом - Федеральный закон от 06.11.2013 № 308-ФЗ)</w:t>
      </w:r>
    </w:p>
    <w:p>
      <w:r>
        <w:rPr>
          <w:b/>
        </w:rPr>
        <w:t xml:space="preserve">8. </w:t>
      </w:r>
      <w:r>
        <w:t>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потребителей электрической энергии технологически присоединены после 1 января 2007 года. (Дополнение пунктом - Федеральный закон от 06.11.2013 № 308-ФЗ)</w:t>
      </w:r>
    </w:p>
    <w:p>
      <w:r>
        <w:rPr>
          <w:b/>
        </w:rPr>
        <w:t xml:space="preserve">9. </w:t>
      </w:r>
      <w:r>
        <w:t>Передача в аренду объектов электросетевого хозяйства и (или) их частей в соответствии с пунктами 7 и 8 настоящей статьи осуществляется: до 1 июля 2029 года на территориях Республики Бурятия, Забайкальского края, Амурской области, Еврейской автономной области; до 1 июля 2017 года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области, Тамбовской области, Томской области, Тюменской области, Челябинской области, Ханты-Мансийского автономного округа - Югры, Ямало-Ненецкого автономного округа. (Дополнение пунктом - Федеральный закон от 06.11.2013 № 308-ФЗ)</w:t>
      </w:r>
    </w:p>
    <w:p>
      <w:r>
        <w:rPr>
          <w:b/>
        </w:rPr>
        <w:t xml:space="preserve">10. </w:t>
      </w:r>
      <w:r>
        <w:t>Заключение в соответствии с требованиями пунктов 7 и 8 настоящей статьи с территориальными сетевыми организациями, которым объекты электросетевого хозяйства и (или) их части были переданы в аренду ранее, договоров аренды таких объектов и (или) их частей является обязательным для организации по управлению единой национальной (общероссийской) электрической сетью. Сроки действия данных договоров не должны превышать сроки, указанные в пункте 9 настоящей статьи. (Дополнение пунктом - Федеральный закон от 06.11.2013 № 308-ФЗ)</w:t>
      </w:r>
    </w:p>
    <w:p>
      <w:r>
        <w:rPr>
          <w:b/>
        </w:rPr>
        <w:t xml:space="preserve">11. </w:t>
      </w:r>
      <w:r>
        <w:t>Переданные в аренду в соответствии с пунктами 6, 7 и 8 настоящей статьи объекты электросетевого хозяйства и (или) их части используются территориальными сетевыми организациями для оказания услуг по передаче электрической энергии потребителям, энергопринимающие устройства которых технологически присоединены к таким объектам и (или) их частям. Исполнение обязательств территориальных сетевых организаций по оказанию услуг по передаче электрической энергии потребителям, энергопринимающие устройства которых технологически присоединены к переданным в аренду в соответствии с пунктами 6, 7 и 8 настоящей статьи объектам электросетевого хозяйства и (или) их частям, может обеспечиваться организацией по управлению единой национальной (общероссийской) электрической сетью посредством исполнения обязательств по эксплуатации соответствующего объекта электросетевого хозяйства в целом в соответствии с договором его аренды. (Дополнение пунктом - Федеральный закон от 06.11.2013 № 308-ФЗ)</w:t>
      </w:r>
    </w:p>
    <w:p>
      <w:r>
        <w:rPr>
          <w:b/>
        </w:rPr>
        <w:t>Статья 9. Услуги по передаче электрической энергии по единой национальной (общероссийской) электрической сети</w:t>
      </w:r>
    </w:p>
    <w:p>
      <w:r>
        <w:rPr>
          <w:b/>
        </w:rPr>
        <w:t xml:space="preserve">1. </w:t>
      </w:r>
      <w:r>
        <w:t>Организация по управлению единой национальной (общероссийской) электрической сетью оказывает на возмездной договорной основе услуги по передаче электрической энергии по единой национальной (общероссийской) электрической сети: (В редакции Федерального закона от 13.07.2024 № 185-ФЗ) лицам, владеющим на праве собственности или ином законном основании объектами электроэнергетики и (или) энергопринимающими устройствами, непосредственно технологически присоединенными в установленном порядке к единой национальной (общероссийской) электрической сети (лицам, действующим в их интересах), за исключением территориальных сетевых организаций; (Дополнение абзацем - Федеральный закон от 13.07.2024 № 185-ФЗ) лицам, владеющим на праве собственности или ином законном основании объектами электроэнергетики и (или) энергопринимающими устройствами, непосредственно технологически присоединенными в установленном порядке к объектам электроэнергетики и (или) энергопринимающим устройствам, указанным в абзаце втором настоящего пункта и принадлежащим потребителям электрической энергии, при условии, что технологическое присоединение было произведено не позднее 31 декабря 2024 года и на указанный день в отношении этих присоединенных объектов и (или) устройств действовал и исполнялся договор оказания услуг по передаче электрической энергии по единой национальной (общероссийской) электрической сети (лицам, действующим в их интересах); (Дополнение абзацем - Федеральный закон от 13.07.2024 № 185-ФЗ) лицам, владеющим на праве собственности или ином законном основании энергопринимающими устройствами с уровнем напряжения 110 киловольт и выше, непосредственно технологически присоединенными в установленном порядке к объектам по производству электрической энергии, непосредственно технологически присоединенным к единой национальной (общероссийской) электрической сети, при условии, что технологическое присоединение к таким объектам по производству электрической энергии было произведено не позднее 31 декабря 2024 года и на указанный день в отношении этих присоединенных устройств действовал и исполнялся договор оказания услуг по передаче электрической энергии по единой национальной (общероссийской) электрической сети (лицам, действующим в их интересах); (Дополнение абзацем - Федеральный закон от 13.07.2024 № 185-ФЗ) субъектам оптового рынка, осуществляющим куплю-продажу электрической энергии на территориях, на которых располагаются электроэнергетические системы иностранных государств; (Дополнение абзацем - Федеральный закон от 13.07.2024 № 185-ФЗ) системообразующим территориальным сетевым организациям. (Дополнение абзацем - Федеральный закон от 13.07.2024 № 185-ФЗ) Организация по управлению единой национальной (общероссийской) электрической сетью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 оказания услуг по передаче электрической энергии, купля-продажа которой осуществляется субъектами оптового рынка на территории Российской Федерации и (или) на территориях, на которых располагаются электроэнергетические системы иностранных государств, в порядке и в случаях, которые установлены Правительством Российской Федерации, осуществляет урегулирование отношений по использованию электрических сетей электроэнергетических систем иностранных государств и передаче электрической энергии по указанным сетям, а также оказывает связанные с этими отношениями услуги. Заключение договоров оказания услуг по передаче электрической энергии по единой национальной (общероссийской) электрической сети является обязательным для организации по управлению единой национальной (общероссийской) электрической сетью. (В редакции Федерального закона от 11.06.2022 № 174-ФЗ) Организация по управлению единой национальной (общероссийской) электрической сетью отказывает в заключении такого договора обратившемуся лицу, если объект электросетевого хозяйства и (или) его часть, к которым технологически присоединены энергопринимающие устройства обратившегося лица, переданы в аренду территориальной сетевой организации в соответствии с пунктами 6, 7 и 8 статьи 8 настоящего Федерального закона. (Дополнение абзацем - Федеральный закон от 06.11.2013 № 308-ФЗ)</w:t>
      </w:r>
    </w:p>
    <w:p>
      <w:r>
        <w:rPr>
          <w:b/>
        </w:rPr>
        <w:t xml:space="preserve">2. </w:t>
      </w:r>
      <w:r>
        <w:t>(Пункт утратил силу - Федеральный закон от 26.07.2010 № 187-ФЗ)</w:t>
      </w:r>
    </w:p>
    <w:p>
      <w:r>
        <w:rPr>
          <w:b/>
        </w:rPr>
        <w:t xml:space="preserve">3. </w:t>
      </w:r>
      <w:r>
        <w:t>Деятельность по оказанию услуг по передаче электрической энергии, осуществляемая организацией по управлению единой национальной (общероссийской) электрической сетью, а также указанная деятельность собственников или иных законных владельцев объектов электросетевого хозяйства, входящих в состав единой национальной (общероссийской) электрической сети, осуществляется в условиях естественной монополии и регулируется в соответствии с законодательством о естественных монополиях, настоящим Федеральным законом и иными федеральными законами. (Статья в редакции Федерального закона от 04.11.2007 № 250-ФЗ)</w:t>
      </w:r>
    </w:p>
    <w:p>
      <w:r>
        <w:rPr>
          <w:b/>
        </w:rPr>
        <w:t>Статья 10. Развитие единой национальной (общероссийской) электрической сети</w:t>
      </w:r>
    </w:p>
    <w:p>
      <w:r>
        <w:rPr>
          <w:b/>
        </w:rPr>
        <w:t xml:space="preserve">1. </w:t>
      </w:r>
      <w:r>
        <w:t>Организация по управлению единой национальной (общероссийской) электрической сетью осуществляет деятельность по развитию этой сети и строительству объектов электросетевого хозяйства, входящих в единую национальную (общероссийскую) электрическую сеть, в порядке, установленном статьей 42 настоящего Федерального закона. Указанная деятельность включает в себя меры, направленные на устранение технологических ограничений перетока электрической энергии между регионами Российской Федерации и развитие пропускной способности электрических сетей для обеспечения выдачи мощности электростанциями. Финансирование таких мер осуществляется за счет собственных и привлеченных средств организации по управлению единой национальной (общероссийской) электрической сетью, а также иных не запрещенных законом источников. Абзац. (Утратил силу - Федеральный закон от 11.06.2022 № 174-ФЗ) Регулирование инвестиционной деятельности организации по управлению единой национальной (общероссийской) электрической сетью, в том числе в форме согласования схем и программ развития единой национальной (общероссийской) электрической сети на долгосрочный период, планов капитальных вложений и контроля за их исполнением, осуществляется федеральными органами исполнительной власти в порядке, определяемом Правительством Российской Федерации</w:t>
      </w:r>
    </w:p>
    <w:p>
      <w:r>
        <w:rPr>
          <w:b/>
        </w:rPr>
        <w:t xml:space="preserve">2. </w:t>
      </w:r>
      <w:r>
        <w:t>Кроме организации по управлению единой национальной (общероссийской) электрической сетью любые лица вправе осуществлять строительство линий электропередачи в порядке, установленном статьей 42 настоящего Федерального закона. Лица, осуществляющие такое строительство, имеют право на технологическое присоединение построенных линий электропередачи к действующим электрическим сетям в соответствии со статьей 26 настоящего Федерального закона. (Статья в редакции Федерального закона от 04.11.2007 № 250-ФЗ)</w:t>
      </w:r>
    </w:p>
    <w:p>
      <w:pPr>
        <w:pStyle w:val="Heading3"/>
      </w:pPr>
      <w:r>
        <w:t>ОПЕРАТИВНО-ДИСПЕТЧЕРСКОЕ УПРАВЛЕНИЕ В ЭЛЕКТРОЭНЕРГЕТИКЕ</w:t>
      </w:r>
    </w:p>
    <w:p>
      <w:r>
        <w:rPr>
          <w:b/>
        </w:rPr>
        <w:t>Статья 11. Система оперативно-диспетчерского управления в электроэнергетике</w:t>
      </w:r>
    </w:p>
    <w:p>
      <w:r>
        <w:rPr>
          <w:b/>
        </w:rPr>
        <w:t xml:space="preserve">1. </w:t>
      </w:r>
      <w:r>
        <w:t>Система оперативно-диспетчерского управления в электроэнергетике включает в себя комплекс мер по централизованному планированию и управлению технологическими режимами работы и эксплуатационным состоянием объектов электроэнергетики и энергопринимающих установок потребителей в пределах Единой энергетической системы России и технологически изолированных территориальных электроэнергетических систем и мер по проектированию развития электроэнергетических систем, осуществляемых субъектами оперативно-диспетчерского управления, уполномоченными на осуществление указанных мер в порядке, установленном настоящим Федеральным законом, а начиная с 1 января 2024 года системным оператором. (В редакции федеральных законов от 11.06.2022 № 174-ФЗ, от 13.07.2024 № 185-ФЗ)</w:t>
      </w:r>
    </w:p>
    <w:p>
      <w:r>
        <w:rPr>
          <w:b/>
        </w:rPr>
        <w:t xml:space="preserve">2. </w:t>
      </w:r>
      <w:r>
        <w:t>Целью деятельности системы оперативно-диспетчерского управления в электроэнергетике является обеспечение надежного функционирования электроэнергетической системы посредством выполнения требований к параметрам электроэнергетического режима работы электроэнергетической системы, установленных утверждаемыми Правительством Российской Федерации правилами технологического функционирования электроэнергетических систем, а также обеспечение развития электроэнергетической системы в соответствии с правилами технологического функционирования электроэнергетических систем и иными требованиями, установленными нормативными правовыми актами Правительства Российской Федерации и уполномоченных им федеральных органов исполнительной власти. (В редакции Федерального закона от 11.06.2022 № 174-ФЗ)</w:t>
      </w:r>
    </w:p>
    <w:p>
      <w:r>
        <w:rPr>
          <w:b/>
        </w:rPr>
        <w:t xml:space="preserve">3. </w:t>
      </w:r>
      <w:r>
        <w:t>Оперативно-диспетчерское управление атомными станциями осуществляется в соответствии с положениями настоящей главы, а также особенностями, предусмотренными федеральными законами и иными нормативными правовыми актами Российской Федерации в области использования атомной энергии</w:t>
      </w:r>
    </w:p>
    <w:p>
      <w:r>
        <w:rPr>
          <w:b/>
        </w:rPr>
        <w:t>Статья 12. Субъекты оперативно-диспетчерского управления</w:t>
      </w:r>
    </w:p>
    <w:p>
      <w:r>
        <w:rPr>
          <w:b/>
        </w:rPr>
        <w:t xml:space="preserve">1. </w:t>
      </w:r>
      <w:r>
        <w:t>До 31 декабря 2023 года включительно субъектами оперативно-диспетчерского управления в электроэнергетике являются: (В редакции Федерального закона от 11.06.2022 № 174-ФЗ) системный оператор - специализированная организация, единолично осуществляющая централизованное оперативно-диспетчерское управление в пределах Единой энергетической системы России (при присоединении технологически изолированной территориальной электроэнергетической системы к Единой энергетической системе России в установленных Правительством Российской Федерации случаях и в течение определенного Правительством Российской Федерации переходного периода, проектировании развития электроэнергетических систем, подготовке к принятию функций по оперативно-диспетчерскому управлению в электроэнергетике в технологически изолированных территориальных электроэнергетических системах и выполнении указанных функций также в пределах соответствующих технологически изолированных территориальных электроэнергетических систем) и уполномоченная на выдачу оперативных диспетчерских команд и распоряжений, обязательных для субъектов электроэнергетики и потребителей электрической энергии, влияющих на электроэнергетический режим работы электроэнергетической системы; (В редакции федеральных законов от 29.06.2018 № 172-ФЗ, от 02.08.2019 № 262-ФЗ, от 11.06.2022 № 174-ФЗ) иные субъекты оперативно-диспетчерского управления в электроэнергетике - организации, осуществляющие оперативно-диспетчерское управление в электроэнергетике в пределах технологически изолированных территориальных электроэнергетических систем (при присоединении технологически изолированной территориальной электроэнергетической системы к другой электроэнергетической системе и передаче системному оператору функций по оперативно-диспетчерскому управлению в соответствии со статьей 19 настоящего Федерального закона в течение определенного Правительством Российской Федерации переходного периода с учетом особенностей, установленных настоящим Федеральным законом и принимаемыми в соответствии с ним нормативными правовыми актами Правительства Российской Федерации) и уполномоченные на выдачу оперативных диспетчерских команд и распоряжений, обязательных для субъектов электроэнергетики и потребителей электрической энергии, влияющих на электроэнергетический режим работы электроэнергетической системы, в пределах зон диспетчерской ответственности соответствующих субъектов оперативно-диспетчерского управления в электроэнергетике. (В редакции федеральных законов от 29.06.2018 № 172-ФЗ, от 02.08.2019 № 262-ФЗ, от 11.06.2022 № 174-ФЗ) (Пункт в редакции Федерального закона от 04.11.2007 № 250-ФЗ)</w:t>
      </w:r>
    </w:p>
    <w:p>
      <w:r>
        <w:rPr>
          <w:b/>
        </w:rPr>
        <w:t xml:space="preserve">11. </w:t>
      </w:r>
      <w:r>
        <w:t>Начиная с 1 января 2024 года субъектом оперативно-диспетчерского управления в электроэнергетике является системный оператор - специализированная организация, единолично осуществляющая централизованное оперативно-диспетчерское управление в пределах Единой энергетической системы России и технологически изолированных территориальных электроэнергетических систем и уполномоченная на выдачу оперативных диспетчерских команд и распоряжений, обязательных для выполнения субъектами электроэнергетики и потребителями электрической энергии, технологический режим работы и эксплуатационное состояние объектов электроэнергетики и (или) энергопринимающих установок которых влияют на электроэнергетический режим работы электроэнергетической системы. (Дополнение пунктом - Федеральный закон от 11.06.2022 № 174-ФЗ)</w:t>
      </w:r>
    </w:p>
    <w:p>
      <w:r>
        <w:rPr>
          <w:b/>
        </w:rPr>
        <w:t xml:space="preserve">2. </w:t>
      </w:r>
      <w:r>
        <w:t>Перечень технологически изолированных территориальных электроэнергетических систем определяется правилами технологического функционирования электроэнергетических систем, утверждаемыми Правительством Российской Федерации. (В редакции Федерального закона от 11.06.2022 № 174-ФЗ)</w:t>
      </w:r>
    </w:p>
    <w:p>
      <w:r>
        <w:rPr>
          <w:b/>
        </w:rPr>
        <w:t xml:space="preserve">3. </w:t>
      </w:r>
      <w:r>
        <w:t>Системный оператор является открытым акционерным обществом. Доля участия Российской Федерации в уставном капитале системного оператора в период реформирования Российского открытого акционерного общества энергетики и электрификации "Единая энергетическая система России" не может составлять менее чем 52 процента. До завершения реформирования доля Российской Федерации должна быть увеличена до уровня 100 процентов в уставном капитале системного оператора способами, предусмотренными законодательством Российской Федерации. Особенности создания системного оператора определяются Федеральным законом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 (В редакции Федерального закона от 04.11.2007 № 250-ФЗ)</w:t>
      </w:r>
    </w:p>
    <w:p>
      <w:r>
        <w:rPr>
          <w:b/>
        </w:rPr>
        <w:t xml:space="preserve">4. </w:t>
      </w:r>
      <w:r>
        <w:t>Системному оператору и его аффилированным лицам, группам лиц запрещается заниматься деятельностью по оказанию услуг по управлению изменением режима потребления электрической энергии и деятельностью по производству и купле-продаже электрической энергии, за исключением купли-продажи электрической энергии (мощности), осуществляемой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 (В редакции федеральных законов от 04.11.2007 № 250-ФЗ, от 02.11.2023 № 516-ФЗ)</w:t>
      </w:r>
    </w:p>
    <w:p>
      <w:r>
        <w:rPr>
          <w:b/>
        </w:rPr>
        <w:t>Статья 13. Основные принципы оперативно-диспетчерского управления в электроэнергетике</w:t>
      </w:r>
    </w:p>
    <w:p>
      <w:r>
        <w:rPr>
          <w:b/>
        </w:rPr>
        <w:t xml:space="preserve">1. </w:t>
      </w:r>
      <w:r>
        <w:t>Основными принципами оперативно-диспетчерского управления в электроэнергетике являются: обеспечение баланса производства и потребления электрической энергии; абзац; (Утратил силу - Федеральный закон от 04.11.2007 № 250-ФЗ) безусловное исполнение субъектами электроэнергетики и потребителями электрической энергии, влияющими на электроэнергетический режим работы электроэнергетической системы, указаний субъектов оперативно-диспетчерского управления по регулированию технологических режимов работы объектов электроэнергетики (оперативных диспетчерских команд и распоряжений); (В редакции Федерального закона от 02.08.2019 № 262-ФЗ) осуществление мер, направленных на обеспечение безопасного функционирования электроэнергетики и предотвращение возникновения аварийных ситуаций; принятие мер, направленных на обеспечение в Единой энергетической системе России нормированного резерва энергетических мощностей; обеспечение прогнозирования объема производства и потребления электрической энергии; (В редакции Федерального закона от 11.06.2022 № 174-ФЗ) приоритетность режимов комбинированной выработки электрической и тепловой энергии в осенне-зимний период регулирования режимов работы генерирующего оборудования; экономическая эффективность оперативных диспетчерских команд и распоряжений и использования средств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 из диспетчерских центров субъекта оперативно-диспетчерского управления в электроэнергетике, основанная на оптимизации режимов работы Единой энергетической системы России и технологически изолированных территориальных электроэнергетических систем по критерию минимизации суммарных затрат покупателей электрической энергии; (В редакции Федерального закона от 13.07.2024 № 185-ФЗ) ответственность субъекта оперативно-диспетчерского управления и его должностных лиц перед субъектами оптового и розничных рынков за результаты действий, осуществляемых с нарушением законодательства Российской Федерации, порядка оперативно-диспетчерского управления в электроэнергетике и правил оптового рынка, утверждаемых Правительством Российской Федерации. (В редакции Федерального закона от 11.06.2022 № 174-ФЗ) Порядок реализации указанных принципов определяется настоящим Федеральным законом, а также правилами оптового рынка и иными нормативными правовыми актами, утверждаемыми Правительством Российской Федерации. (В редакции Федерального закона от 04.11.2007 № 250-ФЗ)</w:t>
      </w:r>
    </w:p>
    <w:p>
      <w:r>
        <w:rPr>
          <w:b/>
        </w:rPr>
        <w:t xml:space="preserve">2. </w:t>
      </w:r>
      <w:r>
        <w:t>Критерии экономической эффективности оперативных диспетчерских команд и распоряжений системного оператора и осуществляемых им действий по дистанционному управлению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 устанавливаются правилами оптового рынка, утверждаемыми Правительством Российской Федерации, а для технологически изолированных территориальных электроэнергетических систем начиная с 1 января 2024 года основными положениями функционирования розничных рынков, утверждаемыми Правительством Российской Федерации. (В редакции Федерального закона от 13.07.2024 № 185-ФЗ) Обеспечение надежного функционирования электроэнергетической системы и экономической эффективности оперативных диспетчерских команд и распоряжений системного оператора и осуществляемых им действий по дистанционному управлению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 является приоритетом при осуществлении оперативно-диспетчерского управления в электроэнергетике. Условием любых действий системного оператора является выбор экономически наиболее эффективного решения, которое обеспечивает соблюдение требований к параметрам электроэнергетического режима работы электроэнергетической системы, установленных утверждаемыми Правительством Российской Федерации правилами технологического функционирования электроэнергетических систем, за исключением случаев, если действия системного оператора направлены на предотвращение возникновения и ликвидацию аварийных ситуаций в электроэнергетической системе. В указанных случаях системный оператор исходит из приоритетности мер, направленных на предотвращение возникновения и ликвидацию аварийных ситуаций в электроэнергетической системе, перед экономической эффективностью оперативных диспетчерских команд и распоряжений системного оператора и осуществляемых им действий по дистанционному управлению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 (В редакции Федерального закона от 13.07.2024 № 185-ФЗ) (Пункт в редакции Федерального закона от 11.06.2022 № 174-ФЗ)</w:t>
      </w:r>
    </w:p>
    <w:p>
      <w:r>
        <w:rPr>
          <w:b/>
        </w:rPr>
        <w:t>Статья 14. Функции системного оператора</w:t>
      </w:r>
    </w:p>
    <w:p>
      <w:r>
        <w:t>(Наименование в редакции Федерального закона от 11.06.2022 № 174-ФЗ)</w:t>
      </w:r>
    </w:p>
    <w:p>
      <w:r>
        <w:rPr>
          <w:b/>
        </w:rPr>
        <w:t xml:space="preserve">1. </w:t>
      </w:r>
      <w:r>
        <w:t>Системный оператор осуществляет: обеспечение соблюдения установленных параметров надежности функционирования Единой энергетической системы России, технологически изолированных территориальных электроэнергетических систем и качества электрической энергии, в том числе участие в соответствии с правовыми актами Правительства Российской Федерации в разработке, согласовании, реализации и проверке выполнения технических решений и мероприятий, направленных на обеспечение надежного и устойчивого функционирования электроэнергетической системы в текущий и перспективный периоды, надежной и безопасной работы объектов электроэнергетики и энергопринимающих установок в ее составе; (В редакции Федерального закона от 11.06.2022 № 174-ФЗ) планирование электроэнергетических режимов работы электроэнергетической системы и управление ими, управление технологическими режимами работы объектов электроэнергетики в порядке, установленном Правительством Российской Федерации; (В редакции Федерального закона от 11.06.2022 № 174-ФЗ) участие в организации деятельности по прогнозированию объема производства и потребления в сфере электроэнергетики, прогнозирование объема производства и потребления в сфере электроэнергетики, в том числе прогнозирование спроса на электрическую энергию и мощность и формирование балансов электрической энергии и мощности на перспективные периоды, и участие в процессе формирования резерва производственных энергетических мощностей; (В редакции Федерального закона от 11.06.2022 № 174-ФЗ) разработку и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документов перспективного развития электроэнергетики; (В редакции Федерального закона от 11.06.2022 № 174-ФЗ) согласование вывода в ремонт и из эксплуатации объектов электросетевого хозяйства и объектов по производству электрической и тепловой энергии, а также ввода их после ремонта и в эксплуатацию; выдачу в порядке, установленном правилами оперативно-диспетчерского управления в электроэнергетике, утверждаемыми Правительством Российской Федерации, субъектам электроэнергетики и потребителям электрической энергии, влияющим на электроэнергетический режим работы электроэнергетической системы, обязательных для исполнения оперативных диспетчерских команд и распоряжений, связанных с осуществлением функций системного оператора, а также изменение технологических режимов работы и эксплуатационного состояния принадлежащих таким субъектам электроэнергетики и потребителям электрической энергии линий электропередачи, оборудования и устройств объектов электроэнергетики и энергопринимающих установок путем непосредственного воздействия на них с использованием средств дистанционного управления из диспетчерских центров системного оператора; (В редакции федеральных законов от 02.08.2019 № 262-ФЗ, от 13.07.2024 № 185-ФЗ) разработку оптимальных суточных графиков работы электростанций и электрических сетей Единой энергетической системы России, а также технологически изолированных территориальных электроэнергетических систем; (В редакции Федерального закона от 11.06.2022 № 174-ФЗ) регулирование частоты электрического тока и перетоков мощности, обеспечение функционирования устройств противоаварийной и режимной автоматики; (В редакции Федерального закона от 23.06.2016 № 196-ФЗ) организацию и управление режимами параллельной (совместной) работы российской электроэнергетической системы и электроэнергетических систем иностранных государств; (В редакции Федерального закона от 11.06.2022 № 174-ФЗ) участие в формировании, выдаче и проверке выполнения при присоединении объектов электроэнергетики и энергопринимающих устройств потребителей электрической энергии к электрическим сетям технологических требований, обеспечивающих их работу в составе Единой энергетической системы России или технологически изолированных территориальных электроэнергетических систем, а также участие в формировании и выдаче технологических требований при реализации мероприятий по обеспечению вывода объектов электроэнергетики из эксплуатации; (В редакции Федерального закона от 11.06.2022 № 174-ФЗ) участие в осуществлении уполномоченными федеральными органами исполнительной власти контроля за техническим состоянием объектов электроэнергетики и энергопринимающих устройств потребителей электрической энергии, влияющих на надежность и безопасность функционирования Единой энергетической системы России; организацию отбора исполнителей услуг по обеспечению системной надежности и оплату таких услуг в целях обеспечения надежности функционирования Единой энергетической системы России в порядке, установленном Правительством Российской Федерации; (В редакции Федерального закона от 11.06.2022 № 174-ФЗ) участие в расследовании причин аварий и инцидентов в электроэнергетике и осуществление систематизации информации об авариях и инцидентах в электроэнергетике в порядке, установленном Правительством Российской Федерации; (Дополнение абзацем - Федеральный закон от 11.06.2022 № 174-ФЗ) (В редакции Федерального закона от 13.07.2024 № 185-ФЗ) формирование, поддержание в актуальном состоянии и предоставление другим лицам для целей перспективного развития электроэнергетики перспективных расчетных моделей электроэнергетических систем или фрагментов таких моделей в соответствии с пунктами 10 и 11 статьи 61 настоящего Федерального закона; (Дополнение абзацем - Федеральный закон от 11.06.2022 № 174-ФЗ) (В редакции Федерального закона от 13.07.2024 № 185-ФЗ) оценку возможности и эффективности применения в Единой энергетической системе России и технологически изолированных территориальных электроэнергетических системах результатов научно-технической и инновационной деятельности в области производства, передачи электрической энергии, оперативно-диспетчерского управления в электроэнергетике, оперативно-технологического управления, релейной защиты и автоматики, а также участие в разработке инновационных проектов и новых технологий в области оперативно-диспетчерского управления в электроэнергетике, оперативно-технологического управления, релейной защиты и автоматики; (Дополнение абзацем - Федеральный закон от 11.06.2022 № 174-ФЗ) организацию и проведение отбора исполнителей услуг по управлению изменением режима потребления электрической энергии в порядке, установленном Правительством Российской Федерации; (Дополнение абзацем - Федеральный закон от 02.11.2023 № 516-ФЗ) формирование, поддержание в актуальном состоянии и раскрытие (предоставление) другим лицам цифровых информационных моделей электроэнергетических систем или фрагментов таких моделей в порядке, определяемом соответственно Правительством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(Дополнение абзацем - Федеральный закон от 13.07.2024 № 185-ФЗ) иные функции, определенные настоящим Федеральным законом и иными нормативными правовыми актами Российской Федерации в сфере электроэнергетики. (Дополнение абзацем - Федеральный закон от 11.06.2022 № 174-ФЗ) (Пункт в редакции Федерального закона от 04.11.2007 № 250-ФЗ)</w:t>
      </w:r>
    </w:p>
    <w:p>
      <w:r>
        <w:rPr>
          <w:b/>
        </w:rPr>
        <w:t xml:space="preserve">2. </w:t>
      </w:r>
      <w:r>
        <w:t>(Пункт утратил силу - Федеральный закон от 11.06.2022 № 174-ФЗ)</w:t>
      </w:r>
    </w:p>
    <w:p>
      <w:r>
        <w:rPr>
          <w:b/>
        </w:rPr>
        <w:t xml:space="preserve">3. </w:t>
      </w:r>
      <w:r>
        <w:t>Субъекты электроэнергетики вправе не исполнять оперативные диспетчерские команды и распоряжения субъекта оперативно-диспетчерского управления в электроэнергетике и команды дистанционного управления, если их исполнение создает угрозу жизни людей, повреждения оборудования или приводит к нарушению пределов и условий безопасной эксплуатации атомных электростанций. (В редакции Федерального закона от 13.07.2024 № 185-ФЗ)</w:t>
      </w:r>
    </w:p>
    <w:p>
      <w:r>
        <w:rPr>
          <w:b/>
        </w:rPr>
        <w:t xml:space="preserve">4. </w:t>
      </w:r>
      <w:r>
        <w:t>Выдача обязательных для исполнения оперативных диспетчерских команд и распоряжений, связанных с ограничением режима потребления электрической энергии (мощности) потребителей электрической энергии, и ограничение режима потребления электрической энергии (мощности) потребителей электрической энергии с использованием средств дистанционного управления из диспетчерских центров системного оператора осуществляются системным оператором только в случае необходимости принятия мер по предотвращению возникновения или ликвидации аварийных ситуаций. (Дополнение пунктом - Федеральный закон от 02.08.2019 № 262-ФЗ) (В редакции федеральных законов от 11.06.2022 № 174-ФЗ, от 13.07.2024 № 185-ФЗ)</w:t>
      </w:r>
    </w:p>
    <w:p>
      <w:r>
        <w:rPr>
          <w:b/>
        </w:rPr>
        <w:t>Статья 15. Аварийные электроэнергетические режимы</w:t>
      </w:r>
    </w:p>
    <w:p>
      <w:r>
        <w:t>При возникновении или угрозе возникновения аварийных электроэнергетических режимов (режимов, которые характеризуются параметрами, выходящими за допустимые пределы, определяемые в соответствии с обязательными требованиями) действует особый порядок оперативно-диспетчерского управления в электроэнергетике. Особенности оперативно-диспетчерского управления в электроэнергетике при возникновении или угрозе возникновения аварийных электроэнергетических режимов и соответствующие обязанности субъектов электроэнергетики и потребителей электрической энергии устанавливаются правилами технологического функционирования электроэнергетических систем и правилами оперативно-диспетчерского управления в электроэнергетике, утверждаемыми Правительством Российской Федерации. (Статья в редакции Федерального закона от 11.06.2022 № 174-ФЗ)</w:t>
      </w:r>
    </w:p>
    <w:p>
      <w:r>
        <w:rPr>
          <w:b/>
        </w:rPr>
        <w:t>Статья 151. Обеспечение дистанционного управления технологическими режимами работы и эксплуатационным состоянием объектов электроэнергетики из диспетчерских центров субъекта оперативно-диспетчерского управления в электроэнергетике</w:t>
      </w:r>
    </w:p>
    <w:p>
      <w:r>
        <w:rPr>
          <w:b/>
        </w:rPr>
        <w:t xml:space="preserve">1. </w:t>
      </w:r>
      <w:r>
        <w:t>В отношении функционирующих в составе Единой энергетической системы России объектов электросетевого хозяйства классом напряжения 220 киловольт и выше и объектов по производству электрической энергии (мощности), установленная генерирующая мощность которых равна или превышает 25 мегаватт (за исключением атомных электростанций), а также в отношении функционирующих в составе технологически изолированных территориальных электроэнергетических систем объектов электросетевого хозяйства классом напряжения 110 киловольт и выше и объектов по производству электрической энергии (мощности), установленная генерирующая мощность которых равна или превышает 5 мегаватт (за исключением атомных электростанций), в порядке, установленном настоящей статьей, осуществляется переход к дистанционному управлению технологическими режимами и эксплуатационным состоянием таких объектов из диспетчерских центров субъекта оперативно-диспетчерского управления в электроэнергетике</w:t>
      </w:r>
    </w:p>
    <w:p>
      <w:r>
        <w:rPr>
          <w:b/>
        </w:rPr>
        <w:t xml:space="preserve">2. </w:t>
      </w:r>
      <w:r>
        <w:t>При проектировании, строительстве, реконструкции объектов электроэнергетики, которые соответствуют указанным в пункте 1 настоящей статьи критериям и проектная документация на строительство (реконструкцию) которых будет утверждена в период начиная с 1 января 2025 года, собственниками или иными законными владельцами таких объектов электроэнергетики должны быть обеспечены разработка и реализация мероприятий, необходимых для создания технической возможности осуществления изменения технологических режимов работы и эксплуатационного состояния указанных объектов электроэнергетики посредством дистанционного управления из диспетчерских центров субъекта оперативно-диспетчерского управления в электроэнергетике</w:t>
      </w:r>
    </w:p>
    <w:p>
      <w:r>
        <w:rPr>
          <w:b/>
        </w:rPr>
        <w:t xml:space="preserve">3. </w:t>
      </w:r>
      <w:r>
        <w:t>Собственники или иные законные владельцы объектов электроэнергетики, которые введены в эксплуатацию до 1 января 2025 года, соответствуют указанным в пункте 1 настоящей статьи критериям и в отношении которых имеется техническая возможность реализации дистанционного управления из диспетчерских центров субъекта оперативно-диспетчерского управления в электроэнергетике, и субъект оперативно-диспетчерского управления в электроэнергетике обязаны не позднее 1 января 2027 года обеспечить переход к управлению технологическими режимами работы и эксплуатационным состоянием таких объектов электроэнергетики посредством дистанционного управления из диспетчерских центров субъекта оперативно-диспетчерского управления в электроэнергетике в соответствии с планами-графиками реализации необходимых для этого мероприятий, разработанными указанными собственниками или иными законными владельцами объектов электроэнергетики и согласованными субъектом оперативно-диспетчерского управления в электроэнергетике. В отношении введенных в эксплуатацию объектов электроэнергетики, которые соответствуют указанным в пункте 1 настоящей статьи критериям и для которых техническая возможность реализации дистанционного управления из диспетчерских центров субъекта оперативно-диспетчерского управления в электроэнергетике по состоянию на 1 января 2025 года отсутствует, и в отношении объектов электроэнергетики, проектной документацией на строительство (реконструкцию) которых техническая возможность реализации дистанционного управления из диспетчерских центров субъекта оперативно-диспетчерского управления в электроэнергетике не предусмотрена, создание технической возможности реализации дистанционного управления из диспетчерских центров субъекта оперативно-диспетчерского управления в электроэнергетике осуществляется при последующей реконструкции таких объектов электроэнергетики. В отношении введенных в эксплуатацию объектов электроэнергетики, которые соответствуют указанным в пункте 1 настоящей статьи критериям и для которых уполномоченным органом до 1 января 2027 года согласован вывод из эксплуатации, реализация дистанционного управления из диспетчерских центров субъекта оперативно-диспетчерского управления в электроэнергетике не осуществляется. Критерии наличия технической возможности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порядок определения наличия указанной технической возможности и обязательный минимальный состав оборудования и устройств объектов электроэнергетики, в отношении которых осуществляется дистанционное управление из диспетчерских центров субъекта оперативно-диспетчерского управления в электроэнергетике, определяются Правительством Российской Федерации</w:t>
      </w:r>
    </w:p>
    <w:p>
      <w:r>
        <w:rPr>
          <w:b/>
        </w:rPr>
        <w:t xml:space="preserve">4. </w:t>
      </w:r>
      <w:r>
        <w:t>Объем реконструкции объектов электроэнергетики, при выполнении которой в соответствии с пунктами 2 и 3 настоящей статьи создается техническая возможность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(Дополнение статьей - Федеральный закон от 13.07.2024 № 185-ФЗ)</w:t>
      </w:r>
    </w:p>
    <w:p>
      <w:r>
        <w:rPr>
          <w:b/>
        </w:rPr>
        <w:t>Статья 16. Оказание услуг по оперативно-диспетчерскому управлению в электроэнергетике</w:t>
      </w:r>
    </w:p>
    <w:p>
      <w:r>
        <w:rPr>
          <w:b/>
        </w:rPr>
        <w:t xml:space="preserve">1. </w:t>
      </w:r>
      <w:r>
        <w:t>Системный оператор оказывает на возмездной договорной основе услуги по оперативно-диспетчерскому управлению в электроэнергетике субъектам электроэнергетики и потребителям электрической энергии. (В редакции Федерального закона от 11.06.2022 № 174-ФЗ) Правительство Российской Федерации устанавливает критерии отнесения субъектов электроэнергетики и потребителей электрической энергии к кругу лиц, подлежащих такому обязательному обслуживанию, а также основы ценообразования и порядок оплаты указанных услуг, в число которых входят следующие услуги: (В редакции Федерального закона от 19.10.2023 № 503-ФЗ) управление технологическими режимами работы объектов электроэнергетики и энергопринимающих устройств потребителей электрической энергии, а также обеспечение функционирования технологической инфраструктуры оптового и розничных рынков и осуществление проектирования развития электроэнергетических систем; (В редакции Федерального закона от 11.06.2022 № 174-ФЗ) обеспечение надежности функционирования электроэнергетики путем организации отбора исполнителей и оплаты услуг по обеспечению системной надежности. (В редакции федеральных законов от 02.08.2019 № 262-ФЗ, от 11.06.2022 № 174-ФЗ) Субъекты электроэнергетики и потребители электрической энергии,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электроэнергетической системы, заключают с системным оператором безвозмездные соглашения, которыми устанавливается порядок осуществления технологического взаимодействия системного оператора с указанными субъектами электроэнергетики и потребителями электрической энергии в целях обеспечения надежности функционирования Единой энергетической системы России (технологически изолированных территориальных электроэнергетических систем). Порядок заключения указанных соглашений определяется правилами недискриминационного доступа к услугам по оперативно-диспетчерскому управлению в электроэнергетике и оказания этих услуг, утверждаемыми Правительством Российской Федерации. (В редакции Федерального закона от 11.06.2022 № 174-ФЗ) Заключение безвозмездных соглашений, указанных в абзаце пятом настоящего пункта, является обязательным для соответствующих субъектов электроэнергетики и потребителей электрической энергии. (Дополнение абзацем - Федеральный закон от 11.06.2022 № 174-ФЗ) (Пункт в редакции Федерального закона от 04.11.2007 № 250-ФЗ)</w:t>
      </w:r>
    </w:p>
    <w:p>
      <w:r>
        <w:rPr>
          <w:b/>
        </w:rPr>
        <w:t xml:space="preserve">2. </w:t>
      </w:r>
      <w:r>
        <w:t>Заключение договоров оказания услуг по оперативно-диспетчерскому управлению в электроэнергетике субъектами электроэнергетики и потребителями электрической энергии, отнесенными в соответствии с пунктом 1 настоящей статьи к кругу лиц, подлежащих обязательному обслуживанию, с системным оператором является обязательным для обеих сторон, при этом системный оператор не вправе отказать в заключении такого договора. (В редакции федеральных законов от 04.11.2007 № 250-ФЗ, от 11.06.2022 № 174-ФЗ) Субъекты электроэнергетики, потребители электрической энергии несут ответственность за нарушение установленного порядка исполнения оперативно-диспетчерских команд и распоряжений системного оператора в соответствии с законодательством Российской Федерации. (В редакции федеральных законов от 04.11.2007 № 250-ФЗ, от 11.06.2022 № 174-ФЗ) Субъекты электроэнергетики и потребители электрической энергии, несвоевременно и (или) не полностью оплатившие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а также обеспечения функционирования технологической инфраструктуры оптового и розничных рынков и осуществления проектирования развития электроэнергетических систем, обязаны уплатить системному оператору (в технологически изолированной территориальной электроэнергетической системе соответствующему субъекту оперативно-диспетчерского управления в электроэнергетике) по его требованию пени в размере одной стотридцатой ключевой ставки Центрального банка Российской Федерации, действовавшей в соответствующие периоды,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(Дополнение абзацем - Федеральный закон от 11.06.2022 № 174-ФЗ) (В редакции Федерального закона от 02.11.2023 № 516-ФЗ)</w:t>
      </w:r>
    </w:p>
    <w:p>
      <w:r>
        <w:rPr>
          <w:b/>
        </w:rPr>
        <w:t xml:space="preserve">3. </w:t>
      </w:r>
      <w:r>
        <w:t>(Пункт утратил силу - Федеральный закон от 04.11.2007 № 250-ФЗ)</w:t>
      </w:r>
    </w:p>
    <w:p>
      <w:r>
        <w:rPr>
          <w:b/>
        </w:rPr>
        <w:t xml:space="preserve">4. </w:t>
      </w:r>
      <w:r>
        <w:t>Деятельность по оперативно-диспетчерскому управлению в электроэнергетике осуществляется в условиях естественной монополии и регулируется в соответствии с законодательством о естественных монополиях и со статьями 20 и 25 настоящего Федерального закона</w:t>
      </w:r>
    </w:p>
    <w:p>
      <w:r>
        <w:rPr>
          <w:b/>
        </w:rPr>
        <w:t>Статья 17. Соблюдение субъектом оперативно-диспетчерского управления требований, регулирующих отношения в сфере оперативно-диспетчерского управления</w:t>
      </w:r>
    </w:p>
    <w:p>
      <w:r>
        <w:t>(Наименование в редакции Федерального закона от 11.06.2022 № 174-ФЗ)</w:t>
      </w:r>
    </w:p>
    <w:p>
      <w:r>
        <w:rPr>
          <w:b/>
        </w:rPr>
        <w:t xml:space="preserve">1. </w:t>
      </w:r>
      <w:r>
        <w:t>Оценка соблюдения системным оператором обязательных требований настоящего Федерального закона и иных нормативных правовых актов Российской Федерации в сфере оперативно-диспетчерского управления в электроэнергетике осуществляется в рамках федерального государственного энергетического надзора и государственного контроля за соблюдением антимонопольного законодательства. (В редакции Федерального закона от 11.06.2022 № 174-ФЗ)</w:t>
      </w:r>
    </w:p>
    <w:p>
      <w:r>
        <w:rPr>
          <w:b/>
        </w:rPr>
        <w:t xml:space="preserve">2. </w:t>
      </w:r>
      <w:r>
        <w:t>Федеральный орган исполнительной власти, уполномоченный на осуществление федерального государственного энергетического надзора, вправе обращаться в суд с требованием о лишении физических лиц - диспетчеров, нарушивших порядок оперативно-диспетчерского управления в электроэнергетике, права осуществлять профессиональную деятельность в сфере оперативно-диспетчерского управления. Должностные лица системного оператора несут предусмотренную законодательством Российской Федерации ответственность в случае нарушения порядка оперативно-диспетчерского управления в электроэнергетике. (В редакции Федерального закона от 11.06.2022 № 174-ФЗ) (Статья в редакции Федерального закона от 11.06.2021 № 170-ФЗ)</w:t>
      </w:r>
    </w:p>
    <w:p>
      <w:r>
        <w:rPr>
          <w:b/>
        </w:rPr>
        <w:t>Статья 18. Гражданско-правовая ответственность субъекта оперативно-диспетчерского управления</w:t>
      </w:r>
    </w:p>
    <w:p>
      <w:r>
        <w:t>(Наименование в редакции Федерального закона от 11.06.2022 № 174-ФЗ)</w:t>
      </w:r>
    </w:p>
    <w:p>
      <w:r>
        <w:rPr>
          <w:b/>
        </w:rPr>
        <w:t xml:space="preserve">1. </w:t>
      </w:r>
      <w:r>
        <w:t>За действия (бездействие), повлекшие за собой неблагоприятные последствия для субъектов электроэнергетики и потребителей электрической энергии, системный оператор несет ограниченную ответственность в пределах, установленных настоящим Федеральным законом. (В редакции Федерального закона от 11.06.2022 № 174-ФЗ)</w:t>
      </w:r>
    </w:p>
    <w:p>
      <w:r>
        <w:rPr>
          <w:b/>
        </w:rPr>
        <w:t xml:space="preserve">2. </w:t>
      </w:r>
      <w:r>
        <w:t>За убытки, причиненные субъектам электроэнергетики и потребителям электрической энергии, системный оператор, действовавший в пределах своих полномочий, не несет ответственность. Убытки, причиненные субъектам электроэнергетики и потребителям электрической энергии действиями (бездействием) системного оператора, действовавшего в пределах своих полномочий, возмещаются согласно договорам, заключаемым в соответствии с правилами оптового рынка и основными положениями функционирования розничных рынков. (В редакции федеральных законов от 04.11.2007 № 250-ФЗ, от 11.06.2022 № 174-ФЗ) Убытки, причиненные субъектам электроэнергетики и потребителям электрической энергии действиями (бездействием) системного оператора, действовавшего с превышением своих полномочий, возмещаются в соответствии с гражданским законодательством в порядке, предусматривающем возмещение реального ущерба в полном объеме и упущенной выгоды в случае, если в судебном порядке будет доказано, что указанные действия (бездействие) совершены умышленно или по грубой неосторожности. (В редакции Федерального закона от 11.06.2022 № 174-ФЗ)</w:t>
      </w:r>
    </w:p>
    <w:p>
      <w:r>
        <w:rPr>
          <w:b/>
        </w:rPr>
        <w:t xml:space="preserve">3. </w:t>
      </w:r>
      <w:r>
        <w:t>В целях защиты имущественных интересов субъектов электроэнергетики и потребителей электрической энергии от указанных в пункте 2 настоящей статьи действий (бездействия) системный оператор обязан осуществлять страхование риска ответственности за причинение ущерба субъектам электроэнергетики, потребителям электрической энергии в результате действий (бездействия) системного оператора, а также вправе осуществлять страхование риска ответственности за нарушение договоров оказания услуг по оперативно-диспетчерскому управлению в электроэнергетике и соглашений о технологическом взаимодействии в целях обеспечения надежности функционирования Единой энергетической системы России и технологически изолированной территориальной электроэнергетической системы в соответствии с законодательством Российской Федерации о страховой деятельности. Предельный объем средств, предназначенных для указанного страхования, определяется в соответствии с федеральными законами и включается в состав платы за услуги по оперативно-диспетчерскому управлению в электроэнергетике. Данные средства имеют строго целевое назначение и могут расходоваться только на уплату страховой премии в связи с осуществлением страхования риска ответственности за причинение ущерба субъектам электроэнергетики и потребителям электрической энергии и риска ответственности за нарушение договоров оказания услуг по оперативно-диспетчерскому управлению в электроэнергетике и соглашений о технологическом взаимодействии в целях обеспечения надежности функционирования Единой энергетической системы России. (В редакции федеральных законов от 04.11.2007 № 250-ФЗ, от 11.06.2022 № 174-ФЗ) Организация, осуществляющая страхование, определяется на основе открытого конкурса</w:t>
      </w:r>
    </w:p>
    <w:p>
      <w:r>
        <w:rPr>
          <w:b/>
        </w:rPr>
        <w:t xml:space="preserve">4. </w:t>
      </w:r>
      <w:r>
        <w:t>Для защиты своих имущественных интересов от указанных в пункте 2 настоящей статьи действий (бездействия) субъекты электроэнергетики и потребители электрической энергии вправе осуществлять дополнительное добровольное страхование своих предпринимательских рисков</w:t>
      </w:r>
    </w:p>
    <w:p>
      <w:r>
        <w:rPr>
          <w:b/>
        </w:rPr>
        <w:t>Статья 19. Оперативно-диспетчерское управление в технологически изолированных территориальных электроэнергетических системах</w:t>
      </w:r>
    </w:p>
    <w:p>
      <w:r>
        <w:rPr>
          <w:b/>
        </w:rPr>
        <w:t xml:space="preserve">1. </w:t>
      </w:r>
      <w:r>
        <w:t>Оперативно-диспетчерское управление в технологически изолированных территориальных электроэнергетических системах, перечень которых утверждается в соответствии с настоящим Федеральным законом, в период до 31 декабря 2023 года включительно осуществляется функционирующими в пределах этих систем субъектами оперативно-диспетчерского управления. Перечень таких субъектов и порядок осуществления оперативно-диспетчерского управления в указанных системах определяются Правительством Российской Федерации. (В редакции федеральных законов от 29.06.2018 № 172-ФЗ, от 11.06.2022 № 174-ФЗ)</w:t>
      </w:r>
    </w:p>
    <w:p>
      <w:r>
        <w:rPr>
          <w:b/>
        </w:rPr>
        <w:t xml:space="preserve">2. </w:t>
      </w:r>
      <w:r>
        <w:t>Начиная с 1 января 2024 года оперативно-диспетчерское управление в пределах технологически изолированных территориальных электроэнергетических систем осуществляется единолично системным оператором. (Дополнение пунктом - Федеральный закон от 11.06.2022 № 174-ФЗ)</w:t>
      </w:r>
    </w:p>
    <w:p>
      <w:r>
        <w:rPr>
          <w:b/>
        </w:rPr>
        <w:t xml:space="preserve">3. </w:t>
      </w:r>
      <w:r>
        <w:t>При передаче системному оператору от соответствующих субъектов оперативно-диспетчерского управления функций по оперативно-диспетчерскому управлению в электроэнергетике в пределах технологически изолированных территориальных электроэнергетических систем законодательство Российской Федерации в сфере электроэнергетики применяется на территориях таких электроэнергетических систем в течение определенного Правительством Российской Федерации переходного периода с учетом установленных Правительством Российской Федерации особенностей осуществления оперативно-диспетчерского управления в электроэнергетике, технологического присоединения к электрическим сетям и регулирования отношений в сфере электроэнергетики на розничных рынках, в том числе в части обеспечения передачи системному оператору необходимых документов и информации, организации систем связи и порядка взаимодействия субъектов оперативно-диспетчерского управления, других субъектов электроэнергетики и потребителей электрической энергии с системным оператором. (Дополнение пунктом - Федеральный закон от 11.06.2022 № 174-ФЗ)</w:t>
      </w:r>
    </w:p>
    <w:p>
      <w:pPr>
        <w:pStyle w:val="Heading3"/>
      </w:pPr>
      <w:r>
        <w:t>СИСТЕМА ГОСУДАРСТВЕННОГО РЕГУЛИРОВАНИЯ И КОНТРОЛЯ В ЭЛЕКТРОЭНЕРГЕТИКЕ</w:t>
      </w:r>
    </w:p>
    <w:p>
      <w:r>
        <w:rPr>
          <w:b/>
        </w:rPr>
        <w:t>Статья 20. Принципы и методы государственного регулирования и контроля в электроэнергетике</w:t>
      </w:r>
    </w:p>
    <w:p>
      <w:r>
        <w:rPr>
          <w:b/>
        </w:rPr>
        <w:t xml:space="preserve">1. </w:t>
      </w:r>
      <w:r>
        <w:t>Основными принципами государственного регулирования и контроля в электроэнергетике являются: обеспечение единства технологического управления Единой энергетической системой России, надежного и безопасного функционирования Единой энергетической системы России и технологически изолированных территориальных электроэнергетических систем; эффективное управление государственной собственностью в электроэнергетике; достижение баланса экономических интересов поставщиков и потребителей электрической энергии; обеспечение доступности электрической энергии для потребителей и защита их прав; (В редакции Федерального закона от 27.07.2010 № 191-ФЗ) обеспечение защиты потребителей от необоснованного повышения цен (тарифов) на электрическую энергию (мощность); (В редакции Федерального закона от 26.07.2010 № 187-ФЗ) своевременное обеспечение потребностей экономики и населения Российской Федерации в электрической энергии и мощности путем функционирования системы перспективного развития электроэнергетики, а также путем создания необходимых условий для привлечения инвестиций; (В редакции Федерального закона от 11.06.2022 № 174-ФЗ) развитие конкурентного рынка электрической энергии и ограничение монополистической деятельности отдельных субъектов электроэнергетики; обеспечение недискриминационного доступа к услугам субъектов естественных монополий в электроэнергетике и услугам организаций коммерческой инфраструктуры оптового рынка; (В редакции Федерального закона от 04.11.2007 № 250-ФЗ) сохранение государственного регулирования в сферах электроэнергетики, в которых отсутствуют или ограничены условия для конкуренции; (В редакции Федерального закона от 04.11.2007 № 250-ФЗ) обеспечение доступа потребителей электрической энергии к информации о функционировании оптового и розничных рынков, а также о деятельности субъектов электроэнергетики; обеспечение энергетической и экологической безопасности электроэнергетики; (Дополнение абзацем - Федеральный закон от 04.11.2007 № 250-ФЗ) (В редакции Федерального закона от 18.07.2011 № 242-ФЗ) экономическая обоснованность оплаты мощности генерирующих объектов поставщиков в части обеспечения выработки электрической энергии; (Дополнение абзацем - Федеральный закон от 04.11.2007 № 250-ФЗ) (В редакции Федерального закона от 27.07.2010 № 191-ФЗ) обеспечение устойчивого развития электроэнергетики; (Дополнение абзацем - Федеральный закон от 11.06.2021 № 170-ФЗ) приоритет обеспечения жизни и здоровья физических лиц, в том числе работников организаций в сфере электроэнергетики, при осуществлении деятельности по эксплуатации объектов электроэнергетики и энергопринимающих устройств; (Дополнение абзацем - Федеральный закон от 11.06.2021 № 170-ФЗ) создание необходимых условий для технологического развития электроэнергетических систем Российской Федерации, включая развитие и внедрение новых высокоэффективных технологий и интеллектуальных систем управления. (Дополнение абзацем - Федеральный закон от 13.07.2024 № 185-ФЗ)</w:t>
      </w:r>
    </w:p>
    <w:p>
      <w:r>
        <w:rPr>
          <w:b/>
        </w:rPr>
        <w:t xml:space="preserve">2. </w:t>
      </w:r>
      <w:r>
        <w:t>В электроэнергетике применяются следующие методы государственного регулирования и контроля: государственное регулирование и государственный контроль (надзор) в отнесенных законодательством Российской Федерации к сферам деятельности субъектов естественных монополий сферах электроэнергетики, осуществляемые в соответствии с законодательством о естественных монополиях, в том числе регулирование инвестиционной деятельности субъектов естественных монополий в электроэнергетике; (В редакции Федерального закона от 18.07.2011 № 242-ФЗ) государственное регулирование цен (тарифов) на отдельные виды продукции (услуг), перечень которых определяется федеральными законами и государственный контроль (надзор) за регулируемыми государством ценами (тарифами) в электроэнергетике; (В редакции Федерального закона от 18.07.2011 № 242-ФЗ) государственное антимонопольное регулирование и контроль, в том числе установление единых на территории Российской Федерации правил доступа к электрическим сетям и услугам по передаче электрической энергии; управление государственной собственностью в электроэнергетике; абзац; (Утратил силу - Федеральный закон от 18.07.2011 № 242-ФЗ) абзац; (Утратил силу - Федеральный закон от 19.07.2011 № 248-ФЗ) федеральный государственный энергетический надзор; (В редакции Федерального закона от 18.07.2011 № 242-ФЗ) государственный экологический контроль (надзор) в электроэнергетике; (Дополнение абзацем - Федеральный закон от 04.11.2007 № 250-ФЗ) (В редакции федеральных законов от 18.07.2011 № 242-ФЗ, от 25.12.2023 № 622-ФЗ) абзац; (Дополнение абзацем - Федеральный закон от 29.12.2017 № 451-ФЗ) (Утратил силу - Федеральный закон от 11.06.2021 № 170-ФЗ) мониторинг риска нарушения работы субъектов электроэнергетики в сфере электроэнергетики; (Дополнение абзацем - Федеральный закон от 11.06.2021 № 170-ФЗ) оценка готовности субъектов электроэнергетики к работе в отопительный сезон. (Дополнение абзацем - Федеральный закон от 11.06.2021 № 170-ФЗ)</w:t>
      </w:r>
    </w:p>
    <w:p>
      <w:r>
        <w:rPr>
          <w:b/>
        </w:rPr>
        <w:t xml:space="preserve">3. </w:t>
      </w:r>
      <w:r>
        <w:t>(Пункт утратил силу - Федеральный закон от 26.07.2010 № 187-ФЗ)</w:t>
      </w:r>
    </w:p>
    <w:p>
      <w:r>
        <w:rPr>
          <w:b/>
        </w:rPr>
        <w:t>Статья 21. Полномочия Правительства Российской Федерации, федеральных органов исполнительной власти и исполнительных органов субъектов Российской Федерации в области государственного регулирования и контроля в электроэнергетике</w:t>
      </w:r>
    </w:p>
    <w:p>
      <w:r>
        <w:t>(Наименование в редакции Федерального закона от 08.08.2024 № 232-ФЗ)</w:t>
      </w:r>
    </w:p>
    <w:p>
      <w:r>
        <w:rPr>
          <w:b/>
        </w:rPr>
        <w:t xml:space="preserve">1. </w:t>
      </w:r>
      <w:r>
        <w:t>Правительство Российской Федерации в соответствии с законодательством Российской Федерации об электроэнергетике: устанавливает критерии и порядок отнесения объектов электросетевого хозяйства к единой национальной (общероссийской) электрической сети; утверждает правила оптового рынка и основные положения функционирования розничных рынков, утверждает существенные условия договора о присоединении к торговой системе оптового рынка электрической энергии и мощности; (В редакции Федерального закона от 28.12.2010 № 401-ФЗ) определяет порядок и условия строительства и финансирования объектов электроэнергетики; (В редакции Федерального закона от 31.07.2020 № 281-ФЗ) утверждает правила разработки и утверждения документов перспективного развития электроэнергетики; (В редакции Федерального закона от 11.06.2022 № 174-ФЗ) устанавливает порядок технологического присоединения энергопринимающих устройств и объектов электроэнергетики юридических лиц и физических лиц к электрическим сетям; (В редакции Федерального закона от 11.06.2022 № 174-ФЗ) утверждает правила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организаций коммерческой инфраструктуры, правила оказания этих услуг; абзац; (Утратил силу - Федеральный закон от 19.10.2023 № 503-ФЗ) устанавливает правила оказания услуг по обеспечению системной надежности; (В редакции федеральных законов от 02.08.2019 № 262-ФЗ, от 11.06.2022 № 174-ФЗ) устанавливает критерии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(В редакции Федерального закона от 19.10.2023 № 503-ФЗ) 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уполномоченным федеральным органом исполнительной власти совместно с Государственной корпорацией по атомной энергии "Росатом", исполнительными органами субъектов Российской Федерации, и порядок утверждения (в том числе порядок согласования с исполнительными органами субъектов Российской Федерации) инвестиционных программ и осуществления контроля за реализацией таких программ; (В редакции федеральных законов от 26.07.2010 № 187-ФЗ, от 30.03.2016 № 74-ФЗ, от 08.08.2024 № 232-ФЗ) утверждает правила осуществления антимонопольного регулирования и контроля в электроэнергетике; определяет особенности осуществления принудительного разделения хозяйствующих субъектов, осуществляющих монополистическую деятельность в сфере электроэнергетики; абзац; (Утратил силу - Федеральный закон от 19.10.2023 № 503-ФЗ) определяет существенные условия договоров о порядке использования организацией по управлению единой национальной (общероссийской) электрической сетью объектов электросетевого хозяйства, принадлежащих собственникам или иным законным владельцам и входящих в единую национальную (общероссийскую) электрическую сеть; утверждает порядок полного и (или) частичного ограничения режима потребления электрической энергии, в том числе его уровня, в случае нарушения своих обязательств потребителями электрической энергии (в том числе в отношении отдельных категорий потребителей, для которых может предусматриваться особый порядок предоставления обеспечения обязательств по оплате электрической энергии), а также в случае необходимости принятия неотложных мер по предотвращению или ликвидации аварийных ситуаций; (В редакции Федерального закона от 13.07.2024 № 185-ФЗ) утверждает правила оперативно-диспетчерского управления в электроэнергетике, включающие в себя особенности осуществления оперативно-диспетчерского управления при присоединении электроэнергетической системы к другой электроэнергетической системе и передаче системному оператору функций по оперативно-диспетчерскому управлению в электроэнергетике в технологически изолированных территориальных электроэнергетических системах; (В редакции федеральных законов от 29.06.2018 № 172-ФЗ, от 11.06.2022 № 174-ФЗ) утверждает правила заключения и исполнения публичных договоров на оптовом и розничных рынках; принимает меры социальной защиты отдельных категорий граждан, в том числе в форме утверждения порядка предоставления таким гражданам обеспечения обязательств по оплате электрической энергии в соответствии с бюджетным законодательством Российской Федерации; определяет перечень отдельных частей ценовых зон оптового рынка, а также перечень отдельных территорий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(В редакции Федерального закона от 08.08.2024 № 309-ФЗ) устанавливает особенности функционирования оптового и розничных рынков в отдельных частях ценовых зон оптового рынка, а также на отдельных территориях ценовых зон оптового рынка, ранее относившихся к неценовым зонам оптового рынка; (В редакции федеральных законов от 26.07.2010 № 187-ФЗ, от 08.08.2024 № 309-ФЗ) абзац; (Утратил силу - Федеральный закон от 26.07.2010 № 187-ФЗ) устанавливает порядок подачи ценовых заявок субъектами оптового рынка, порядок отбора ценовых заявок и определения равновесных цен в ценовых зонах оптового рынка с учетом особенностей его ценовых зон; (В редакции Федерального закона от 03.11.2015 № 307-ФЗ) утверждает правила и порядок деятельности гарантирующих поставщиков; утверждает порядок предоставления межсистемных электрических связей, в том числе методику осуществления взаиморасчетов, связанных с урегулированием отношений по передаче электрической энергии; утверждает правила расследования причин аварий и инцидентов в электроэнергетике; (В редакции Федерального закона от 13.07.2024 № 185-ФЗ) утверждает порядок создания и функционирования штабов по обеспечению безопасности электроснабжения в целях предотвращения нарушения электроснабжения по причинам, не зависящим от действий субъектов электроэнергетики и вызванным наряду с другими причинами опасными природными явлениями или иными чрезвычайными ситуациями; определяет и изменяет границы ценовых и неценовых зон оптового рынка с учетом технологических и системных ограничений Единой энергетической системы России; (В редакции Федерального закона от 26.07.2010 № 187-ФЗ) устанавливает правила ведения обязательного раздельного учета по видам деятельности в электроэнергетике; абзац; (Утратил силу - Федеральный закон от 26.07.2010 № 187-ФЗ) определяет основные направления государственной политики в сфере энергосбережения; утверждает основные направления государственной политики в сфере повышения энергетической эффективности электроэнергетики, содержащие целевые показатели объема производства и потребления электрической энергии с использованием возобновляемых источников энергии в совокупном балансе производства и потребления электрической энергии; план или программу мероприятий по достижению указанных целевых показателей; (В редакции федеральных законов от 03.07.2016 № 268-ФЗ, от 30.12.2020 № 534-ФЗ) утверждает правила квалификации генерирующих объектов, в том числе критерии квалификации, правила отнесения генерирующих объектов к возобновляемой генерации и (или) низкоуглеродной генерации, перечень квалификационных категорий квалифицированных генерирующих объектов и правила отнесения генерирующих объектов к квалификационным категориям, а также определяет организацию коммерческой инфраструктуры, осуществляющую квалификацию генерирующих объектов; (В редакции Федерального закона от 04.08.2023 № 489-ФЗ) осуществляет поддержку использования возобновляемых источников энергии, а также стимулирование использования энергетических эффективных технологий в соответствии с бюджетным законодательством Российской Федерации; (В редакции федеральных законов от 03.07.2016 № 268-ФЗ, от 30.12.2020 № 534-ФЗ) абзац; (Утратил силу - Федеральный закон от 30.12.2020 № 534-ФЗ) абзац; (Дополнение абзацем - Федеральный закон от 26.07.2010 № 188-ФЗ) (Утратил силу - Федеральный закон от 06.11.2013 № 308-ФЗ) утверждает положение о федеральном государственном энергетическом надзоре; (Дополнение абзацем - Федеральный закон от 18.07.2011 № 242-ФЗ) (В редакции Федерального закона от 11.06.2021 № 170-ФЗ) утверждает правила технологического функционирования электроэнергетических систем, включающие в себя перечень входящих в Единую энергетическую систему России объединенных электроэнергетических систем и образующих их территориальных электроэнергетических систем и перечень технологически изолированных территориальных электроэнергетических систем; (Дополнение абзацем - Федеральный закон от 06.12.2011 № 394-ФЗ) (В редакции Федерального закона от 11.06.2022 № 174-ФЗ) определяет механизм стимулирования использования возобновляемых источников энергии путем продажи электрической энергии, произведенной функционирующими на их основе квалифицированными генерирующими объектами, на оптовом рынке по равновесным ценам оптового рынка с учетом надбавки, определенной в порядке, установленном Правительством Российской Федерации, или путем продажи мощности квалифицированных генерирующих объектов в объеме производства электрической энергии на основе использования возобновляемых источников энергии с применением механизма торговли мощностью, предусмотренного правилами оптового рынка для продажи мощности указанных генерирующих объектов, а также определяет случаи и условия применения такого механизма стимулирования к квалифицированным генерирующим объектам, функционирующим на основе использования возобновляемых источников энергии; (Дополнение абзацем - Федеральный закон от 06.12.2011 № 394-ФЗ) (В редакции Федерального закона от 04.08.2023 № 489-ФЗ) устанавливает особенности ценообразования на электрическую энергию (мощность) на розничных рынках электрической энергии (мощности) на территориях Дальневосточного федерального округа в целях достижения на данных территориях планируемых на следующий период регулирования базовых уровней цен (тарифов) на электрическую энергию (мощность); (Дополнение абзацем - Федеральный закон от 28.12.2016 № 508-ФЗ) (В редакции Федерального закона от 29.12.2020 № 480-ФЗ) устанавливает порядок расчета размера возмещения субъектам электроэнергетики, осуществляющим регулируемые виды деятельности в сфере электроэнергетики,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решений об установлении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исполнительным органом субъекта Российской Федерации в области государственного регулирования тарифов или согласованных им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в установленных настоящим Федеральным законом случаях возмещения недополученных доходов; (Дополнение абзацем - Федеральный закон от 30.12.2012 № 291-ФЗ) (В редакции федеральных законов от 13.07.2015 № 224-ФЗ, от 08.08.2024 № 232-ФЗ) устанавливает критерии и порядок отнесения владельцев объектов электросетевого хозяйства к территориальным сетевым организациям, в том числе исходя из количественных характеристик и (или) параметров объектов электросетевого хозяйства, которыми организации владеют на праве собственности или ином законном основании, технических характеристик таких объектов, количественных и (или) качественных показателей деятельности территориальных сетевых организаций и с учетом результатов мониторинга риска нарушения работы субъектов электроэнергетики в сфере электроэнергетики, проводимого в соответствии со статьей 283 настоящего Федерального закона, и запрета, установленного пунктом 5 статьи 26 настоящего Федерального закона; (Дополнение абзацем - Федеральный закон от 06.11.2013 № 308-ФЗ) (В редакции Федерального закона от 13.07.2024 № 185-ФЗ) определяет размер денежных средств, соответствующих величине перекрестного субсидирования, в отношении субъектов Российской Федерации и график снижения указанной величины; (Дополнение абзацем - Федеральный закон от 06.11.2013 № 308-ФЗ) абзац; (Дополнение абзацем - Федеральный закон от 29.12.2017 № 451-ФЗ) (Утратил силу - Федеральный закон от 11.06.2021 № 170-ФЗ) устанавливает порядок проведения аттестации по вопросам безопасности в сфере электроэнергетики, в том числе случаи проведения внеочередной аттестации; (Дополнение абзацем - Федеральный закон от 29.07.2018 № 271-ФЗ) (В редакции Федерального закона от 08.12.2020 № 402-ФЗ) утверждает правила предоставления доступа к минимальному набору функций интеллектуальных систем учета электрической энергии (мощности); (Дополнение абзацем - Федеральный закон от 27.12.2018 № 522-ФЗ) утверждает правила вывода объектов электроэнергетики в ремонт и из эксплуатации; (Дополнение абзацем - Федеральный закон от 31.07.2020 № 281-ФЗ) абзац; (Дополнение абзацем - Федеральный закон от 24.04.2020 № 141-ФЗ) (Утратил силу - Федеральный закон от 11.06.2021 № 170-ФЗ) определяет категории энергопринимающих устройств потребителей электрической энергии, объектов по производству электрической энергии, объектов электросетевого хозяйства, для которых требуется получение разрешения на допуск в эксплуатацию; (Дополнение абзацем - Федеральный закон от 24.04.2020 № 141-ФЗ) утверждает типовую форму выписки из реестра лицензий; (Дополнение абзацем - Федеральный закон от 27.12.2019 № 478-ФЗ) определяет субъектов оптового рынка - производителей электрической энергии (мощности) в ценовых зонах оптового рынка, к цене на мощность которых применяется надбавка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(Дополнение абзацем - Федеральный закон от 29.12.2020 № 480-ФЗ) (В редакции Федерального закона от 08.08.2024 № 309-ФЗ) утверждает перечень подлежащих модернизации, реконструкции и (или) строительству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генерирующих объектов тепловых электростанций, в отношении которых применяется частичная компенсация стоимости мощности за счет указанной в абзаце пятьдесят первом настоящего пункта надбавки к цене на мощность субъектов оптового рынка - производителей электрической энергии (мощности) на оптовом рынке в ценовых зонах, а также определяет места их расположения, величину планируемой к вводу установленной мощности, плановые сроки ввода в эксплуатацию, основные технико-экономические параметры модернизации, реконструкции, строительства и эксплуатации генерирующих объектов тепловых электростанций, включенных в указанный в настоящем абзаце перечень; (Дополнение абзацем - Федеральный закон от 29.12.2020 № 480-ФЗ) (В редакции Федерального закона от 08.08.2024 № 309-ФЗ) устанавливает критерии определения потребителей электрической энергии (мощности), в отношении которых на территориях Дальневосточного федерального округа в соответствии с настоящим Федеральным законом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При установлении указанных в настоящем абзаце критериев учитывается, что доведение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осуществляется с учетом поэтапного в течение пяти лет сокращения разницы между ценами (тарифами) на электрическую энергию (мощность) и базовыми уровнями цен (тарифов) на электрическую энергию (мощность) в отношении организаций, финансирование деятельности которых осуществляется за счет федерального бюджета, бюджетов субъектов Российской Федерации, местных бюджетов, а также организаций жилищно-коммунального хозяйства, и с учетом поэтапного в течение трех лет сокращения указанной разницы для организаций, осуществляющих деятельность в области добычи, производства, использования и обращения драгоценных металлов и драгоценных камней, и организаций топливно-энергетического комплекса. При этом указанные требования не распространяются на энергопринимающие устройства организаций, инвестиционные проекты которых включены до 29 декабря 2020 года в утвержденный Правительством Российской Федерации перечень инвестиционных проектов, планируемых к реализации на территории Дальневосточного федерального округа, а также на энергопринимающие устройства организаций, осуществляющих деятельность в области добычи, производства, использования и обращения драгоценных металлов и драгоценных камней, которые расположены на территории Арктической зоны Российской Федерации и технологическое присоединение которых к электрическим сетям осуществлено на низком уровне напряжения до 29 декабря 2020 года; (Дополнение абзацем - Федеральный закон от 29.12.2020 № 480-ФЗ) (В редакции Федерального закона от 19.10.2023 № 501-ФЗ) Абзац. (Утратил силу - Федеральный закон от 29.12.2020 № 480-ФЗ) утверждает правила формирования и поддержания в актуальном состоянии цифровых информационных моделей электроэнергетических систем и перспективных расчетных моделей электроэнергетических систем для целей перспективного развития электроэнергетики; (Дополнение абзацем - Федеральный закон от 11.06.2022 № 174-ФЗ) утверждает генеральную схему размещения объектов электроэнергетики; (Дополнение абзацем - Федеральный закон от 11.06.2022 № 174-ФЗ) устанавливает показатели финансовой дисциплины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отражающие исполнение ими обязательств по оплате услуг по передаче электрической энергии (далее - показатели финансовой дисциплины), а также правила осуществления мониторинга выполнения показателей финансовой дисциплины; (Дополнение абзацем - Федеральный закон от 02.11.2023 № 516-ФЗ) утверждает правила ведения реестра атрибутов генерации, предоставления, обращения и погашения сертификатов происхождения электрической энергии; (Дополнение абзацем - Федеральный закон от 04.08.2023 № 489-ФЗ) определяет перечень информации, содержащейся в реестре атрибутов генерации, доступ к которой предоставляется без взимания платы, а также порядок доступа к указанной информации; (Дополнение абзацем - Федеральный закон от 04.08.2023 № 489-ФЗ) устанавливает критерии отнесения территориальных сетевых организаций к системообразующим территориальным сетевым организациям исходя из необходимости выполнения предусмотренных настоящим Федеральным законом обязанностей системообразующей территориальной сетевой организации на всей территории субъекта Российской Федерации, в том числе с учетом количественных и (или) качественных показателей деятельности, а также на основе периодической оценки результатов функционирования в статусе системообразующей территориальной сетевой организации; (Дополнение абзацем - Федеральный закон от 13.07.2024 № 185-ФЗ) определяет случаи и порядок передачи в безвозмездное владение и пользование системообразующей территориальной сетевой организации или территориальной сетевой организации объектов электросетевого хозяйства, находящихся в собственности субъектов Российской Федерации или муниципальных образований; (Дополнение абзацем - Федеральный закон от 13.07.2024 № 185-ФЗ) устанавливает порядок определения системообразующих территориальных сетевых организаций, предусматривающий в том числе срок, на который присваивается статус системообразующей территориальной сетевой организации; (Дополнение абзацем - Федеральный закон от 13.07.2024 № 185-ФЗ) утверждает правила заключения, исполнения, изменения, расторжения, существенные условия договора, указанного в пункте 2 статьи 464 настоящего Федерального закона (включая порядок возмещения стоимости неотделимых улучшений переданных по договору объектов в случае его прекращения, порядок определения платы по договору, в том числе требования к определению состава и размера затрат на ликвидацию последствий аварийных ситуаций), типовую форму такого договора, а также типовую форму соглашения, указанного в пункте 2 статьи 464 настоящего Федерального закона; (Дополнение абзацем - Федеральный закон от 13.07.2024 № 185-ФЗ) утверждает критерии наличия технической возможности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и порядок определения наличия указанной технической возможности; (Дополнение абзацем - Федеральный закон от 13.07.2024 № 185-ФЗ) устанавливает обязательный минимальный состав оборудования и устройств объектов электроэнергетики, в отношении которых осуществляется дистанционное управление из диспетчерских центров субъекта оперативно-диспетчерского управления в электроэнергетике; (Дополнение абзацем - Федеральный закон от 13.07.2024 № 185-ФЗ) утверждает правила формирования и поддержания в актуальном состоянии цифровых информационных моделей электроэнергетических систем и цифровых информационных моделей объектов электроэнергетики (включая требования к обеспечению идентификации объектов электроэнергетики, порядок взаимодействия субъектов электроэнергетики между собой и с потребителями электрической энергии при формировании и поддержании в актуальном состоянии цифровых информационных моделей электроэнергетических систем и цифровых информационных моделей объектов электроэнергетики и перечень случаев, при которых формирование, поддержание в актуальном состоянии и использование цифровых информационных моделей объектов электроэнергетики являются обязательными); (Дополнение абзацем - Федеральный закон от 13.07.2024 № 185-ФЗ) устанавливает запрет на осуществление майнинга цифровой валюты (в том числе на участие в майнинг-пуле) в отдельных субъектах Российской Федерации или на отдельных их территориях, а также порядок и случаи установления такого запрета. (Дополнение абзацем - Федеральный закон от 25.10.2024 № 349-ФЗ)</w:t>
      </w:r>
    </w:p>
    <w:p>
      <w:r>
        <w:rPr>
          <w:b/>
        </w:rPr>
        <w:t xml:space="preserve">11. </w:t>
      </w:r>
      <w:r>
        <w:t>Правительство Российской Федерации распределяет между федеральными органами исполнительной власти полномочия в области государственного регулирования и контроля в электроэнергетике, предусмотренные пунктом 2 настоящей статьи. (Дополнение пунктом - Федеральный закон от 29.12.2020 № 480-ФЗ)</w:t>
      </w:r>
    </w:p>
    <w:p>
      <w:r>
        <w:rPr>
          <w:b/>
        </w:rPr>
        <w:t xml:space="preserve">12. </w:t>
      </w:r>
      <w:r>
        <w:t>Правительство Российской Федерации вправе возлагать на федеральные органы исполнительной власти полномочия по регулированию указанных в пунктах 1 и 2 настоящей статьи вопросов, в том числе по разработке и принятию нормативных правовых актов в сфере электроэнергетики. (Дополнение пунктом - Федеральный закон от 11.06.2021 № 170-ФЗ)</w:t>
      </w:r>
    </w:p>
    <w:p>
      <w:r>
        <w:rPr>
          <w:b/>
        </w:rPr>
        <w:t xml:space="preserve">2. </w:t>
      </w:r>
      <w:r>
        <w:t>Правительство Российской Федерации или уполномоченные им федеральные органы исполнительной власти осуществляют: утверждение схемы и программы развития электроэнергетических систем России; (В редакции Федерального закона от 11.06.2022 № 174-ФЗ) формирование и обеспечение функционирования государственной системы долгосрочного прогнозирования спроса и предложения на оптовом и розничных рынках, в том числе прогноза топливно-энергетического баланса, и разработку системы мер, направленных на обеспечение потребностей экономики в электрической и тепловой энергии; утверждение нормативных правовых актов Российской Федерации в области электроэнергетики, устанавливающих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и обеспечению качества электрической энергии; (Дополнение абзацем - Федеральный закон от 23.06.2016 № 196-ФЗ) (В редакции Федерального закона от 11.06.2022 № 174-ФЗ) государственное регулирование и государственный контроль (надзор) деятельности субъектов естественных монополий в электроэнергетике, в том числе регулирование в установленном порядке доступа к услугам субъектов естественных монополий в электроэнергетике и установление стандартов раскрытия информации субъектами естественных монополий в электроэнергетике; (В редакции Федерального закона от 18.07.2011 № 242-ФЗ)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установление порядка определения и применения гарантирующими поставщиками нерегулируемых цен на электрическую энергию (мощность); (В редакции Федерального закона от 26.07.2010 № 187-ФЗ) антимонопольное регулирование; (В редакции Федерального закона от 18.07.2011 № 242-ФЗ) управление государственной собственностью в электроэнергетике; абзац; (Утратил силу - Федеральный закон от 18.07.2011 № 242-ФЗ) абзац; (Утратил силу - Федеральный закон от 11.06.2021 № 170-ФЗ) абзац; (Утратил силу - Федеральный закон от 11.06.2022 № 174-ФЗ) абзац; (Утратил силу - Федеральный закон от 11.06.2021 № 170-ФЗ) контроль за деятельностью организаций коммерческой инфраструктуры; абзац; (Утратил силу - Федеральный закон от 11.06.2022 № 174-ФЗ) определение источников и способов привлечения инвестиционных средств, вкладываемых Российской Федерацией в развитие электроэнергетики; утверждение инвестиционных программ субъектов электроэнергетики, отнесенных к числу субъектов, инвестиционные программы которых утверждаются и контролируются уполномоченным федеральным органом исполнительной власти; (В редакции Федерального закона от 26.07.2010 № 187-ФЗ) контроль за реализацией инвестиционных программ субъектов электроэнергетики в порядке, установленном Правительством Российской Федерации; осуществление полномочий в области государственного регулирования цен (тарифов) в соответствии с настоящим Федеральным законом и другими федеральными законами; (В редакции Федерального закона от 26.07.2010 № 187-ФЗ) утверждение методики определения и порядка компенсации потерь электрической энергии в электрических сетях, а также нормативов таких потерь при установлении размера платы за соответствующие услуги по передаче электрической энергии; участие в процедуре назначения или замены гарантирующих поставщиков и определения или изменения границ зон их деятельности, а также утверждение в случаях и в порядке, которые установлены основными положениями функционирования розничных рынков, результатов назначения или замены гарантирующих поставщиков и определения или изменения границ зон их деятельности; абзац; (Утратил силу - Федеральный закон от 04.08.2023 № 489-ФЗ) определение категорий потребителей, которые приравнены к населению и которым электрическая энергия (мощность) поставляется по регулируемым ценам (тарифам); (В редакции Федерального закона от 26.07.2010 № 187-ФЗ) установление обязательного для покупателей электрической энергии на оптовом рынке объема приобретения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создание общедоступной системы раскрытия информации на оптовом и розничных рынках; утверждение стандартов раскрытия субъектами оптового и розничных рынков информации для потребителей, в том числе информации об их продукции, о доходах и затратах раздельно по видам деятельности в электроэнергетике; (В редакции Федерального закона от 11.06.2021 № 170-ФЗ) ведение государственной отчетности субъектов электроэнергетики; определение минимального размера собственного капитала энергосбытовых организаций; абзац; (Утратил силу - Федеральный закон от 18.07.2011 № 242-ФЗ) абзац; (Утратил силу - Федеральный закон от 18.07.2011 № 242-ФЗ) утверждение перечня предоставляемой субъектами электроэнергетики информации, формы и порядка ее предоставления; утверждение нормативов запасов топлива, порядка их утверждения, порядка создания и использования тепловыми электростанциями запасов топлива, в том числе в отопительный сезон; (Дополнение абзацем - Федеральный закон от 26.07.2010 № 189-ФЗ) (В редакции Федерального закона от 11.06.2022 № 174-ФЗ) утверждение порядка оценки готовности субъектов электроэнергетики к работе в отопительный сезон; (Дополнение абзацем - Федеральный закон от 26.07.2010 № 189-ФЗ) утверждение методики комплексного определения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 и порядка осуществления мониторинга таких показателей; (Дополнение абзацем - Федеральный закон от 30.12.2012 № 291-ФЗ) утверждение порядка определения показателей надежности и качества услуг по передаче электрической энергии и установления целевых показателей для целей формирования инвестиционных программ сетевых организаций, в том числе организации по управлению единой национальной (общероссийской) электрической сетью; (Дополнение абзацем - Федеральный закон от 30.12.2012 № 291-ФЗ) утверждение единых стандартов качества обслуживания сетевыми организациями потребителей услуг сетевых организаций; (Дополнение абзацем - Федеральный закон от 30.12.2012 № 291-ФЗ) абзац; (Дополнение абзацем - Федеральный закон от 26.07.2010 № 189-ФЗ) (Утратил силу - Федеральный закон от 18.07.2011 № 242-ФЗ) абзац; (Дополнение абзацем - Федеральный закон от 06.12.2011 № 394-ФЗ) (Утратил силу - Федеральный закон от 27.12.2018 № 522-ФЗ) федеральный государственный контроль (надзор) за регулируемыми государством ценами (тарифами) в электроэнергетике в соответствии со статьями 24 и 292 настоящего Федерального закона; (Дополнение абзацем - Федеральный закон от 18.07.2011 № 242-ФЗ) федеральный государственный энергетический надзор в соответствии со статьей 291 настоящего Федерального закона; (Дополнение абзацем - Федеральный закон от 18.07.2011 № 242-ФЗ) государственный контроль за соблюдением антимонопольного законодательства, государственный контроль за экономической концентрацией в электроэнергетике в соответствии со статьей 25 настоящего Федерального закона и антимонопольным законодательством; (Дополнение абзацем - Федеральный закон от 18.07.2011 № 242-ФЗ) государственный экологический контроль (надзор) в электроэнергетике в соответствии с законодательством в области охраны окружающей среды; (Дополнение абзацем - Федеральный закон от 18.07.2011 № 242-ФЗ) (В редакции Федерального закона от 25.12.2023 № 622-ФЗ) абзац; (Дополнение абзацем - Федеральный закон от 29.12.2017 № 451-ФЗ) (Утратил силу - Федеральный закон от 11.06.2021 № 170-ФЗ) аттестацию по вопросам безопасности в сфере электроэнергетики; (Дополнение абзацем - Федеральный закон от 29.07.2018 № 271-ФЗ) выдачу разрешения на допуск в эксплуатацию; (Дополнение абзацем - Федеральный закон от 24.04.2020 № 141-ФЗ) утверждение правил и методики проведения мониторинга риска нарушения работы субъектов электроэнергетики в сфере электроэнергетики; (Дополнение абзацем - Федеральный закон от 11.06.2021 № 170-ФЗ) установление порядка раскрытия цифровых информационных моделей электроэнергетических систем и предоставления системным оператором иным субъектам электроэнергетики, потребителям электрической энергии и проектным организациям перспективных расчетных моделей электроэнергетических систем или фрагментов таких моделей для целей перспективного развития электроэнергетики (включая определение порядка формирования предоставляемых фрагментов перспективных расчетных моделей электроэнергетических систем, состава, объема, формата, способов и условий раскрытия (предоставления) системным оператором цифровых информационных моделей электроэнергетических систем и перспективных расчетных моделей электроэнергетических систем или фрагментов таких моделей, видов используемых в этих целях электронных подписей и условий их применения); (Дополнение абзацем - Федеральный закон от 11.06.2022 № 174-ФЗ) установление форм и форматов предоставления исходных данных, учитываемых при разработке документов перспективного развития электроэнергетики; (Дополнение абзацем - Федеральный закон от 11.06.2022 № 174-ФЗ) утверждение правил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(Дополнение абзацем - Федеральный закон от 11.06.2022 № 174-ФЗ) утверждение нормативных правовых актов Российской Федерации в области электроэнергетики, устанавливающих требования к осуществлению автоматизированного информационного обмена и представлению информации в области электроэнергетики в электронном виде (включая требования к обеспечению совместимости передаваемых и получаемых данных с использованием цифровых информационных моделей электроэнергетических систем и (или) цифровых информационных моделей объектов электроэнергетики); (Дополнение абзацем - Федеральный закон от 13.07.2024 № 185-ФЗ) утверждение методических указаний по моделированию электроэнергетических систем и объектов электроэнергетики; (Дополнение абзацем - Федеральный закон от 13.07.2024 № 185-ФЗ) утверждение порядка раскрытия (предоставления) цифровых информационных моделей электроэнергетических систем и цифровых информационных моделей объектов электроэнергетики или их фрагментов; (Дополнение абзацем - Федеральный закон от 13.07.2024 № 185-ФЗ) определение объема реконструкции объектов электроэнергетики, при выполнении которой создается техническая возможность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(Дополнение абзацем - Федеральный закон от 13.07.2024 № 185-ФЗ) определение порядка передачи оперативной информации об авариях и инцидентах в электроэнергетике, форм актов по результатам расследования причин аварий и инцидентов в электроэнергетике и требований к их заполнению, а также форм отчетов об авариях и инцидентах в электроэнергетике и требований к их заполнению. (Дополнение абзацем - Федеральный закон от 13.07.2024 № 185-ФЗ) Федеральные органы исполнительной власти вправе издавать нормативные правовые акты по вопросам государственного регулирования и государственного контроля (надзора) в электроэнергетике только в случаях, предусмотренных федеральными законами и нормативными правовыми актами Правительства Российской Федерации. (В редакции Федерального закона от 25.06.2012 № 93-ФЗ)</w:t>
      </w:r>
    </w:p>
    <w:p>
      <w:r>
        <w:rPr>
          <w:b/>
        </w:rPr>
        <w:t xml:space="preserve">3. </w:t>
      </w:r>
      <w:r>
        <w:t>В рамках осуществления полномочий, предусмотренных настоящим Федеральным законом, федеральные органы исполнительной власти вправе: (В редакции Федерального закона от 26.07.2010 № 187-ФЗ) в рамках осуществления полномочий в сфере государственного контроля (надзора) направлять юридическим и физическим лицам обязательные для исполнения предписания о совершении действий, предусмотренных законодательством Российской Федерации об электроэнергетике, о прекращении нарушений законодательства Российской Федерации об электроэнергетике, в том числе об устранении их последствий, о заключении договоров, обязанность заключения которых предусмотрена законодательством Российской Федерации об электроэнергетике; (В редакции Федерального закона от 11.06.2021 № 170-ФЗ) с учетом требований и ограничений, предусмотренных настоящим Федеральным законом, направлять в исполнительные органы субъектов Российской Федерации и органы местного самоуправления обязательные для исполнения предписания о прекращении нарушений законодательства Российской Федерации об электроэнергетике; (В редакции федеральных законов от 11.06.2021 № 170-ФЗ, от 08.08.2024 № 232-ФЗ) запрашивать у субъектов электроэнергетики информацию о возникновении аварий, об изменениях или о нарушениях технологических процессов, а также о выходе из строя сооружений и оборудования, которые могут причинить вред жизни или здоровью граждан, окружающей среде и имуществу граждан и (или) юридических лиц, о соблюдении установленных нормативов запасов топлива на тепловых электростанциях (в том числе в отопительный сезон), об осуществлении мероприятий по проведению планового ремонта генерирующего оборудования и (или) объектов электросетевого хозяйства; (В редакции Федерального закона от 26.07.2010 № 189-ФЗ) рассматривать жалобы поставщиков и покупателей электрической и тепловой энергии о нарушениях их прав и законных интересов действиями (бездействием) иных субъектов электроэнергетики, а также запрашивать информацию, документы и иные доказательства, свидетельствующие о наличии признаков таких нарушений; абзац; (Утратил силу - Федеральный закон от 26.07.2010 № 187-ФЗ) применять меры ответственности за нарушение законодательства Российской Федерации об электроэнергетике и осуществлять иные полномочия, предусмотренные законодательством Российской Федерации об административных правонарушениях и законодательством Российской Федерации в области охраны окружающей среды; (В редакции Федерального закона от 29.12.2017 № 451-ФЗ) обращаться в суд с иском, а также участвовать в рассмотрении в суде дел, связанных с нарушением законодательства Российской Федерации об электроэнергетике; проводить оценку готовности субъектов электроэнергетики к отопительному сезону; (Дополнение абзацем - Федеральный закон от 26.07.2010 № 189-ФЗ) проводить мониторинг риска нарушения работы субъектов электроэнергетики в сфере электроэнергетики; (Дополнение абзацем - Федеральный закон от 11.06.2021 № 170-ФЗ) определять порядок взаимодействия субъектов оперативно-диспетчерского управления в электроэнергетике с сетевыми организациями, осуществляющими оперативно-технологическое управление; (Дополнение абзацем - Федеральный закон от 19.10.2023 № 503-ФЗ) устанавливать порядок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(Дополнение абзацем - Федеральный закон от 19.10.2023 № 503-ФЗ) утверждать примерные договоры купли-продажи электрической энергии (энергоснабжения) с потребителями; (Дополнение абзацем - Федеральный закон от 19.10.2023 № 503-ФЗ) в случаях и порядке, которые определены Правительством Российской Федерации, осуществлять урегулирование споров, связанных с участием системообразующих территориальных сетевых организаций в рассмотрении проектов инвестиционных программ территориальных сетевых организаций, возникающих между системообразующими территориальными сетевыми организациями, территориальными сетевыми организациями и исполнительными органами субъекта Российской Федерации. (Дополнение абзацем - Федеральный закон от 13.07.2024 № 185-ФЗ)</w:t>
      </w:r>
    </w:p>
    <w:p>
      <w:r>
        <w:rPr>
          <w:b/>
        </w:rPr>
        <w:t xml:space="preserve">4. </w:t>
      </w:r>
      <w:r>
        <w:t>Исполнительные органы субъектов Российской Федерации наделяются полномочиями на государственное регулирование и контроль в электроэнергетике в соответствии с настоящим Федеральным законом и иными федеральными законами, а также указами Президента Российской Федерации и постановлениями Правительства Российской Федерации. (В редакции Федерального закона от 08.08.2024 № 232-ФЗ) Исполнительные органы субъектов Российской Федерации осуществляют следующие полномочия: (В редакции Федерального закона от 08.08.2024 № 232-ФЗ) региональный государственный контроль (надзор) за применением регулируемых исполнительными органами субъектов Российской Федерации цен (тарифов) на электрическую энергию; (В редакции федеральных законов от 18.07.2011 № 242-ФЗ, от 14.10.2014 № 307-ФЗ, от 08.08.2024 № 232-ФЗ) абзац; (Утратил силу - Федеральный закон от 26.07.2010 № 187-ФЗ) утверждение инвестиционных программ субъектов электроэнергетики, отнесенных к числу субъектов, инвестиционные программы которых утверждаются и контролируются исполнительными органами субъектов Российской Федерации, и контроль за реализацией таких программ; (В редакции федеральных законов от 26.07.2010 № 187-ФЗ, от 08.08.2024 № 232-ФЗ) согласование инвестиционных программ территориальных сетевых организаций, отнесенных к числу субъектов, инвестиционные программы которых утверждаются и контролируются федеральными органами исполнительной власти, а также контроль за реализацией таких программ;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согласование использования водных объектов, предоставленных в пользование для целей производства электрической энергии на гидроэлектростанциях, находящихся на территориях соответствующих субъектов Российской Федерации; (В редакции Федерального закона от 14.07.2008 № 118-ФЗ) рассмотрение проекта схемы и программы развития электроэнергетических систем России; (В редакции Федерального закона от 11.06.2022 № 174-ФЗ) осуществление мониторинга показателей технико-экономического состояния объектов электроэнергетики (за исключением объектов электроэнергетики, контроль за техническим состоянием которых осуществляется уполномоченными федеральными органами исполнительной власти), в том числе показателей физического износа и энергетической эффективности объектов электросетевого хозяйства; (Дополнение абзацем - Федеральный закон от 30.12.2012 № 291-ФЗ) участие в установленном основными положениями функционирования розничных рынков порядке в назначении или замене гарантирующих поставщиков и определении или изменении границ зон их деятельности; абзац; (Утратил силу - Федеральный закон от 18.07.2011 № 242-ФЗ) создание штабов по обеспечению безопасности электроснабжения и обеспечение их функционирования; определение системообразующей территориальной сетевой организации в субъекте Российской Федерации в соответствии с критериями отнесения территориальных сетевых организаций к системообразующим территориальным сетевым организациям и порядком определения системообразующих территориальных сетевых организаций, установленными Правительством Российской Федерации. Решением высшего должностного лица субъекта Российской Федерации - города федерального значения Москвы в соответствии с настоящим Федеральным законом с учетом особенностей, установленных Законом Российской Федерации от 15 апреля 1993 года № 4802-I "О статусе столицы Российской Федерации", определяются две системообразующие территориальные сетевые организации и устанавливаются границы зон деятельности системообразующих территориальных сетевых организаций. (Дополнение абзацем - Федеральный закон от 13.07.2024 № 185-ФЗ)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(Статья в редакции Федерального закона от 04.11.2007 № 250-ФЗ)</w:t>
      </w:r>
    </w:p>
    <w:p>
      <w:r>
        <w:rPr>
          <w:b/>
        </w:rPr>
        <w:t>Статья 22</w:t>
      </w:r>
    </w:p>
    <w:p>
      <w:r>
        <w:t>(Статья утратила силу - Федеральный закон от 26.07.2010 № 187-ФЗ)</w:t>
      </w:r>
    </w:p>
    <w:p>
      <w:r>
        <w:rPr>
          <w:b/>
        </w:rPr>
        <w:t>Статья 23. Принципы и методы государственного регулирования цен (тарифов) в электроэнергетике</w:t>
      </w:r>
    </w:p>
    <w:p>
      <w:r>
        <w:rPr>
          <w:b/>
        </w:rPr>
        <w:t xml:space="preserve">1. </w:t>
      </w:r>
      <w:r>
        <w:t>Государственное регулирование цен (тарифов), надбавок осуществляется в порядке, установленном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утвержденными Правительством Российской Федерации. При этом регулируемые цены (тарифы), надбавки могут устанавливаться как в числовом выражении, так и в виде формул или порядка определения таких цен (тарифов) и надбавок. (В редакции Федерального закона от 29.12.2014 № 466-ФЗ) В порядке и в случаях, которые определены Правительством Российской Федерации, регулируемые цены (тарифы) и надбавки, установленные Правительством Российской Федерации или федеральным органом исполнительной власти в области регулирования тарифов в виде формул или порядка определения таких цен (тарифов) и надбавок, либо составляющие части таких регулируемых цен (тарифов) и надбавок и (или) величины, на основании которых определяются такие регулируемые цены (тарифы) и надбавки, определяются и используются организацией коммерческой инфраструктуры оптового рынка. (Дополнение абзацем - Федеральный закон от 29.12.2014 № 466-ФЗ)</w:t>
      </w:r>
    </w:p>
    <w:p>
      <w:r>
        <w:rPr>
          <w:b/>
        </w:rPr>
        <w:t xml:space="preserve">2. </w:t>
      </w:r>
      <w:r>
        <w:t>При государственном регулировании цен (тарифов) должны соблюдаться следующие основные принципы: определение экономической обоснованности планируемых (расчетных) себестоимости и прибыли при расчете и утверждении цен (тарифов); обеспечение экономической обоснованности затрат коммерческих организаций на производство, передачу и сбыт электрической энергии; учет результатов деятельности организаций, осуществляющих регулируемые виды деятельности, по итогам работы за период действия ранее утвержденных цен (тарифов); учет соблюдения требований законодательства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 обеспечение открытости и доступности для потребителей, в том числе населения, процесса тарифного регулирования; обязательный раздельный учет организациями, осуществляющими регулируемые виды деятельности, объема продукции (услуг), доходов и расходов на производство, передачу и сбыт электрической энергии</w:t>
      </w:r>
    </w:p>
    <w:p>
      <w:r>
        <w:rPr>
          <w:b/>
        </w:rPr>
        <w:t xml:space="preserve">3. </w:t>
      </w:r>
      <w:r>
        <w:t>При государственном регулировании цен (тарифов) в электроэнергетике достигается баланс экономических интересов поставщиков и потребителей электрической энергии, обеспечивающий доступность электрической энергии при возврате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в полном объеме с учетом экономически обоснованного уровня доходности инвестированного капитала при условии ведения для целей такого регулирования раздельного учета применяемых в указанных сферах деятельности активов и инвестированного и использованного для их создания капитала</w:t>
      </w:r>
    </w:p>
    <w:p>
      <w:r>
        <w:rPr>
          <w:b/>
        </w:rPr>
        <w:t xml:space="preserve">31. </w:t>
      </w:r>
      <w:r>
        <w:t>Объем финансовых потребностей, необходимых для реализации отдельных мероприятий инвестиционных программ субъектов электроэнергетики, в том числе организации по управлению единой национальной (общероссийской) электрической сетью и территориальных сетевых организаций, не должен превышать объем таких потребностей, определенный в соответствии с утвержденными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укрупненными нормативами цены типовых технологических решений капитального строительства объектов электроэнергетики. (Дополнение пунктом - Федеральный закон от 30.12.2012 № 291-ФЗ)</w:t>
      </w:r>
    </w:p>
    <w:p>
      <w:r>
        <w:rPr>
          <w:b/>
        </w:rPr>
        <w:t xml:space="preserve">4. </w:t>
      </w:r>
      <w:r>
        <w:t>Государственное регулирование цен (тарифов) в электроэнергетике на срок не менее чем пять лет может осуществляться на основе долгосрочных параметров регулирования деятельности соответствующих организаций или на основе заключаемых в порядке, установленном Правительством Российской Федерации, соглашений об условиях осуществления регулируемых видов деятельности. (В редакции Федерального закона от 02.08.2019 № 300-ФЗ) К долгосрочным параметрам государственного регулирования цен (тарифов) в электроэнергетике относятся также уровень надежности и качества указанных товаров (услуг), соответствующий долгосрочным инвестиционным программам организаций, осуществляющих регулируемые виды деятельности, размер инвестированного капитала, норма доходности, сроки возврата инвестированного капитала и иные параметры. (В редакции Федерального закона от 02.08.2019 № 300-ФЗ) Для целей такого регулирования могут применяться иные долгосрочные параметры регулирования, полученные с использованием метода сравнения аналогов и других методов. Цены (тарифы) на услуги по передаче электрической энергии при осуществлении государственного регулирования на основе долгосрочных параметров регулирования деятельности соответствующих организаций устанавливаются в порядке, установленном основами ценообразования в области регулируемых цен (тарифов) в электроэнергетике, утвержденными Правительством Российской Федерации. (Дополнение абзацем - Федеральный закон от 30.12.2012 № 291-ФЗ) Абзац. (Утратил силу - Федеральный закон от 02.08.2019 № 300-ФЗ) Государственное регулирование цен (тарифов) на услуги по передаче электрической энергии, оказываемые сетевыми организациями, осуществляется на основе долгосрочных параметров регулирования деятельности таких организаций или на основе заключаемых в порядке, установленном Правительством Российской Федерации, соглашений об условиях осуществления регулируемых видов деятельности.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или уполномоченным им федеральным органом исполнительной власти. Долгосрочные тарифы и долгосрочные параметры регулирования деятельности таких организаций подлежат корректировке при недостижении показателей надежности и качества в порядке, установленном Правительством Российской Федерации. С 1 января 2023 года осуществляется переход к установлению цен (тарифов) на услуги по передаче электрической энергии только в форме долгосрочных цен (тарифов) на такие услуги со сроком действия не менее чем пять лет. (В редакции федеральных законов от 30.12.2012 № 291-ФЗ, от 02.08.2019 № 300-ФЗ) Методика расчета и определения уровня доходности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определяется в порядке, установленном Правительством Российской Федерации. Выбор и применение методов государственного регулирования цен (тарифов) в электроэнергетике осуществляются в порядке, установленном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утвержденными Правительством Российской Федерации</w:t>
      </w:r>
    </w:p>
    <w:p>
      <w:r>
        <w:rPr>
          <w:b/>
        </w:rPr>
        <w:t xml:space="preserve">5. </w:t>
      </w:r>
      <w:r>
        <w:t>Срок действия утвержденных цен (тарифов) не может составлять менее чем двенадцать месяцев, если иное не установлено другими федеральными законами или решением Правительства Российской Федерации. (В редакции Федерального закона от 29.06.2012 № 96-ФЗ) Срок действия утвержденных цен (тарифов) на электрическую энергию (мощность), поставляемую покупателям на розничных рынках на территориях, не объединенных в ценовые и неценовые зоны оптового рынка, за исключением электрической энергии (мощности), поставляемой населению и приравненным к нему категориям потребителей, не может составлять менее чем три года и более чем пять лет, если иное не установлено Правительством Российской Федерации. (Дополнение абзацем - Федеральный закон от 30.12.2012 № 291-ФЗ) При установлении для отдельных категорий потребителей (за исключением населения и приравненных к нему категорий потребителей) льготных цен (тарифов) на электрическую энергию, предусмотренных законодательством Российской Федерации, не допускается повышение регулируемых государством цен (тарифов) на электрическую энергию для других категорий потребителей. (В редакции Федерального закона от 06.11.2013 № 308-ФЗ) Допускается установление цен (тарифов) на электрическую энергию, поставляемую населению и приравненным к нему категориям потребителей, цен (тарифов) на услуги по передаче электрической энергии и (или) сбытовых надбавок гарантирующих поставщиков для указанных категорий потребителей на уровне, отличном от уровня, на котором устанавливаются цены (тарифы) для других категорий потребителей, в том числе цены (тарифы) на услуги по передаче электрической энергии и (или) сбытовые надбавки гарантирующих поставщиков. При этом в соответствии с основами ценообразования в области регулируемых цен (тарифов) в электроэнергетике при установлении регулируемых цен (тарифов) подлежат возмещению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экономически обоснованные затраты, связанные с осуществлением регулируемых видов деятельности, в том числе с учетом частичного или полного их возмещения за счет средств бюджетов бюджетной системы Российской Федерации в соответствии с бюджетным законодательством Российской Федерации (при предоставлении соответствующих бюджетных средств). (Дополнение абзацем - Федеральный закон от 06.11.2013 № 308-ФЗ) Государственное регулирование цен (тарифов) может осуществляться отдельно в отношении электрической энергии, поставляемой населению и приравненным к нему категориям потребителей, в пределах социальной нормы потребления и сверх социальной нормы потребления в порядке, установленном Правительством Российской Федерации. Социальная норма потребления электрической энергии (мощности) устанавливается уполномоченным органом государственной власти субъекта Российской Федерации</w:t>
      </w:r>
    </w:p>
    <w:p>
      <w:r>
        <w:rPr>
          <w:b/>
        </w:rPr>
        <w:t xml:space="preserve">6. </w:t>
      </w:r>
      <w:r>
        <w:t>В случае изменения установленных исполнительным органом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и в случае установления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исполнительным органом субъекта Российской Федерации в области государственного регулирования тарифов или согласованных им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субъектами электроэнергетики, возмещение указанных недополученных доходов таким субъектам электроэнергетики, за исключением случаев корректировки цен (тарифов)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случаев изменения долгосрочных тарифов, и (или) необходимой валовой выручки, и (или) долгосрочных параметров регулирования субъекта электроэнергетики, осуществляющего регулируемые виды деятельности, в связи с реализацией предусмотренного статьей 8 настоящего Федерального закона механизма передачи объектов электросетевого хозяйства, входящих в единую национальную (общероссийскую) электрическую сеть, в аренду территориальным сетевым организациям и иных случаев, предусмотренных основами ценообразования в области регулируемых цен (тарифов) в электроэнергетике, утвержденными Правительством Российской Федерации, осуществляется за счет средств бюджета субъекта Российской Федерации в соответствии с бюджетным законодательством Российской Федерации. (В редакции федеральных законов от 13.07.2015 № 224-ФЗ, от 08.08.2024 № 232-ФЗ) 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электроэнергетике, установлением или изменением предельных уровней цен (тарифов), расходы бюджета соответствующего субъекта Российской Федерации, возникшие в результате компенсации недополученных доходов, связанных с осуществлением регулируемых видов деятельности субъектами электроэнергетики, в предусмотренном абзацем первым настоящего пункта случае, подлежат компенсации (за исключением предусмотренных настоящим пунктом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указанными изменениями законодательства Российской Федерации, установлением или изменением предельных уровней цен (тарифов). Размер указанной компенсации определяется в установленном Правительством Российской Федерации порядке. Правительство Российской Федерации вправе принять решение о возможности изменения на период до трех лет установленных исполнительным органом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постоянных ценах за один из кварталов текущего года меньше, чем объем валового внутреннего продукта в соответствующем квартале предыдущего года. (В редакции федеральных законов от 29.07.2018 № 272-ФЗ, от 08.08.2024 № 232-ФЗ) Указанное решение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исполнительным органом субъекта Российской Федерации в области государственного регулирования тарифов в течение трех месяцев с даты принятия Правительством Российской Федерации решения, указанного в абзаце третьем настоящего пункта. (В редакции Федерального закона от 08.08.2024 № 232-ФЗ) В случае изменения соответствующих долгосрочных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настоящим пунктом, компенсация недополученных доходов, связанных с осуществлением субъектами электроэнергетики регулируемых видов деятельности, в обязательном порядке не осуществляется. При этом уполномоченный орган государственной власти субъекта Российской Федерации вправе принять решение о возмещении соответствующих недополученных доходов за счет средств бюджета субъекта Российской Федерации в соответствии с бюджетным законодательством Российской Федерации. Решение об изменении установленных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решение об установлении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исполнительным органом субъекта Российской Федерации в области государственного регулирования тарифов или согласованных им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что влечет за собой недополученные доходы, связанные с осуществлением регулируемых видов деятельности субъектами электроэнергетики и подлежащие возмещению в обязательном порядке в соответствии с настоящим пунктом, принимается при соответствующем внесении изменений в закон субъекта Российской Федерации о бюджете, предусматривающих бюджетные ассигнования на возмещение таких недополученных доходов, размер которого определяется в порядке, установленном Правительством Российской Федерации, за счет бюджета субъекта Российской Федерации. (В редакции федеральных законов от 13.07.2015 № 224-ФЗ, от 08.08.2024 № 232-ФЗ) (Дополнение пунктом - Федеральный закон от 30.12.2012 № 291-ФЗ)</w:t>
      </w:r>
    </w:p>
    <w:p>
      <w:r>
        <w:rPr>
          <w:b/>
        </w:rPr>
        <w:t xml:space="preserve">7. </w:t>
      </w:r>
      <w:r>
        <w:t>Используемые для расчета размера платы за коммунальную услугу по электроснабжению для населения и приравненных к нему категорий потребителей установленные цены (тарифы) на электрическую энергию (мощность) применяются для расчетов за электрическую энергию (мощность), поставляемую организациям, предоставляющим внаем жилые помещения в наемных домах в соответствии с жилищным законодательством. (Дополнение пунктом - Федеральный закон от 21.07.2014 № 217-ФЗ) (Статья в редакции Федерального закона от 26.07.2010 № 187-ФЗ)</w:t>
      </w:r>
    </w:p>
    <w:p>
      <w:r>
        <w:rPr>
          <w:b/>
        </w:rPr>
        <w:t>Статья 231. Государственное регулирование цен (тарифов) на оптовом и розничных рынках</w:t>
      </w:r>
    </w:p>
    <w:p>
      <w:r>
        <w:rPr>
          <w:b/>
        </w:rPr>
        <w:t xml:space="preserve">1. </w:t>
      </w:r>
      <w:r>
        <w:t>Государственному регулированию в электроэнергетике подлежат цены (тарифы) на электрическую энергию (мощность) и на услуги, оказываемые на оптовом и розничных рынках, в соответствии с настоящим Федеральным законом</w:t>
      </w:r>
    </w:p>
    <w:p>
      <w:r>
        <w:rPr>
          <w:b/>
        </w:rPr>
        <w:t xml:space="preserve">2. </w:t>
      </w:r>
      <w:r>
        <w:t>Государственному регулированию на оптовом рынке подлежат: цены (тарифы) на поставляемую в условиях ограничения или отсутствия конкуренции электрическую энергию, регулирование которых может осуществляться в случаях и в порядке, которые предусмотрены статьей 233 настоящего Федерального закона; цены (тарифы) на электрическую энергию (мощность) и (или) предельные (минимальный и (или) максимальный) уровни цен (тарифов) и надбавки к таким ценам (тарифам) (в случаях, предусмотренных законодательством Российской Федерации, в порядке, установленном Правительством Российской Федерации); цены (тарифы) на электрическую энергию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законодательством Российской Федерации с гарантирующими поставщиками (энергоснабжающими организациями, энергосбытовыми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субъектами оптового рынка - покупателями электрической энергии (мощности), функционирующими в отдельных частях ценовых зон оптового рынка или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потребления электрической энергии потребителями, не относящимися к населению и (или) приравненным к нему категориям потребителей; (В редакции федеральных законов от 29.12.2014 № 466-ФЗ, от 08.08.2024 № 309-ФЗ) цены (тарифы) или предельные (минимальный и (или) максимальный) уровни цен (тарифов) на электрическую энергию (мощность) в неценовых зонах оптового рынка, в том числе поставляемую в электроэнергетические системы иностранных государств и приобретаемую у них в целях экспорта или импорта в объеме, учтенном в сводном прогнозном балансе производства и поставок электрической энергии (мощности); (В редакции Федерального закона от 06.12.2011 № 394-ФЗ) надбавка, прибавляемая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(в случаях и в порядке, которые предусмотрены Правительством Российской Федерации); (В редакции Федерального закона от 06.12.2011 № 394-ФЗ) цены (тарифы) на электрическую энергию (мощность), продаваемую и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 при этом указанные цены (тарифы) подлежат государственному регулированию до 1 января 2015 года и устанавливаются исходя из прогнозного уровня и с учетом необходимости обеспечения покупки и продажи электрической энергии (мощности) на равных ценовых условиях; (Дополнение абзацем - Федеральный закон от 06.12.2011 № 394-ФЗ) (В редакции Федерального закона от 06.11.2013 № 308-ФЗ) надбавка к цене на мощность, установленная и применяемая в порядке, установленном Правительством Российской Федерации,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(В редакции Федерального закона от 29.12.2014 № 466-ФЗ) надбавка к цене на мощность, установленная и применяемая в порядке, установленном Правительством Российской Федерации,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 (Дополнение абзацем - Федеральный закон от 29.12.2014 № 466-ФЗ) надбавка к цене на мощность, поставляемую в ценовых зонах оптового рынка субъектами оптового рынка - производителями электрической энергии (мощности), установленная и применяемая в порядке, установленном Правительством Российской Федерации,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(Дополнение абзацем - Федеральный закон от 28.12.2016 № 508-ФЗ) цены (тарифы)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эксплуатации; (Дополнение абзацем - Федеральный закон от 31.07.2020 № 281-ФЗ) надбавка к цене на мощность, поставляемую в ценовых зонах оптового рынка субъектами оптового рынка - производителями электрической энергии (мощности), установленная и применяемая в порядке, установленном Правительством Российской Федерации,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(Дополнение абзацем - Федеральный закон от 29.12.2020 № 480-ФЗ) (В редакции Федерального закона от 08.08.2024 № 309-ФЗ)</w:t>
      </w:r>
    </w:p>
    <w:p>
      <w:r>
        <w:rPr>
          <w:b/>
        </w:rPr>
        <w:t xml:space="preserve">3. </w:t>
      </w:r>
      <w:r>
        <w:t>На розничных рынках государственному регулированию подлежат: цены (тарифы) на электрическую энергию при введении государственного регулирования в чрезвычайных ситуациях в соответствии со статьей 233 настоящего Федерального закона; цены (тарифы) и предельные (минимальный и (или) максимальный) уровни цен (тарифов) на электрическую энергию (мощность), поставляемую населению и приравненным к нему категориям потребителей; 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и электрической энергии (мощности), поставляемой по двусторонним договорам купли-продажи электрической энергии, произведенной на генерирующих объектах, расположенных на территориях, не объединенных в ценовые и неценовые зоны оптового рынка, и потребляемой объектами, введенными в эксплуатацию после 1 июля 2017 года, в том числе в соответствии с договорами, указанными в пункте 22 статьи 37 настоящего Федерального закона); (В редакции Федерального закона от 19.10.2023 № 501-ФЗ) предельные (минимальный и (или) максимальный) уровни цен (тарифов) на электрическую 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и неценовые зоны оптового рынка; (Дополнение абзацем - Федеральный закон от 30.12.2012 № 291-ФЗ) (В редакции Федерального закона от 29.12.2020 № 480-ФЗ) сбытовые надбавки гарантирующих поставщиков; цены (тарифы) или предельные (минимальный и (или) максимальный) уровни цен (тарифов) на электрическую энергию (мощность), произведенную на функционирующих на основе использования возобновляемых источников энергии квалифицированных генерирующих объектах и приобретаемую в целях компенсации потерь в электрических сетях; (В редакции федеральных законов от 03.07.2016 № 268-ФЗ, от 30.12.2020 № 534-ФЗ) абзац. (Дополнение абзацем - Федеральный закон от 29.07.2018 № 254-ФЗ) (Утратил силу - Федеральный закон от 19.10.2023 № 501-ФЗ)</w:t>
      </w:r>
    </w:p>
    <w:p>
      <w:r>
        <w:rPr>
          <w:b/>
        </w:rPr>
        <w:t xml:space="preserve">4. </w:t>
      </w:r>
      <w:r>
        <w:t>Государственному регулированию на оптовом и (или) на розничных рынках подлежат: цены (тарифы) на услуги по обеспечению системной надежности (в случаях, предусмотренных законодательством Российской Федерации, в порядке, установленном Правительством Российской Федерации); (В редакции Федерального закона от 02.08.2019 № 262-ФЗ) цены (тарифы) на услуги коммерческого оператора; цены (тарифы)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 и осуществления проектирования развития электроэнергетических систем; (В редакции Федерального закона от 11.06.2022 № 174-ФЗ) предельные (минимальный и (или) максимальный) уровни цен (тарифов) на услуги по оперативно-диспетчерскому управлению в электроэнергетике в части обеспечения надежности функционирования электроэнергетики путем организации отбора исполнителей и оплаты услуг по обеспечению системной надежности; (В редакции федеральных законов от 02.08.2019 № 262-ФЗ, от 11.06.2022 № 174-ФЗ, от 02.11.2023 № 516-ФЗ) цены (тарифы) на услуги по передаче электрической энергии по единой национальной (общероссийской) электрической сети; 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а также предельные (минимальный и (или) максимальный) уровни таких цен (тарифов). Государственному регулированию подлежат: (В редакции Федерального закона от 31.07.2020 № 281-ФЗ) плата за технологическое присоединение к единой национальной (общероссийской) электрической сети, к электрическим сетям территориальных сетевых организаций и (или) стандартизированные тарифные ставки, определяющие ее величину; (Дополнение абзацем - Федеральный закон от 31.07.2020 № 281-ФЗ) плата за реализацию сетевой организацией мероприятий по обеспечению вывода из эксплуатации объекта по производству электрической энергии (мощности). (Дополнение абзацем - Федеральный закон от 31.07.2020 № 281-ФЗ)</w:t>
      </w:r>
    </w:p>
    <w:p>
      <w:r>
        <w:rPr>
          <w:b/>
        </w:rPr>
        <w:t xml:space="preserve">5. </w:t>
      </w:r>
      <w:r>
        <w:t>Указанные в пунктах 2 - 4 настоящей статьи перечни цен (тарифов), подлежащих государственному регулированию, являются исчерпывающими</w:t>
      </w:r>
    </w:p>
    <w:p>
      <w:r>
        <w:rPr>
          <w:b/>
        </w:rPr>
        <w:t xml:space="preserve">6. </w:t>
      </w:r>
      <w:r>
        <w:t>Предельные (минимальный и (или) максимальный) уровни цен (тарифов) на розничных рынках, регулирование которых предусмотрено настоящим Федеральным законом, устанавливаются на год федеральным органом исполнительной власти в области регулирования тарифов, если иное не установлено настоящим Федеральным законом, другими федеральными законами или решением Правительства Российской Федерации, и могут быть установлены с календарной разбивкой, разбивкой по категориям потребителей (покупателей) с учетом региональных и иных особенностей. При установлении указанных предельных уровней цен (тарифов) учитываются долгосрочные тарифы, установленные для субъектов электроэнергетики, осуществляющих регулируемые виды деятельности, и (или) долгосрочные параметры регулирования деятельности соответствующих организаций. (В редакции федеральных законов от 30.12.2012 № 291-ФЗ; от 29.07.2018 № 254-ФЗ) Исполнительные органы субъектов Российской Федерации в области государственного регулирования тарифов в срок, определенный Правительством Российской Федерации, устанавливают цены (тарифы) на электрическую энергию (мощность), поставляемую покупателям на розничных рынках, в том числе населению и приравненным к нему категориям потребителей, в пределах указанных предельных уровней цен (тарифов). (В редакции Федерального закона от 08.08.2024 № 232-ФЗ) В случае изменения предельных (минимального и (или) максимального) уровней цен (тарифов) на электрическую энергию (мощность) федеральным органом исполнительной власти в области регулирования тарифов менее чем за один календарный месяц до начала очередного финансового года или в течение периода действия указанных предельных уровней цен (тарифов) исполнительные органы субъектов Российской Федерации в области государственного регулирования тарифов принимают решения об установлении цен (тарифов) на электрическую энергию (мощность) в соответствии с измененными предельными уровнями и приводят свои ранее принятые решения об установлении цен (тарифов) на электрическую энергию (мощность) в соответствие с решениями об изменении указанных предельных уровней цен (тарифов) в порядке, установленном Правительством Российской Федерации. (В редакции Федерального закона от 08.08.2024 № 232-ФЗ)</w:t>
      </w:r>
    </w:p>
    <w:p>
      <w:r>
        <w:rPr>
          <w:b/>
        </w:rPr>
        <w:t xml:space="preserve">61. </w:t>
      </w:r>
      <w:r>
        <w:t>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деятельности субъекта электроэнергетики, осуществляющего регулируемые виды деятельности (при продлении долгосрочного периода регулирования), применяются в отношении цен (тарифов), рассчитываемых на каждый год долгосрочного периода регулирования, в порядке, установленном основами ценообразования в области регулируемых цен (тарифов) в электроэнергетике. При продлении долгосрочного периода регулирования указанные индексы роста цен (тарифов) определяются с учетом обеспечения возврата и доходности капитала, инвестированного до продления долгосрочного периода в соответствии с ранее принятыми исполнительным органом субъекта Российской Федерации в области государственного регулирования тарифов решениями об установлении цен (тарифов) (долгосрочных параметров регулирования деятельности субъекта электроэнергетики, осуществляющего регулируемые виды деятельности). (Дополнение пунктом - Федеральный закон от 30.12.2012 № 291-ФЗ) (В редакции Федерального закона от 08.08.2024 № 232-ФЗ)</w:t>
      </w:r>
    </w:p>
    <w:p>
      <w:r>
        <w:rPr>
          <w:b/>
        </w:rPr>
        <w:t xml:space="preserve">62. </w:t>
      </w:r>
      <w:r>
        <w:t>При установлении регулируемых цен (тарифов) на электрическую энергию (мощность), поставляемую производителями электрической энергии (мощности), не допускается возмещение недополученных доходов, связанных с поставкой электрической энергии (мощности) по нерегулируемым ценам (тарифам). (Дополнение пунктом - Федеральный закон от 29.07.2018 № 254-ФЗ) (В редакции Федерального закона от 19.10.2023 № 501-ФЗ)</w:t>
      </w:r>
    </w:p>
    <w:p>
      <w:r>
        <w:rPr>
          <w:b/>
        </w:rPr>
        <w:t xml:space="preserve">63. </w:t>
      </w:r>
      <w:r>
        <w:t>Расходы гарантирующего поставщика, понесенные им для исполнения обязательств, предусмотренных пунктом 5 статьи 37 настоящего Федерального закона, подлежат включению в состав сбытовой надбавки гарантирующего поставщика. Расходы гарантирующего поставщика, понесенные им для приобретения, установки и замены приборов учета электрической энергии и (или) иного оборудования, необходимого для обеспечения коммерческого учета электрической энергии (мощности), использование которых предполагается осуществлять для коммерческого учета электрической энергии (мощности) на розничных рынках и для оказания коммунальных услуг по электроснабжению, в случаях, не указанных в пункте 5 статьи 37 настоящего Федерального закона, не учитываются при государственном регулировании тарифов. Финансирование таких расходов осуществляется за счет собственных и привлеченных средств, а также иных не запрещенных законом источников, в том числе средств, полученных в результате экономии операционных расходов, достигнутой гарантирующим поставщиком при осуществлении регулируемых видов деятельности. Экономия средств, сохраненных в соответствии с требованиями законодательства об энергосбережении и о повышении энергетической эффективности в необходимой валовой выручке гарантирующего поставщика при установлении сбытовой надбавки гарантирующего поставщика, может быть использована для выплат по энергосервисным договорам (контрактам), на компенсацию расходов на приобретение и установку приборов учета электрической энергии, создание интеллектуальной системы учета электрической энергии (мощности), а также на иные цели в электроэнергетике, устанавливаемые Правительством Российской Федерации. (Дополнение пунктом - Федеральный закон от 27.12.2018 № 522-ФЗ)</w:t>
      </w:r>
    </w:p>
    <w:p>
      <w:r>
        <w:rPr>
          <w:b/>
        </w:rPr>
        <w:t xml:space="preserve">64. </w:t>
      </w:r>
      <w:r>
        <w:t>Расходы на оплату услуг по управлению изменением режима потребления электрической энергии не учитываются при установлении цен (тарифов) на электрическую энергию (мощность) для населения и приравненных к нему категорий потребителей. (Дополнение пунктом - Федеральный закон от 02.11.2023 № 516-ФЗ)</w:t>
      </w:r>
    </w:p>
    <w:p>
      <w:r>
        <w:rPr>
          <w:b/>
        </w:rPr>
        <w:t xml:space="preserve">7. </w:t>
      </w:r>
      <w:r>
        <w:t>Абзац. (Утратил силу - Федеральный закон от 02.08.2019 № 300-ФЗ) Решение исполнительного органа субъекта Российской Федерации в области государственного регулирования тарифов об утверждении им цен (тарифов), устанавливаемых на уровне выше максимального или ниже минимального уровня, установленного федеральным органом исполнительной власти в области регулирования тарифов, подлежит согласованию с данным федеральным органом исполнительной власти, осуществляемому в порядке, установленном правилами государственного регулирования (пересмотра, применения) цен (тарифов) в электроэнергетике, до принятия данного решения исполнительным органом субъекта Российской Федерации. Согласование с федеральным органом исполнительной власти в области регулирования тарифов указанного решения осуществляется не позднее чем в течение 30 календарных дней с даты обращения исполнительного органа субъекта Российской Федерации в области государственного регулирования тарифов. (В редакции Федерального закона от 08.08.2024 № 232-ФЗ) В случае, если исполнительным органом субъекта Российской Федерации в области государственного регулирования тарифов 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установлены на уровне выше максимального или ниже минимального уровня с нарушением порядка, установленного настоящим Федеральным законом, либо эти цены (тарифы) не приведены в соответствие с предельными (минимальными и (или) максимальными) уровнями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после их установления федеральным органом исполнительной власти в области регулирования тарифов, на территории субъекта Российской Федерации до момента установления цен (тарифов) в соответствии с законодательством Российской Федерации исполнительным органом субъекта Российской Федерации в области государственного регулирования тарифов подлежат применению установленные федеральным органом исполнительной власти в области регулирования тарифов предельные минимальные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(Дополнение абзацем - Федеральный закон от 02.08.2019 № 300-ФЗ) (В редакции Федерального закона от 08.08.2024 № 232-ФЗ) В случае, если исполнительным органом субъекта Российской Федерации в области государственного регулирования тарифов цены (тарифы) на электрическую энергию (мощность) для населения и приравненных к нему категорий потребителей установлены на уровне выше максимального или ниже минимального уровня с нарушением порядка, установленного настоящим Федеральным законом, либо эти цены (тарифы) не приведены в соответствие с предельными (минимальными и (или) максимальными) уровнями цен (тарифов) на электрическую энергию (мощность) для населения и приравненных к нему категорий потребителей после их изменения федеральным органом исполнительной власти в области регулирования тарифов, на территории субъекта Российской Федерации до момента установления цен (тарифов) в соответствии с законодательством Российской Федерации исполнительным органом субъекта Российской Федерации в области государственного регулирования тарифов подлежит применению установленный федеральным органом исполнительной власти в области регулирования тарифов предельный максимальный уровень цены (тарифа) на электрическую энергию (мощность) для населения и приравненных к нему категорий потребителей с учетом особенностей ценообразования в отношении электрической энергии (мощности), потребляемой населением и приравненными к нему категориями потребителей. (В редакции федеральных законов от 02.08.2019 № 300-ФЗ, от 08.08.2024 № 232-ФЗ) В случае превышения размера установленных исполнительными органами субъектов Российской Федерации в области государственного регулирования тарифов цен (тарифов) на электрическую энергию, поставляемую населению и приравненным к нему категориям потребителей, на услуги субъектов естественных монополий, превышающего установленные предельные уровни, дополнительные расходы потребителей, финансируемых из бюджетов соответствующих уровней, и расходы, связанные с выплатой дополнительных субсидий населению, несут консолидированные бюджеты субъектов Российской Федерации. (В редакции Федерального закона от 08.08.2024 № 232-ФЗ) Исполнительный орган субъекта Российской Федерации в области государственного регулирования тарифов действует в соответствии с положением об исполнительном органе субъекта Российской Федерации в области государственного регулирования тарифов, утвержденным высшим исполнительным органом субъекта Российской Федерации и составленным на основании типового положения, утвержденного Правительством Российской Федерации. (В редакции Федерального закона от 08.08.2024 № 232-ФЗ) Решение исполнительного органа субъекта Российской Федерации, принятое им с превышением полномочий, установленных настоящим Федеральным законом,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подлежит отмене в порядке, установленном Правительством Российской Федерации. (В редакции Федерального закона от 08.08.2024 № 232-ФЗ)</w:t>
      </w:r>
    </w:p>
    <w:p>
      <w:r>
        <w:rPr>
          <w:b/>
        </w:rPr>
        <w:t xml:space="preserve">8. </w:t>
      </w:r>
      <w:r>
        <w:t>Надбавка, прибавляемая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рассчитывается исходя из необходимости достижения установленных основными направлениями государственной политики в сфере повышения энергетической эффективности электроэнергетики целевых показателей объема производства и потребления электрической энергии, произведенной на указанных генерирующих объектах. Надбавка к цене на мощность, применяемая в порядке, установленном Правительством Российской Федерации,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 устанавливается в виде порядка ее определения. (Дополнение абзацем - Федеральный закон от 29.12.2014 № 466-ФЗ) Правительством Российской Федерации определяются субъекты оптового рынка - производители электрической энергии (мощности), к цене на мощность которых применяется указанная надбавка и генерирующие объекты тепловых электростанций которых подлежат строительству на территориях Республики Крым и (или) города федерального значения Севастополя, а также утверждаются перечень подлежащих строительству генерирующих объектов, места их расположения, их установленная мощность, сроки ввода в эксплуатацию и технические требования к ним. (Дополнение абзацем - Федеральный закон от 29.12.2014 № 466-ФЗ) Надбавка к цене на мощность, применяемая в порядке, установленном Правительством Российской Федерации,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устанавливается в виде порядка ее определения. (Дополнение абзацем - Федеральный закон от 29.12.2014 № 466-ФЗ) Надбавка к цене на мощность, поставляемую в ценовых зонах оптового рынка субъектами оптового рынка - производителями электрической энергии (мощности), применяемая в порядке, установленном Правительством Российской Федерации,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устанавливается в виде порядка ее определения. (Дополнение абзацем - Федеральный закон от 29.12.2020 № 480-ФЗ) (В редакции Федерального закона от 08.08.2024 № 309-ФЗ)</w:t>
      </w:r>
    </w:p>
    <w:p>
      <w:r>
        <w:rPr>
          <w:b/>
        </w:rPr>
        <w:t xml:space="preserve">81. </w:t>
      </w:r>
      <w:r>
        <w:t>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Правительство Российской Федерации устанавливает: порядок определения и применения надбавки к цене на мощность, поставляемую в ценовых зонах оптового рынка субъектами оптового рынка - производителями электрической энергии (мощности); субъектов оптового рынка - производителей электрической энергии (мощности), к цене на мощность которых применяется указанная надбавка и которые одновременно удовлетворяют следующим критериям: (В редакции Федерального закона от 30.06.2017 № 129-ФЗ) в уставном капитале такого субъекта оптового рынка доля участия Российской Федерации составляет не менее 50 процентов плюс одна голосующая акция; (Дополнение абзацем - Федеральный закон от 30.06.2017 № 129-ФЗ) такому субъекту оптового рынка принадлежит на праве собственности генерирующее оборудование гидроэлектростанций, суммарная установленная мощность которых составляет не менее 10 тысяч мегаватт в первой ценовой зоне оптового рынка и не менее 5 тысяч мегаватт во второй ценовой зоне оптового рынка; (Дополнение абзацем - Федеральный закон от 30.06.2017 № 129-ФЗ) такой субъект оптового рынка или его дочерние хозяйственные общества осуществляют деятельность в сфере электроэнергетики в субъектах Российской Федерации, входящих в состав Дальневосточного федерального округа; (Дополнение абзацем - Федеральный закон от 30.06.2017 № 129-ФЗ) планируемые на следующий период регулирования базовые уровни цен (тарифов) на электрическую энергию (мощность) на территориях Дальневосточного федерального округа; порядок доведения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Надбавка к цене на мощность, поставляемую в ценовых зонах оптового рынка субъектами оптового рынка - производителями электрической энергии (мощности),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применяется с 1 января 2017 года до 1 января 2028 года. (В редакции федеральных законов от 27.12.2019 № 471-ФЗ, от 29.12.2020 № 480-ФЗ) Начиная с 1 января 2022 года доведение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осуществляется с учетом критериев, установленных Правительством Российской Федерации в соответствии с абзацем пятьдесят третьим пункта 1 статьи 21 настоящего Федерального закона. (Дополнение абзацем - Федеральный закон от 29.12.2020 № 480-ФЗ) До 31 декабря 2021 года включительно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а также их применение осуществляется без учета указанных критериев. (Дополнение абзацем - Федеральный закон от 29.12.2020 № 480-ФЗ) (Дополнение пунктом - Федеральный закон от 28.12.2016 № 508-ФЗ)</w:t>
      </w:r>
    </w:p>
    <w:p>
      <w:r>
        <w:rPr>
          <w:b/>
        </w:rPr>
        <w:t xml:space="preserve">82. </w:t>
      </w:r>
      <w:r>
        <w:t>Цены (тарифы)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эксплуатации, устанавливаются в виде порядка их определения. При этом указанный порядок должен предусматривать определение составляющей части цены (тарифа), которая в совокупности с доходом от продажи электрической энергии обеспечивает компенсацию экономически обоснованных расходов собственника или иного законного владельца такого объекта на эксплуатацию такого объекта, а в случае, если уполномоченным Правительством Российской Федерации федеральным органом исполнительной власти определен перечень мероприятий по обеспечению вывода такого объекта из эксплуатации, также определение составляющей части цены (тарифа), которая обеспечивает компенсацию экономически обоснованных расходов собственника на обеспечение выполнения этих мероприятий, в том числе расходов по договору о реализации мероприятий по обеспечению вывода из эксплуатации объекта по производству электрической энергии (мощности), заключенному с сетевой организацией, за исключением мероприятий, связанных со строительством и вводом в эксплуатацию и (или) с увеличением установленной мощности генерирующих объектов. (Дополнение пунктом - Федеральный закон от 31.07.2020 № 281-ФЗ)</w:t>
      </w:r>
    </w:p>
    <w:p>
      <w:r>
        <w:rPr>
          <w:b/>
        </w:rPr>
        <w:t xml:space="preserve">83. </w:t>
      </w:r>
      <w:r>
        <w:t>Расходы на организацию и осуществление дистанционного управления технологическими режимами работы и эксплуатационным состоянием объектов электроэнергетики и энергопринимающих установок из диспетчерских центров субъекта оперативно-диспетчерского управления в электроэнергетике учитываются при установлении регулируемых цен (тарифов) на оптовом и розничных рынках в порядке, установленном Правительством Российской Федерации. (Дополнение пунктом - Федеральный закон от 13.07.2024 № 185-ФЗ)</w:t>
      </w:r>
    </w:p>
    <w:p>
      <w:r>
        <w:rPr>
          <w:b/>
        </w:rPr>
        <w:t xml:space="preserve">9. </w:t>
      </w:r>
      <w:r>
        <w:t>В случае нарушения установленного порядка применения государственных регулируемых цен (тарифов) субъекты электроэнергетики и иные допустившие такое нарушение лица возмещают в соответствии с гражданским законодательством убытки, причиненные таким нарушением другим лицам, и несут иную предусмотренную законодательством Российской Федерации ответственность</w:t>
      </w:r>
    </w:p>
    <w:p>
      <w:r>
        <w:rPr>
          <w:b/>
        </w:rPr>
        <w:t xml:space="preserve">10. </w:t>
      </w:r>
      <w:r>
        <w:t>Споры, связанные с осуществлением государственного регулирования цен (тарифов) в электроэнергетике, подлежат рассмотрению в арбитражном суде. (Дополнение статьей - Федеральный закон от 26.07.2010 № 187-ФЗ)</w:t>
      </w:r>
    </w:p>
    <w:p>
      <w:r>
        <w:rPr>
          <w:b/>
        </w:rPr>
        <w:t>Статья 232. Особенности государственного регулирования цен (тарифов) на услуги субъектов естественных монополий в электроэнергетике, платы за технологическое присоединение к электрическим сетям и платы за реализацию сетевой организацией мероприятий по обеспечению вывода из эксплуатации объекта по производству электрической энергии (мощности)</w:t>
      </w:r>
    </w:p>
    <w:p>
      <w:r>
        <w:t>(Наименование в редакции Федерального закона от 31.07.2020 № 281-ФЗ)</w:t>
      </w:r>
    </w:p>
    <w:p>
      <w:r>
        <w:rPr>
          <w:b/>
        </w:rPr>
        <w:t xml:space="preserve">1. </w:t>
      </w:r>
      <w:r>
        <w:t>В состав платы за услуги по передаче электрической энергии по единой национальной (общероссийской) электрической сети включаются: средства, компенсирующие собственные расходы организации по управлению единой национальной (общероссийской) электрической сетью на оказание таких услуг (экономически обоснованные затраты на их оказание, а также прибыль, обеспечивающая экономически обоснованную доходность капитала, используемого при оказании таких услуг); сумма, которая обеспечивает возврат собственникам или иным законным владельцам объектов электросетевого хозяйства, входящих в единую национальную (общероссийскую) электрическую сеть, доходов, получаемых в результате осуществления их прав, и которая уменьшена на сумму текущих расходов организации по управлению единой национальной (общероссийской) электрической сетью на эксплуатацию указанных объектов</w:t>
      </w:r>
    </w:p>
    <w:p>
      <w:r>
        <w:rPr>
          <w:b/>
        </w:rPr>
        <w:t xml:space="preserve">11. </w:t>
      </w:r>
      <w:r>
        <w:t>Деятельность по оказанию услуг по передаче электрической энергии осуществляется в условиях естественной монополии и регулируется в соответствии с законодательством о естественных монополиях, настоящим Федеральным законом и другими федеральными законами. (Дополнение пунктом - Федеральный закон от 06.12.2011 № 394-ФЗ) (В редакции Федерального закона от 06.11.2013 № 308-ФЗ)</w:t>
      </w:r>
    </w:p>
    <w:p>
      <w:r>
        <w:rPr>
          <w:b/>
        </w:rPr>
        <w:t xml:space="preserve">12. </w:t>
      </w:r>
      <w:r>
        <w:t>При дифференциации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отдельно устанавливаются цены (тарифы)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пунктами 7 и 8 статьи 8 настоящего Федерального закона. Цена (тариф)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пунктами 7 и 8 статьи 8 настоящего Федерального закона, определяется исходя из цены (тарифа) на услуги по передаче электрической энергии по единой национальной (общероссийской) электрической сети и ставки, которая обеспечивает учет величины перекрестного субсидирования в данной цене (тарифе) (далее - ставка перекрестного субсидирования). Требования абзацев первого и второго настоящего пункта не применяются при установлении цен (тарифов) на услуги по передаче электрической энергии, оказываемые территориальными сетевыми организациями с использованием объектов электросетевого хозяйства и (или) их частей, переданных в аренду в соответствии с пунктом 8 статьи 8 настоящего Федерального закона и находящихся на территориях Амурской области и Еврейской автономной области. Цены (тарифы) на услуги, оказываемые территориальными сетевыми организациями с использованием объектов электросетевого хозяйства и (или) их частей, переданных в аренду в соответствии с пунктом 8 статьи 8 настоящего Федерального закона и находящихся на территориях Амурской области и Еврейской автономной области, определяются в соответствии с основами ценообразования в области регулируемых цен (тарифов) в электроэнергетике. В 2014 году ставка перекрестного субсидирования в соответствующем субъекте Российской Федерации определяется путем деления величины перекрестного субсидирования на объем полезного отпуска электрической энергии потребителям услуг территориальных сетевых организаций, не относящимся к населению или приравненным к нему категориям потребителей. В 2014 году размер ставки перекрестного субсидирования составляет в Республике Бурятия 550 рублей за тысячу киловатт-часов, Республике Карелия 302 рубля за тысячу киловатт-часов, Республике Марий Эл 555 рублей за тысячу киловатт-часов, Республике Хакасия 129 рублей за тысячу киловатт-часов, Забайкальском крае 420 рублей за тысячу киловатт-часов, Белгородской области 424 рубля за тысячу киловатт-часов, Волгоградской области 598 рублей за тысячу киловатт-часов, Вологодской области 276 рублей за тысячу киловатт-часов, Курской области 512 рублей за тысячу киловатт-часов, Липецкой области 658 рублей за тысячу киловатт-часов, Нижегородской области 434 рубля за тысячу киловатт-часов, Ростовской области 714 рублей за тысячу киловатт-часов, Тамбовской области 926 рублей за тысячу киловатт-часов, Томской области 656 рублей за тысячу киловатт-часов, Тюменской области 116 рублей за тысячу киловатт-часов, Челябинской области 440 рублей за тысячу киловатт-часов, Ханты-Мансийском автономном округе - Югре 116 рублей за тысячу киловатт-часов, Ямало-Ненецком автономном округе 116 рублей за тысячу киловатт-часов. (Дополнение пунктом - Федеральный закон от 06.11.2013 № 308-ФЗ)</w:t>
      </w:r>
    </w:p>
    <w:p>
      <w:r>
        <w:rPr>
          <w:b/>
        </w:rPr>
        <w:t xml:space="preserve">13. </w:t>
      </w:r>
      <w:r>
        <w:t>Ставка перекрестного субсидирования в Республике Бурятия и Забайкальском крае снижается: с 1 июля 2015 года не менее чем на четыре процента от ее размера по состоянию на 1 января 2014 года; с 1 июля 2016 года не менее чем на девять процентов от ее размера по состоянию на 1 января 2014 года. Начиная с 1 июля 2017 года ставка перекрестного субсидирования рассчитывается ежегодно как разность размера ставки перекрестного субсидирования в предыдущем году и величины перекрестного субсидирования, составляющей не менее чем семь процентов от размера ставки перекрестного субсидирования по состоянию на 1 января 2014 года. Ставка перекрестного субсидирования снижается в субъектах Российской Федерации, в которых в соответствии с абзацем третьим пункта 9 статьи 8 настоящего Федерального закона допускается аренда объектов электросетевого хозяйства и (или) их частей до 1 июля 2017 года: с 1 июля 2015 года не менее чем на 34 процента от ее размера по состоянию на 1 января 2014 года; с 1 июля 2016 года не менее чем на 67 процентов от ее размера по состоянию на 1 января 2014 года. При этом более быстрое снижение ставки перекрестного субсидирования, чем указано в настоящем пункте, может осуществляться по соглашению между уполномоченным органом государственной власти субъекта Российской Федерации или высшим должностным лицом субъекта Российской Федерации и потребителями, энергопринимающие устройства которых технологически присоединены к объектам электросетевого хозяйства и (или) их частям, переданным в аренду территориальной сетевой организации. (В редакции Федерального закона от 08.08.2024 № 232-ФЗ) Ставка перекрестного субсидирования дополнительно уменьшается на размер средств бюджетов бюджетной системы Российской Федерации в случае предоставления таких средств для снижения величины перекрестного субсидирования территориальным сетевым организациям в порядке, установленном Правительством Российской Федерации. (Дополнение пунктом - Федеральный закон от 06.11.2013 № 308-ФЗ)</w:t>
      </w:r>
    </w:p>
    <w:p>
      <w:r>
        <w:rPr>
          <w:b/>
        </w:rPr>
        <w:t xml:space="preserve">14. </w:t>
      </w:r>
      <w:r>
        <w:t>Если иное не установлено нормативным правовым актом Правительства Российской Федерации, в целях снижения величины перекрестного субсидирования, учитываемой в ценах (тарифах)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такие цены (тарифы) (за исключением определяемых в соответствии с пунктами 12 и 13 настоящей статьи) могут быть увеличены с 1 января 2014 года не более чем на семь процентов от их уровня по состоянию на 31 декабря 2013 года. Увеличение цен (тарифов) на услуги по передаче электрической энергии в целях снижения величины перекрестного субсидирования в последующие периоды осуществляется в порядке, установленном основами ценообразования в области регулируемых цен (тарифов) в электроэнергетике. (Дополнение пунктом - Федеральный закон от 06.11.2013 № 308-ФЗ)</w:t>
      </w:r>
    </w:p>
    <w:p>
      <w:r>
        <w:rPr>
          <w:b/>
        </w:rPr>
        <w:t xml:space="preserve">2. </w:t>
      </w:r>
      <w:r>
        <w:t>Плата за технологическое присоединение объектов по производству электрической энергии определяется в порядке, установленном Правительством Российской Федерации или уполномоченным федеральным органом исполнительной власти, в том числе посредством применения стандартизированных тарифных ставок. Размер платы за технологическое присоединение и (или) размер стандартизированных тарифных ставок определяются исходя из расходов на выполнение мероприятий, подлежащих осуществлению сетевой организацией в ходе технологического присоединения, включая строительство, реконструкцию объектов электросетевого хозяйства. Плата за технологическое присоединение энергопринимающих устройств и объектов электросетевого хозяйства может устанавливаться в соответствии с указанными принципами и порядком определения платы за технологическое присоединение объектов по производству электрической энергии либо посредством установления размера платы федеральным органом исполнительной власти в области регулирования тарифов или исполнительными органами субъектов Российской Федерации в области государственного регулирования тарифов в порядке, установленном Правительством Российской Федерации. (В редакции Федерального закона от 08.08.2024 № 232-ФЗ) Стандартизированные тарифные ставки, определяющие величину платы за технологическое присоединение к электрическим сетям территориальных сетевых организаций, рассчитываются и устанавливаются исполнительными органами субъектов Российской Федерации в области государственного регулирования тарифов едиными для всех территориальных сетевых организаций на территории субъекта Российской Федерации, в частности с использованием метода сравнения аналогов. Указанные стандартизированные тарифные ставки дифференцируются исходя из состава мероприятий по технологическому присоединению, обусловленных в том числе видами и техническими характеристиками объектов электросетевого хозяйства, уровнем напряжения в точке присоединения энергопринимающих устройств, максимальной мощностью присоединяемых энергопринимающих устройств и категорией надежности энергоснабжения, и по иным установленным федеральными законами основаниям в соответствии с основами ценообразования в области регулируемых цен (тарифов) в электроэнергетике, утвержденными Правительством Российской Федерации. (В редакции Федерального закона от 08.08.2024 № 232-ФЗ) Затраты на проведение мероприятий по технологическому присоединению, в том числе расходы сетевой организации на обеспечение коммерческого учета электрической энергии (мощности), строительство и (или) реконструкцию необходимых для технологического присоединения объектов электросетевого хозяйства, включаются в расходы сетевой организации, учитываемые при установлении тарифов на услуги по передаче электрической энергии и (или) платы за технологическое присоединение. При этом не допускается включение расходов сетевой организации, учтенных при установлении тарифов на услуги по передаче электрической энергии, в состав платы за технологическое присоединение и расходов, учтенных при установлении платы за технологическое присоединение, в состав тарифов на услуги по передаче электрической энергии. Расходы территориальных сетевых организаций на выполнение мероприятий по технологическому присоединению в части, превышающей размер расходов на осуществление указанных мероприятий, исходя из которого рассчитаны стандартизированные тарифные ставки, определяющие величину платы за технологическое присоединение к электрическим сетям территориальных сетевых организаций, не подлежат учету при государственном регулировании цен (тарифов) в электроэнергетике. С 1 января 2011 года не допускается включение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С 1 июля 2024 года положения абзаца шестого настоящего пункта не применяются при определении размера платы за технологическое присоединение энергопринимающих устройств максимальной мощностью свыше 150 кВт (с учетом мощности ранее присоединенных в данной точке присоединения энергопринимающих устройств) к объектам электросетевого хозяйства сетевых организаций, а также в случае технологического присоединения генерирующих объектов к объектам электросетевого хозяйства территориальных сетевых организаций. С 1 октября 2015 года по 30 сентября 2017 года, а также с 1 июля 2022 года по 31 декабря 2022 года размер включаемой в состав платы за технологическое присоединение энергопринимающих устройств максимальной мощностью не более 150 кВт инвестиционной составляющей на покрытие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не может составлять более чем 50 процентов от величины указанных расходов. С 1 октября 2017 года по 30 июня 2022 года в состав платы за технологическое присоединение энергопринимающих устройств максимальной мощностью не более 150 кВт не включаются расходы, связанные со строительством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С 1 января 2023 года в состав платы за технологическое присоединение энергопринимающих устройств максимальной мощностью не более 150 кВт в полном объеме включается инвестиционная составляющая на покрытие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При этом расходы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не учитываемые с 1 октября 2015 года по 31 декабря 2022 года в составе платы за технологическое присоединение энергопринимающих устройств максимальной мощностью не более 150 кВт, в соответствии с основами ценообразования в области регулируемых цен (тарифов) в электроэнергетике включаются в расходы сетевой организации, учитываемые при установлении тарифов на услуги по передаче электрической энергии. Особенности определения размера платы за технологическое присоединение объектов микрогенерации и энергопринимающих устройств максимальной мощностью не более 15 кВт включительно (с учетом мощности ранее присоединенных в данной точке присоединения энергопринимающих устройств) по третьей категории надежности (по одному источнику электроснабжения) и применения этой платы, а также размера платы за технологическое присоединение энергопринимающих устройств максимальной мощностью не более 150 кВт (с учетом мощности ранее присоединенных в данной точке присоединения энергопринимающих устройств) по третьей категории надежности (по одному источнику электроснабжения) и применения этой платы определяются Правительством Российской Федерации. По решению исполнительного органа субъекта Российской Федерации в области государственного регулирования тарифов размер включаемой в состав платы за технологическое присоединение энергопринимающих устройств максимальной мощностью не более 150 кВт (с учетом мощности ранее присоединенных в данной точке присоединения энергопринимающих устройств) инвестиционной составляющей на покрытие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может быть уменьшен, в том числе дифференцирован по группам заявителей (энергопринимающих устройств), определяемым Правительством Российской Федерации, при условии компенсации сетевой организации разницы между размером платы, предусмотренной настоящим пунктом, и размером соответствующей платы, установленной исполнительным органом субъекта Российской Федерации в области государственного регулирования тарифов, за счет средств бюджета субъекта Российской Федерации. (В редакции Федерального закона от 08.08.2024 № 232-ФЗ) Указанные в абзаце шестом настоящего пункта требования не применяются в случае технологического присоединения генерирующих объектов к объектам электросетевого хозяйства, соответствующим критериям отнесения к единой национальной (общероссийской) электрической сети. Состав расходов на проведение мероприятий по технологическому присоединению, включаемых в состав платы за технологическое присоединение, определяется федеральным органом исполнительной власти в области регулирования тарифов. (Пункт в редакции Федерального закона от 16.02.2022 № 12-ФЗ)</w:t>
      </w:r>
    </w:p>
    <w:p>
      <w:r>
        <w:rPr>
          <w:b/>
        </w:rPr>
        <w:t xml:space="preserve">3. </w:t>
      </w:r>
      <w:r>
        <w:t>Расходы сетевой организации, понесенные ею для исполнения обязательств, предусмотренных пунктом 5 статьи 37 настоящего Федерального закона, подлежат включению в состав тарифа на услуги по передаче электрической энергии и (или) платы за технологическое присоединение в соответствии с законодательством Российской Федерации об электроэнергетике. Расходы сетевой организации, понесенные ею для приобретения, установки и замены приборов учета электрической энергии и (или) иного оборудования, необходимого для обеспечения коммерческого учета электрической энергии (мощности), использование которых предполагается осуществлять для коммерческого учета электрической энергии (мощности) на розничных рынках и для оказания коммунальных услуг по электроснабжению, в случаях, не указанных в пункте 5 статьи 37 настоящего Федерального закона, не учитываются при государственном регулировании тарифов. Финансирование таких расходов осуществляется за счет собственных и привлеченных средств, а также иных не запрещенных законом источников, в том числе средств, полученных в результате экономии, достигнутой сетевой организацией при осуществлении регулируемых видов деятельности в результате проведения мероприятий по сокращению объема используемых энергетических ресурсов (в том числе потерь энергетических ресурсов при их передаче (поставке) и иных операционных расходов. Экономия средств, сохраненных в соответствии с требованиями законодательства об энергосбережении и о повышении энергетической эффективности в необходимой валовой выручке сетевой организации при установлении тарифа на услуги по передаче электрической энергии, может быть использована сетевыми организациями для выплат по энергосервисным договорам (контрактам), на компенсацию расходов на приобретение и установку приборов учета электрической энергии, создание интеллектуальной системы учета электрической энергии (мощности), а также на иные цели в электроэнергетике, устанавливаемые Правительством Российской Федерации. (Дополнение пунктом - Федеральный закон от 27.12.2018 № 522-ФЗ)</w:t>
      </w:r>
    </w:p>
    <w:p>
      <w:r>
        <w:rPr>
          <w:b/>
        </w:rPr>
        <w:t xml:space="preserve">4. </w:t>
      </w:r>
      <w:r>
        <w:t>Плата за реализацию сетевой организацией мероприятий по обеспечению вывода из эксплуатации объекта по производству электрической энергии (мощности) устанавливается федеральным органом исполнительной власти в области регулирования тарифов в отношении организации по управлению единой национальной (общероссийской) электрической сетью и исполнительными органами субъектов Российской Федерации в области государственного регулирования тарифов в отношении территориальных сетевых организаций. (В редакции Федерального закона от 08.08.2024 № 232-ФЗ) Размер указанной платы определяется в соответствии с порядком определения размера платы за реализацию сетевой организацией мероприятий по обеспечению вывода из эксплуатации объекта по производству электрической энергии (мощности), утверждаемым федеральным органом исполнительной власти в области регулирования тарифов в соответствии с основами ценообразования в области регулируемых цен (тарифов) в электроэнергетике, исходя из экономически обоснованных затрат на выполнение мероприятий, подлежащих реализации сетевой организацией по договору о реализации мероприятий по обеспечению вывода из эксплуатации объекта по производству электрической энергии (мощности), включая проектирование, строительство, реконструкцию, модернизацию и (или) техническое перевооружение объектов электросетевого хозяйства. В состав платы за реализацию сетевой организацией мероприятий по обеспечению вывода из эксплуатации объекта по производству электрической энергии (мощности) не включаются учитываемые при установлении тарифов на услуги по передаче электрической энергии расходы на выполнение мероприятий, включенных в инвестиционную программу этой сетевой организации либо иных сетевых организаций. Лицо, обратившееся к сетевой организации для заключения договора о реализации мероприятий по обеспечению вывода из эксплуатации объекта по производству электрической энергии (мощности) или заключившее такой договор, вправе обратиться в органы государственного регулирования цен (тарифов) для урегулирования споров, связанных с установлением и применением сетевой организацией платы за реализацию сетевой организацией мероприятий по обеспечению вывода из эксплуатации объекта по производству электрической энергии (мощности), в порядке, установленном Правительством Российской Федерации. (Дополнение пунктом - Федеральный закон от 31.07.2020 № 281-ФЗ)</w:t>
      </w:r>
    </w:p>
    <w:p>
      <w:r>
        <w:rPr>
          <w:b/>
        </w:rPr>
        <w:t xml:space="preserve">5. </w:t>
      </w:r>
      <w:r>
        <w:t>При установлении цен (тарифов) на услуги по оперативно-диспетчерскому управлению в электроэнергетике в установленном Правительством Российской Федерации порядке учитываются: расходы на организацию осуществления системным оператором функций по проектированию развития электроэнергетических систем и осуществление таких функций; расходы системного оператора, связанные с организацией выполнения им функций по оперативно-диспетчерскому управлению в электроэнергетике в технологически изолированных территориальных электроэнергетических системах. (Дополнение пунктом - Федеральный закон от 11.06.2022 № 174-ФЗ)</w:t>
      </w:r>
    </w:p>
    <w:p>
      <w:r>
        <w:rPr>
          <w:b/>
        </w:rPr>
        <w:t xml:space="preserve">6. </w:t>
      </w:r>
      <w:r>
        <w:t>Экономически обоснованные расходы системообразующей территориальной сетевой организации, планируемые и (или) фактически понесенные в связи с исполнением обязанностей, предусмотренных пунктом 1 статьи 464 настоящего Федерального закона, подлежат включению в состав цен (тарифов) на услуги по передаче электрической энергии, за исключением расходов системообразующей территориальной сетевой организации: учтенных при установлении платы за технологическое присоединение; на ликвидацию на основании решений штаба по обеспечению безопасности электроснабжения последствий аварийных ситуаций на объектах электросетевого хозяйства, используемых территориальными сетевыми организациями для оказания услуг по передаче электрической энергии, которые должны возмещаться на основании договора, заключенного в соответствии с положениями указанной статьи. (Дополнение пунктом - Федеральный закон от 13.07.2024 № 185-ФЗ)</w:t>
      </w:r>
    </w:p>
    <w:p>
      <w:r>
        <w:rPr>
          <w:b/>
        </w:rPr>
        <w:t xml:space="preserve">7. </w:t>
      </w:r>
      <w:r>
        <w:t>Заключение исполнительных органов субъектов Российской Федерации в области государственного регулирования тарифов по предложениям об установлении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направляемым в исполнительные органы субъектов Российской Федерации в области государственного регулирования тарифов, формируется при опубликовании цен (тарифов) с обязательным привлечением в качестве экспертов представителей системообразующей территориальной сетевой организации, осуществляющей деятельность в субъекте Российской Федерации, в части: оценки достоверности данных, представленных в предложениях об установлении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анализа основных технико-экономических показателей за два предшествующих года, текущий год и расчетный период регулирования. (Дополнение пунктом - Федеральный закон от 13.07.2024 № 185-ФЗ) (Дополнение статьей - Федеральный закон от 26.07.2010 № 187-ФЗ)</w:t>
      </w:r>
    </w:p>
    <w:p>
      <w:r>
        <w:rPr>
          <w:b/>
        </w:rPr>
        <w:t>Статья 233. Государственное регулирование в электроэнергетике в условиях ограничения или отсутствия конкуренции</w:t>
      </w:r>
    </w:p>
    <w:p>
      <w:r>
        <w:rPr>
          <w:b/>
        </w:rPr>
        <w:t xml:space="preserve">1. </w:t>
      </w:r>
      <w:r>
        <w:t>Государственное регулирование в электроэнергетике в условиях ограничения или отсутствия конкуренции может вводиться: в отдельных ценовых зонах оптового рынка и (или) на оптовом рынке в целом в случае выявления временного совокупного дефицита электрической энергии; на территориях, временно работающих изолированно от Единой энергетической системы России, в том числе параллельно с электроэнергетической системой иностранного государства или ее частью. Государственное регулирование в электроэнергетике вводится также в чрезвычайных ситуациях. Порядок осуществления государственного регулирования в электроэнергетике, условия его введения и прекращения определяются Правительством Российской Федерации</w:t>
      </w:r>
    </w:p>
    <w:p>
      <w:r>
        <w:rPr>
          <w:b/>
        </w:rPr>
        <w:t xml:space="preserve">2. </w:t>
      </w:r>
      <w:r>
        <w:t>Наличие временного совокупного дефицита электрической энергии в отдельных ценовых зонах оптового рынка и (или) на оптовом рынке в целом характеризуется превышением в течение определенного периода или в отдельных зонах суточного графика нагрузки уровня потребления электрической энергии (с учетом нормативной потребности в резерве энергетических мощностей) над уровнем максимально возможной для использования при производстве электрической энергии (с учетом ограничений обеспечения топливом) генерирующей мощности. При прекращении временного совокупного дефицита электрической энергии в отдельных ценовых зонах оптового рынка и (или) на оптовом рынке в целом федеральный орган исполнительной власти, уполномоченный Правительством Российской Федерации, обязан принять решение о прекращении государственного регулирования в электроэнергетике, осуществляемого в соответствии с положениями настоящей статьи. (Дополнение статьей - Федеральный закон от 26.07.2010 № 187-ФЗ)</w:t>
      </w:r>
    </w:p>
    <w:p>
      <w:r>
        <w:rPr>
          <w:b/>
        </w:rPr>
        <w:t>Статья 234. Соглашение об условиях осуществления регулируемых видов деятельности</w:t>
      </w:r>
    </w:p>
    <w:p>
      <w:r>
        <w:rPr>
          <w:b/>
        </w:rPr>
        <w:t xml:space="preserve">1. </w:t>
      </w:r>
      <w:r>
        <w:t>Федеральный орган исполнительной власти в области регулирования тарифов и организация по управлению единой национальной (общероссийской) электрической сетью могут заключать соглашение об условиях осуществления регулируемых видов деятельности. Исполнительный орган субъекта Российской Федерации в области государственного регулирования тарифов и территориальная сетевая организация могут заключать соглашение об условиях осуществления регулируемых видов деятельности. (В редакции Федерального закона от 08.08.2024 № 232-ФЗ)</w:t>
      </w:r>
    </w:p>
    <w:p>
      <w:r>
        <w:rPr>
          <w:b/>
        </w:rPr>
        <w:t xml:space="preserve">2. </w:t>
      </w:r>
      <w:r>
        <w:t>Срок действия соглашения об условиях осуществления регулируемых видов деятельности не может быть менее пяти лет</w:t>
      </w:r>
    </w:p>
    <w:p>
      <w:r>
        <w:rPr>
          <w:b/>
        </w:rPr>
        <w:t xml:space="preserve">3. </w:t>
      </w:r>
      <w:r>
        <w:t>При государственном регулировании цен (тарифов) на основе соглашения об условиях осуществления регулируемых видов деятельности средства достигнутой сетевой организацией экономии расходов в размере, определяемом в порядке, установленном Правительством Российской Федерации, не могут исключаться из необходимой валовой выручки в течение всего периода регулирования цен (тарифов) на основе такого соглашения</w:t>
      </w:r>
    </w:p>
    <w:p>
      <w:r>
        <w:rPr>
          <w:b/>
        </w:rPr>
        <w:t xml:space="preserve">4. </w:t>
      </w:r>
      <w:r>
        <w:t>Соглашение об условиях осуществления регулируемых видов деятельности заключается в соответствии с примерной формой, утвержденной Правительством Российской Федерации. (Дополнение статьей - Федеральный закон от 02.08.2019 № 300-ФЗ)</w:t>
      </w:r>
    </w:p>
    <w:p>
      <w:r>
        <w:rPr>
          <w:b/>
        </w:rPr>
        <w:t>Статья 24. Полномочия Правительства Российской Федерации, федерального органа исполнительной власти и исполнительных органов субъектов Российской Федерации в области государственного регулирования цен (тарифов)</w:t>
      </w:r>
    </w:p>
    <w:p>
      <w:r>
        <w:t>(Наименование в редакции федеральных законов от 18.07.2011 № 242-ФЗ, от 08.08.2024 № 232-ФЗ)</w:t>
      </w:r>
    </w:p>
    <w:p>
      <w:r>
        <w:rPr>
          <w:b/>
        </w:rPr>
        <w:t xml:space="preserve">1. </w:t>
      </w:r>
      <w:r>
        <w:t>Правительство Российской Федерации в соответствии с законодательством Российской Федерации об электроэнергетике: утверждает основы ценообразования в области регулируемых цен (тарифов) в электроэнергетике, определяющие принципы и методы расчета цен (тарифов) в электроэнергетике, в том числе критерии оценки экономической обоснованности затрат, включаемых в указанные цены (тарифы), и определения уровня доходности инвестированного капитала, используемого в сферах деятельности субъектов электроэнергетики, в которых применяется государственное регулирование цен (тарифов), порядок учета результатов деятельности субъектов электроэнергетики по итогам работы за период действия ранее утвержденных цен (тарифов), порядок определения, распределения и учета величины перекрестного субсидирования между потребителями (покупателями) на розничных рынках электрической энергии, особенности определения цен (тарифов) на электрическую энергию (мощность), поставляемую покупателям в технологически изолированных территориальных энергетических системах; (В редакции Федерального закона от 06.11.2013 № 308-ФЗ) утверждает правила государственного регулирования (пересмотра, применения) цен (тарифов) в электроэнергетике, в том числе сроки рассмотрения вопроса об их установлении, исчерпывающий перечень представляемой документации, порядок проведения обязательной экспертизы предложений и коллегиального принятия решений; утверждает порядок установления долгосрочных параметров регулирования деятельности организаций в сферах электроэнергетики, которые в соответствии с законодательством Российской Федерации отнесены к сферам деятельности субъектов естественных монополий и (или) цены (тарифы) на отдельные виды продукции (услуг) которых подлежат регулированию в соответствии с перечнем, определенным федеральными законами; утверждает порядок установления и применения социальной нормы потребления электрической энергии (мощности); устанавливает порядок урегулирования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 а также с установлением и применением сетевой организацией платы за реализацию сетевой организацией мероприятий по обеспечению вывода из эксплуатации объекта по производству электрической энергии (мощности); (В редакции Федерального закона от 31.07.2020 № 281-ФЗ) устанавливает порядок рассмотрения разногласий, возникающих между исполнительными органами субъектов Российской Федерации, организациями, осуществляющими регулируемые виды деятельности, и потребителями, за исключением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 (В редакции Федерального закона от 08.08.2024 № 232-ФЗ) устанавливает порядок осуществления федерального государственного контроля (надзора) за регулируемыми государством ценами (тарифами) в электроэнергетике; (Дополнение абзацем - Федеральный закон от 18.07.2011 № 242-ФЗ) устанавливает надбавку к цене на мощность, применяемую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 и порядок применения указанной надбавки; (Дополнение абзацем - Федеральный закон от 29.12.2014 № 466-ФЗ) устанавливает надбавку к цене на мощность, применяемую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(Дополнение абзацем - Федеральный закон от 29.12.2014 № 466-ФЗ) устанавливает порядок определения надбавки к цене на мощность, поставляемую в ценовых зонах оптового рынка субъектами оптового рынка - производителями электрической энергии (мощности),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(Дополнение абзацем - Федеральный закон от 28.12.2016 № 508-ФЗ) устанавливает порядок доведения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(Дополнение абзацем - Федеральный закон от 28.12.2016 № 508-ФЗ) устанавливает порядок целевого использования средств, получаемых от применения надбавки к цене на мощность, поставляемую в ценовых зонах оптового рынка субъектами оптового рынка - производителями электрической энергии (мощности), для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определяющий в том числе порядок контроля за целевым использованием указанных средств; (Дополнение абзацем - Федеральный закон от 28.12.2016 № 508-ФЗ) (В редакции Федерального закона от 30.06.2017 № 129-ФЗ) устанавливает порядок заключения, изменения, расторжения соглашений об условиях осуществления регулируемых видов деятельности и перечень существенных условий таких соглашений; (Дополнение абзацем - Федеральный закон от 02.08.2019 № 300-ФЗ) устанавливает порядок определения цен (тарифов)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эксплуатации; (Дополнение абзацем - Федеральный закон от 31.07.2020 № 281-ФЗ) устанавливает порядок дифференциации по субъектам Российской Федерации и порядок дифференциации по уровням напряжения планируемых на следующий период регулирования базовых уровней цен (тарифов) на электрическую энергию (мощность) на территориях Дальневосточного федерального округа; (Дополнение абзацем - Федеральный закон от 29.12.2020 № 480-ФЗ) устанавливает надбавку к цене на мощность, поставляемую в ценовых зонах оптового рынка субъектами оптового рынка - производителями электрической энергии (мощности),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(Дополнение абзацем - Федеральный закон от 29.12.2020 № 480-ФЗ) (В редакции Федерального закона от 08.08.2024 № 309-ФЗ)</w:t>
      </w:r>
    </w:p>
    <w:p>
      <w:r>
        <w:rPr>
          <w:b/>
        </w:rPr>
        <w:t xml:space="preserve">2. </w:t>
      </w:r>
      <w:r>
        <w:t>Правительство Российской Федерации или уполномоченный федеральный орган исполнительной власти в области регулирования тарифов: (В редакции Федерального закона от 18.07.2011 № 242-ФЗ) осуществляет федеральный государственный контроль (надзор) за регулируемыми государством ценами (тарифами) в электроэнергетике, в том числе в части использования инвестиционных ресурсов, включаемых в регулируемые государством цены (тарифы), применения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величину этой платы; (В редакции Федерального закона от 25.06.2012 № 93-ФЗ) устанавливает порядок определения стоимости услуг по оперативно-диспетчерскому управлению в электроэнергетике и их оплаты; устанавливает порядок определения размера платы за технологическое присоединение к электрическим сетям, включая набор стандартизированных тарифных ставок для определения такой платы, и порядок определения тарифов на услуги по передаче электрической энергии, в том числе критериев дифференциации и (или) особенностей ценообразования для отдельных категорий потребителей электрической энергии; утверждает для целей регулирования цен (тарифов) правила определения стоимости активов и инвестированного капитала, в том числе с использованием метода сравнения аналогов, правил ведения их раздельного учета, применяемых при осуществлении деятельности, регулируемой с использованием нормы доходности инвестированного капитала; утверждает нормативно-методическую основу деятельности органов исполнительной власти в области государственного регулирования цен (тарифов); разрабатывает и утверждает систему отчетности, представляемую в федеральный орган исполнительной власти в области регулирования тарифов; устанавливает перечень стандартизированных тарифных ставок, определяющих величину платы за технологическое присоединение к электрическим сетям; формирует сводный прогнозный баланс производства и поставок электрической энергии (мощности) в рамках Единой энергетической системы России по субъектам Российской Федерации с выделением объема поставок электрической энергии (мощности) населению и приравненным к нему категориям потребителей; абзац; (Утратил силу - Федеральный закон от 25.06.2012 № 93-ФЗ) устанавливает прибавляемую к равновесной цене оптового рынка надбавку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абзац; (Утратил силу - Федеральный закон от 29.12.2014 № 466-ФЗ) устанавливает цены (тарифы) на услуги по обеспечению системной надежности (в случаях, предусмотренных законодательством Российской Федерации, в порядке, установленном Правительством Российской Федерации); (В редакции Федерального закона от 02.08.2019 № 262-ФЗ) устанавливает плату за технологическое присоединение к единой национальной (общероссийской) электрической сети, в том числе посредством применения стандартизированных тарифных ставок, определяющих величину этой платы; устанавливает цены (тарифы) на услуги по передаче электрической энергии по единой национальной (общероссийской) электрической сети и предельные (минимальный и (или) максимальный)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устанавливает цены (тарифы) на услуги коммерческого оператора; устанавливает цены (тарифы)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 и осуществления проектирования развития электроэнергетических систем; (В редакции Федерального закона от 11.06.2022 № 174-ФЗ) устанавливает предельные (минимальный и (или) максимальный) уровни цен (тарифов) на услуги по оперативно-диспетчерскому управлению в электроэнергетике в части обеспечения надежности функционирования электроэнергетики путем организации отбора исполнителей и оплаты услуг по обеспечению системной надежности; (В редакции федеральных законов от 02.08.2019 № 262-ФЗ, от 11.06.2022 № 174-ФЗ, от 02.11.2023 № 516-ФЗ) устанавливает цены (тарифы) на электрическую энергию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законодательством Российской Федерации с гарантирующими поставщиками (энергосбытовыми организациями, энергоснабжающими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субъектами оптового рынка - покупателями электрической энергии (мощности), функционирующими в отдельных частях ценовых зон оптового рынка или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потребления электрической энергии потребителями, не относящимися к населению и (или) приравненным к нему категориям потребителей; (В редакции федеральных законов от 29.12.2014 № 466-ФЗ, от 08.08.2024 № 309-ФЗ) устанавливает цены (тарифы) или предельные (минимальный и (или) максимальный) уровни цен (тарифов) на электрическую энергию (мощность) в неценовых зонах оптового рынка, в том числе поставляемую в электроэнергетические системы иностранных государств и приобретаемую у них в целях экспорта или импорта в объеме, учтенном в сводном прогнозном балансе производства и поставок электрической энергии (мощности); (В редакции Федерального закона от 06.12.2011 № 394-ФЗ) устанавливает цены (тарифы) на поставляемую в условиях ограничения или отсутствия конкуренции электрическую энергию, регулирование которых может осуществляться в случаях и в порядке, которые предусмотрены статьей 233 настоящего Федерального закона; устанавливает цены (тарифы) на электрическую энергию (мощность) и (или) их предельные (минимальный и (или) максимальный) уровни и надбавки к таким ценам (тарифам) в случаях, предусмотренных законодательством Российской Федерации, в порядке, установленном Правительством Российской Федерации; устанавливает применяемые до 1 января 2015 года цены (тарифы) на электрическую энергию (мощность), продаваемую и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 (Дополнение абзацем - Федеральный закон от 06.12.2011 № 394-ФЗ) (В редакции Федерального закона от 06.11.2013 № 308-ФЗ) устанавливает предельные (минимальный и (или) максимальный) уровни цен (тарифов) на электрическую 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и неценовые зоны оптового рынка; (В редакции федеральных законов от 30.12.2012 № 291-ФЗ, от 29.07.2018 № 254-ФЗ, от 29.12.2020 № 480-ФЗ, от 19.10.2023 № 501-ФЗ) устанавливает предельные (минимальный и (или) максимальный) уровни цен (тарифов) на электрическую энергию (мощность), поставляемую населению и приравненным к нему категориям потребителей; (В редакции Федерального закона от 06.11.2013 № 308-ФЗ) рассматривает разногласия, возникающие между исполнительными органами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и принимает решения, обязательные для исполнения, за исключением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 (В редакции Федерального закона от 08.08.2024 № 232-ФЗ) осуществляет урегулирование споров, связанных с применением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величину этой платы, и споров, связанных с установлением платы за технологическое присоединение к сетям территориальных сетевых организаций и (или) стандартизированных тарифных ставок, определяющих величину этой платы; абзац; (Утратил силу - Федеральный закон от 25.06.2012 № 93-ФЗ) осуществляет в установленном порядке согласование решений исполнительных органов субъектов Российской Федерации в области государственного регулирования тарифов; (В редакции Федерального закона от 08.08.2024 № 232-ФЗ) осуществляет мониторинг уровня регулируемых в соответствии с настоящим Федеральным законом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 устанавливает в случаях и в порядке, которые определены основами ценообразования в области регулируемых цен (тарифов) в электроэнергетике,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деятельности субъекта электроэнергетики, осуществляющего регулируемые виды деятельности (при продлении долгосрочного периода регулирования); (Дополнение абзацем - Федеральный закон от 30.12.2012 № 291-ФЗ) устанавливает порядок предоставления исполнительными органами субъектов Российской Федерации в области государственного регулирования тарифов информации о величине перекрестного субсидирования и ее поэтапном сокращении в соответствующем субъекте Российской Федерации; (Дополнение абзацем - Федеральный закон от 06.11.2013 № 308-ФЗ) (В редакции Федерального закона от 08.08.2024 № 232-ФЗ) заключает соглашения об условиях осуществления регулируемых видов деятельности с организацией по управлению единой национальной (общероссийской) электрической сетью; (Дополнение абзацем - Федеральный закон от 02.08.2019 № 300-ФЗ) согласовывает заключение соглашений об осуществлении регулируемых видов деятельности исполнительным органом субъекта Российской Федерации в области государственного регулирования тарифов; (Дополнение абзацем - Федеральный закон от 02.08.2019 № 300-ФЗ) (В редакции Федерального закона от 08.08.2024 № 232-ФЗ) устанавливает порядок определения размера платы за реализацию сетевой организацией мероприятий по обеспечению вывода из эксплуатации объекта по производству электрической энергии (мощности). (Дополнение абзацем - Федеральный закон от 31.07.2020 № 281-ФЗ)</w:t>
      </w:r>
    </w:p>
    <w:p>
      <w:r>
        <w:rPr>
          <w:b/>
        </w:rPr>
        <w:t xml:space="preserve">3. </w:t>
      </w:r>
      <w:r>
        <w:t>Исполнительные органы субъектов Российской Федерации в области государственного регулирования тарифов: (В редакции Федерального закона от 08.08.2024 № 232-ФЗ) устанавливают цены (тарифы), указанные в статье 231 настоящего Федерального закона, за исключением цен (тарифов), регулирование которых осуществляется Правительством Российской Федерации или федеральным органом исполнительной власти в области регулирования тарифов; (В редакции федеральных законов от 29.07.2018 № 254-ФЗ, от 19.10.2023 № 501-ФЗ) осуществляют региональный государственный контроль (надзор) за регулируемыми государством ценами (тарифами) в электроэнергетике в части обоснованности величины цен (тарифов) и правильности применения цен (тарифов), регулируемых исполнительными органами субъектов Российской Федерации, использования инвестиционных ресурсов, включаемых в регулируемые указанными органами цены (тарифы), применения территориальными сетевыми организациями платы за технологическое присоединение и (или) стандартизированных тарифных ставок, определяющих величину этой платы, а также соблюдения стандартов раскрытия информации субъектами оптового и розничных рынков; (В редакции федеральных законов от 25.06.2012 № 93-ФЗ, от 08.08.2024 № 232-ФЗ) принимают участие в формировании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абзац; (Утратил силу - Федеральный закон от 25.06.2012 № 93-ФЗ) абзац; (Утратил силу - Федеральный закон от 25.06.2012 № 93-ФЗ) абзац; (Дополнение абзацем - Федеральный закон от 04.06.2011 № 123-ФЗ) (Утратил силу - Федеральный закон от 25.06.2012 № 93-ФЗ) осуществляют урегулирование споров, связанных с применением территориальными сетевыми организациями платы за технологическое присоединение к электрическим сетям и (или) стандартизированных тарифных ставок, определяющих величину этой платы; осуществляют мониторинг уровня регулируемых в соответствии с настоящим Федеральным законом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 предоставляют в уполномоченный федеральный орган исполнительной власти в области регулирования тарифов информацию о величине перекрестного субсидирования и ее поэтапном сокращении в соответствующем субъекте Российской Федерации; (Дополнение абзацем - Федеральный закон от 06.11.2013 № 308-ФЗ) заключают соглашения об условиях осуществления регулируемых видов деятельности. (Дополнение абзацем - Федеральный закон от 02.08.2019 № 300-ФЗ)</w:t>
      </w:r>
    </w:p>
    <w:p>
      <w:r>
        <w:rPr>
          <w:b/>
        </w:rPr>
        <w:t xml:space="preserve">4. </w:t>
      </w:r>
      <w:r>
        <w:t>Назначение на должность и освобождение от должности руководителя исполнительного органа субъекта Российской Федерации в области государственного регулирования тарифов осуществляются по согласованию с федеральным органом исполнительной власти в области регулирования тарифов. (В редакции Федерального закона от 08.08.2024 № 232-ФЗ)</w:t>
      </w:r>
    </w:p>
    <w:p>
      <w:r>
        <w:rPr>
          <w:b/>
        </w:rPr>
        <w:t xml:space="preserve">5. </w:t>
      </w:r>
      <w:r>
        <w:t>Федеральный орган исполнительной власти в области регулирования тарифов определяет перечень и условия предоставления информации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в том числе периодичность, способы, сроки и формат предоставления такой информации</w:t>
      </w:r>
    </w:p>
    <w:p>
      <w:r>
        <w:rPr>
          <w:b/>
        </w:rPr>
        <w:t xml:space="preserve">6. </w:t>
      </w:r>
      <w:r>
        <w:t>Федеральный орган исполнительной власти в области регулирования тарифов вправе: запрашивать и получать у федеральных органов исполнительной власти, исполнительных органов субъектов Российской Федерации, органов местного самоуправления, организаций, осуществляющих регулируемые виды деятельности, организаций коммерческой инфраструктуры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по форме, определенной указанным органом; (В редакции Федерального закона от 08.08.2024 № 232-ФЗ) осуществлять сбор информации о ценах (тарифах), установленных и регулируемых в соответствии с настоящим Федеральным законом, о нерегулируемых ценах на электрическую энергию (мощность), об их применении</w:t>
      </w:r>
    </w:p>
    <w:p>
      <w:r>
        <w:rPr>
          <w:b/>
        </w:rPr>
        <w:t xml:space="preserve">7. </w:t>
      </w:r>
      <w:r>
        <w:t>Исполнительный орган субъекта Российской Федерации в области государственного регулирования тарифов вправе: (В редакции Федерального закона от 08.08.2024 № 232-ФЗ) запрашивать и получать у органов местного самоуправления, организаций, осуществляющих регулируемые виды деятельности,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по форме, определенной указанным органом; осуществлять сбор информации о ценах (тарифах), установленных и регулируемых в соответствии с настоящим Федеральным законом, о нерегулируемых ценах на электрическую энергию (мощность), об их применении</w:t>
      </w:r>
    </w:p>
    <w:p>
      <w:r>
        <w:rPr>
          <w:b/>
        </w:rPr>
        <w:t xml:space="preserve">8. </w:t>
      </w:r>
      <w:r>
        <w:t>Федеральные органы исполнительной власти, исполнительные органы субъектов Российской Федерации, органы местного самоуправления, организации, осуществляющие регулируемые виды деятельности, организации коммерческой инфраструктуры обязаны предоставлять в федеральный орган исполнительной власти в области регулирования тарифов, исполнительные органы субъектов Российской Федерации в области государственного регулирования тарифов по их запросам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в соответствии с перечнем и условиями предоставления данной информации, определенными федеральным органом исполнительной власти в области регулирования тарифов. (В редакции Федерального закона от 08.08.2024 № 232-ФЗ) (Статья в редакции Федерального закона от 26.07.2010 № 187-ФЗ)</w:t>
      </w:r>
    </w:p>
    <w:p>
      <w:r>
        <w:rPr>
          <w:b/>
        </w:rPr>
        <w:t>Статья 25. Антимонопольное регулирование и контроль на оптовом и розничных рынках</w:t>
      </w:r>
    </w:p>
    <w:p>
      <w:r>
        <w:rPr>
          <w:b/>
        </w:rPr>
        <w:t xml:space="preserve">1. </w:t>
      </w:r>
      <w:r>
        <w:t>Антимонопольное регулирование и контроль на оптовом и розничных рынках осуществляются антимонопольным органом в соответствии с антимонопольным законодательством Российской Федерации, нормативными правовыми актами Правительства Российской Федерации с учетом особенностей, установленных настоящим Федеральным законом, и принятыми в соответствии с нормативными правовыми актами Правительства Российской Федерации актами федерального антимонопольного органа</w:t>
      </w:r>
    </w:p>
    <w:p>
      <w:r>
        <w:rPr>
          <w:b/>
        </w:rPr>
        <w:t xml:space="preserve">2. </w:t>
      </w:r>
      <w:r>
        <w:t>На оптовом и розничных рынках действует система регулярного контроля за их функционированием, имеющая целью своевременное предупреждение, выявление, ограничение и (или) пресечение действий (бездействия), которые имеют или могут иметь своим результатом недопущение, ограничение, устранение конкуренции и (или) ущемление интересов субъектов электроэнергетики и потребителей электрической энергии, в том числе: соглашений (согласованных действий), имеющих целью изменение или поддержание цен на электрическую энергию (мощность); необоснованного отказа от заключения договора купли-продажи электрической энергии; необоснованного отказа от заключения договора оказания услуг естественно-монопольного характера при наличии технической возможности; создания дискриминационных или благоприятных условий для деятельности отдельных субъектов оптового и розничных рынков; создания препятствий доступу к услугам совета рынка и организаций коммерческой и технологической инфраструктур; возможности манипулировать ценами на оптовом и розничных рынках; манипулирования ценами на оптовом и розничных рынках, в том числе с использованием своего доминирующего положения; (В редакции Федерального закона от 06.12.2011 № 401-ФЗ) злоупотребления доминирующим положением на оптовом и розничных рынках. (В редакции Федерального закона от 06.12.2011 № 401-ФЗ) Объектами антимонопольного регулирования и контроля являются: цены; уровень экономической концентрации на оптовом рынке; перераспределение долей (акций) в уставных капиталах субъектов оптового рынка (в том числе путем создания, реорганизации и ликвидации организаций - субъектов оптового рынка) и имущества субъектов оптового рынка; согласованные действия субъектов оптового или розничных рынков; действия субъектов оптового или розничных рынков, занимающих доминирующее положение на указанных рынках; (В редакции Федерального закона от 06.12.2011 № 401-ФЗ) действия совета рынка и организаций коммерческой и технологической инфраструктур. Особенности осуществления предусмотренных настоящей статьей регулирования и контроля могут быть установлены в соответствии с положениями настоящего Федерального закона, антимонопольного законодательства Российской Федерации, нормативными правовыми актами Правительства Российской Федерации и принятыми в соответствии с ними нормативными правовыми актами федерального антимонопольного органа. Порядок определения критериев существенного изменения цен (цены) на электрическую энергию и (или) мощность устанавливается Правительством Российской Федерации. (Дополнение абзацем - Федеральный закон от 06.12.2011 № 401-ФЗ)</w:t>
      </w:r>
    </w:p>
    <w:p>
      <w:r>
        <w:rPr>
          <w:b/>
        </w:rPr>
        <w:t xml:space="preserve">3. </w:t>
      </w:r>
      <w:r>
        <w:t>Доминирующим признается положение хозяйствующего субъекта (группы лиц), если выполняется хотя бы одно из следующих условий: доля установленной мощности его генерирующего оборудования или доля выработки электрической энергии с использованием указанного оборудования в границах зоны свободного перетока превышает 20 процентов; доля приобретаемой или потребляемой электрической энергии и (или) мощности в границах соответствующей зоны свободного перетока превышает 20 процентов. При рассмотрении дела о нарушении антимонопольного законодательства Российской Федерации или при осуществлении контроля за экономической концентрацией может быть установлено, что положение хозяйствующего субъекта (группы лиц) на товарном рынке не является доминирующим, несмотря на превышение указанной в настоящем пункте доли. (Пункт в редакции Федерального закона от 06.12.2011 № 401-ФЗ)</w:t>
      </w:r>
    </w:p>
    <w:p>
      <w:r>
        <w:rPr>
          <w:b/>
        </w:rPr>
        <w:t xml:space="preserve">4. </w:t>
      </w:r>
      <w:r>
        <w:t>Антимонопольным органом может быть признано доминирующее положение хозяйствующего субъекта (группы лиц) с долей меньше 20 процентов исходя из наличия доминирующего положения такого хозяйствующего субъекта (группы лиц) на рынках топлива и (или) установления факта, что такой хозяйствующий субъект (группа лиц) оказывает или способен оказывать в соответствующих зоне или зонах свободного перетока определяющее влияние на формирование равновесной цены на электрическую энергию в определенный период состояния оптового рынка, характеризующийся отсутствием возможности замены поставляемого таким хозяйствующим субъектом (группой лиц) объема электрической энергии объемом поставок электрической энергии иных хозяйствующих субъектов или замены потребляемого таким хозяйствующим субъектом (группой лиц) объема электрической энергии объемом потребления электрической энергии (мощности) иными потребителями, а также исходя из иных условий, определенных в установленном Правительством Российской Федерации порядке и связанных с обращением электрической энергии и мощности в данной зоне свободного перетока. (В редакции Федерального закона от 06.12.2011 № 401-ФЗ)</w:t>
      </w:r>
    </w:p>
    <w:p>
      <w:r>
        <w:rPr>
          <w:b/>
        </w:rPr>
        <w:t xml:space="preserve">5. </w:t>
      </w:r>
      <w:r>
        <w:t>В отношении субъектов оптового рынка, занимающих доминирующее положение либо манипулирующих и (или) имеющих возможность манипулирования ценами на оптовом рынке, в целях предупреждения злоупотреблений и недопущения манипулирования ценами могут быть применены в порядке, определенном Правительством Российской Федерации, следующие меры: (В редакции Федерального закона от 06.12.2011 № 401-ФЗ) государственное регулирование цен (тарифов); ограничение цен в ценовых заявках; введение ограничения в виде условия о подаче только ценопринимающих заявок; обязательство участника оптового рынка предоставить на оптовый рынок в максимально возможном объеме всю электрическую энергию и мощность, вырабатываемые с использованием принадлежащего ему генерирующего оборудования</w:t>
      </w:r>
    </w:p>
    <w:p>
      <w:r>
        <w:rPr>
          <w:b/>
        </w:rPr>
        <w:t xml:space="preserve">6. </w:t>
      </w:r>
      <w:r>
        <w:t>В порядке, установленном антимонопольным законодательством Российской Федерации, с учетом особенностей, определенных Правительством Российской Федерации, может быть осуществлено принудительное разделение хозяйствующего субъекта в случае неоднократного злоупотребления доминирующим положением, в том числе осуществления таким субъектом манипулирования ценами на оптовом или розничных рынках либо иной монополистической деятельности. (В редакции Федерального закона от 06.12.2011 № 401-ФЗ)</w:t>
      </w:r>
    </w:p>
    <w:p>
      <w:r>
        <w:rPr>
          <w:b/>
        </w:rPr>
        <w:t xml:space="preserve">7. </w:t>
      </w:r>
      <w:r>
        <w:t>Субъекты оптового и розничных рынков (за исключением потребителей электрической энергии - физических лиц, собственников и иных законных владельцев объектов микрогенерации) обязаны: (В редакции Федерального закона от 27.12.2019 № 471-ФЗ) обеспечивать регулярное представление в антимонопольный орган информации о своей деятельности в соответствии со стандартами, установленными указанным органом; предоставлять должностным лицам антимонопольного органа беспрепятственный доступ к любой другой информации о своей деятельности</w:t>
      </w:r>
    </w:p>
    <w:p>
      <w:r>
        <w:rPr>
          <w:b/>
        </w:rPr>
        <w:t xml:space="preserve">8. </w:t>
      </w:r>
      <w:r>
        <w:t>Федеральный антимонопольный орган обеспечивает контроль за соблюдением организациями коммерческой инфраструктуры порядка недискриминационного доступа к оказываемым ими услугам</w:t>
      </w:r>
    </w:p>
    <w:p>
      <w:r>
        <w:rPr>
          <w:b/>
        </w:rPr>
        <w:t xml:space="preserve">9. </w:t>
      </w:r>
      <w:r>
        <w:t>Обеспечение недискриминационного доступа к услугам по передаче электрической энергии и оперативно-диспетчерскому управлению в электроэнергетике контролируется в соответствии с настоящим Федеральным законом, антимонопольным законодательством Российской Федерации и утверждаемыми Правительством Российской Федерации правилами оптового рынка, правилами недискриминационного доступа к услугам по передаче электрической энергии, услугам по оперативно-диспетчерскому управлению в электроэнергетике и оказываемым организациями коммерческой инфраструктуры услугам</w:t>
      </w:r>
    </w:p>
    <w:p>
      <w:r>
        <w:rPr>
          <w:b/>
        </w:rPr>
        <w:t xml:space="preserve">10. </w:t>
      </w:r>
      <w:r>
        <w:t>Федеральный антимонопольный орган в целях осуществления контроля за состоянием конкуренции на оптовом и розничных рынках принимает участие в процедуре согласования инвестиционных программ субъектов электроэнергетики, удовлетворяющих критериям (в том числе размеру активов или объему оказываемых услуг), определенным Правительством Российской Федерации в установленном им порядке. (В редакции Федерального закона от 26.07.2010 № 187-ФЗ) (Статья в редакции Федерального закона от 04.11.2007 № 250-ФЗ)</w:t>
      </w:r>
    </w:p>
    <w:p>
      <w:r>
        <w:rPr>
          <w:b/>
        </w:rPr>
        <w:t>Статья 26. Регулирование доступа к электрическим сетям и услугам по передаче электрической энергии</w:t>
      </w:r>
    </w:p>
    <w:p>
      <w:r>
        <w:rPr>
          <w:b/>
        </w:rPr>
        <w:t xml:space="preserve">1. </w:t>
      </w:r>
      <w:r>
        <w:t>Технологическое присоединение к объектам электросетевого хозяйства энергопринимающих устройств потребителей электрической энергии, объектов по производству электрической энергии, в том числе объектов микрогенерации, а также объектов электросетевого хозяйства, принадлежащих сетевым организациям и иным лицам (далее также - технологическое присоединение), осуществляется в порядке, установленном Правительством Российской Федерации, и носит однократный характер. (В редакции Федерального закона от 27.12.2019 № 471-ФЗ) Допускается осуществлять технологическое присоединение к объектам электросетевого хозяйства, принадлежащим организации по управлению единой национальной (общероссийской) электрической сетью, только энергопринимающих устройств потребителей электрической энергии с уровнем напряжения 110 киловольт и выше, за исключением случаев, установленных Правительством Российской Федерации. (Дополнение абзацем - Федеральный закон от 06.11.2013 № 308-ФЗ) Допускается осуществлять технологическое присоединение объектов микрогенерации только к объектам электросетевого хозяйства с уровнем напряжения до 1000 вольт. (Дополнение абзацем - Федеральный закон от 27.12.2019 № 471-ФЗ) Технологическое присоединение осуществляется на основании договора об осуществлении технологического присоединения к объектам электросетевого хозяйства, заключаемого между сетевой организацией и обратившимся к ней лицом. Указанный договор является публичным. Технологическое присоединение осуществляется в сроки, определяемые в порядке, установленном Правительством Российской Федерации или уполномоченным им федеральным органом исполнительной власти. При этом, если для обеспечения технической возможности технологического присоединения и недопущения ухудшения условий электроснабжения присоединенных ранее энергопринимающих устройств и (или) объектов электроэнергетики необходимы развитие (модернизация) объектов электросетевого хозяйства и (или) строительство, реконструкция объектов по производству электрической энергии, сроки технологического присоединения определяются исходя из инвестиционных программ сетевых организаций и обязательств производителей электрической энергии по предоставлению мощности, предусматривающих осуществление указанных мероприятий. Порядок технологического присоединения, утверждаемый Правительством Российской Федерации, устанавливает: правила выбора сетевой организации, которой принадлежат объекты электросетевого хозяйства с необходимым классом напряжения на соответствующей территории, к которой следует обращаться заинтересованным в технологическом присоединении лицам и которая не вправе отказать обратившемуся к ней лицу в услуге по технологическому присоединению и заключении соответствующего договора; процедуру технологического присоединения (в том числе перечень мероприятий по технологическому присоединению, предельные сроки их выполнения) и ее особенности в случаях присоединения энергопринимающих устройств потребителей электрической энергии, объектов по производству электрической энергии, объектов микрогенерации (в том числе типовую форму договора об осуществлении технологического присоединения объекта микрогенерации к объектам электросетевого хозяйства сетевых организаций), объектов электросетевого хозяйства, принадлежащих сетевым организациям и иным лицам, а также энергопринимающих устройств, используемых в целях осуществления майнинга цифровой валюты, в том числе в части ограничения технологического присоединения энергопринимающих устройств, используемых в целях осуществления майнинга цифровой валюты, планируемых к размещению в отдельных субъектах Российской Федерации или на отдельных их территориях, в отношении которых Правительством Российской Федерации принято решение о запрете осуществлять майнинг цифровой валюты (в том числе участвовать в майнинг-пулах), и в отношении потребителей электрической энергии, осуществляющих майнинг цифровой валюты и (или) деятельность оператора майнинговой инфраструктуры без включения в реестр лиц, осуществляющих майнинг цифровой валюты, или реестр операторов майнинговой инфраструктуры; (В редакции федеральных законов от 27.12.2019 № 471-ФЗ, от 08.08.2024 № 221-ФЗ) правила заключения и исполнения договоров об осуществлении технологического присоединения, в том числе существенные условия такого договора; состав технических условий для технологического присоединения энергопринимающих устройств и (или) объектов электроэнергетики; ответственность сетевых организаций за несоблюдение сроков осуществления технологического присоединения; порядок осуществления системным оператором и сетевой организацией оценки соответствия технических решений, принятых в проектной документации, требованиям технических условий для технологического присоединения к электрическим сетям и проверки выполнения технических условий для технологического присоединения. (Дополнение абзацем - Федеральный закон от 11.06.2022 № 174-ФЗ)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Абзац. (Утратил силу - Федеральный закон от 26.07.2010 № 187-ФЗ) В отношении объектов по производству электрической энергии и энергопринимающих устройств потребителей электрической энергии, соответствующих критериям, установленным Правительством Российской Федерации, планирующие их строительство (реконструкцию) и технологическое присоединение лица обязаны разработать и согласовать с сетевой организацией и системным оператором соответственно схему выдачи мощности объектов по производству электрической энергии и схему внешнего электроснабжения энергопринимающих устройств потребителей электрической энергии. (Дополнение абзацем - Федеральный закон от 11.06.2022 № 174-ФЗ) Правила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в том числе требования к их составу и содержанию, определяются уполномоченным Правительством Российской Федерации федеральным органом исполнительной власти. (Дополнение абзацем - Федеральный закон от 11.06.2022 № 174-ФЗ) Технологическое присоединение объектов микрогенерации должно предусматривать обеспечение технического ограничения выдачи электрической энергии в сеть с максимальной мощностью, не превышающей величину максимальной мощности принимающих устройств потребителя электрической энергии, которому принадлежат на праве собственности или ином законном основании объекты микрогенерации, и составляющей не более 15 киловатт. (Дополнение абзацем - Федеральный закон от 27.12.2019 № 471-ФЗ) Лица, обратившиеся к сетевой организации для заключения договоров об осуществлении технологического присоединения или заключившие такие договоры, вправе обратиться в органы государственного регулирования цен (тарифов) для урегулирования споров, связанных с установлением и применением сетевыми организациями платы за технологическое присоединение и (или) стандартизированных тарифных ставок, в порядке, устанавливаемом Правительством Российской Федерации. По договору об осуществлении технологического присоединения сетевая организация принимает на себя обязательства по реализации мероприятий, необходимых для осуществления такого технологического присоединения, в том числе мероприятий по разработке и в случаях, предусмотренных законодательством Российской Федерации об электроэнергетике, согласованию с системным оператором технических условий,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и (или) объектов электроэнергетики,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Плата по договору об осуществлении технологического присоединения взимается однократно с возможным условием об оплате выполнения отдельных мероприятий по технологическому присоединению. Соблюдение технических условий, необходимых для технологического присоединения, в том числе в части оснащения устройствами релейной защиты и автоматики, включая противоаварийную и режимную автоматику, и требований о возможности их воздействия на объекты электроэнергетики или энергопринимающие устройства, а также требований о поддержании в надлежащем техническом состоянии оборудования и устройств, установленных в соответствии с выданными техническими условиями, носит длящийся характер и является обязательным для сторон после выполнения мероприятий по технологическому присоединению. (В редакции Федерального закона от 23.06.2016 № 196-ФЗ) Стандартами раскрытия информации, утверждаемыми Правительством Российской Федерации, в части технологического присоединения должно предусматриваться раскрытие сетевыми организациями: информации, являющейся существенной для принятия юридическими и физическими лицами решений об осуществлении технологического присоединения к объектам электросетевого хозяйства, в том числе о предполагаемом размере платы за технологическое присоединение и сроках реализации мероприятий по технологическому присоединению, а также согласованных с системным оператором планов развития сетевой инфраструктуры; сведений о полученных заявках на технологическое присоединение, результатах их рассмотрения, плановых и фактических сроках реализации мероприятий по технологическому присоединению. Фактические прием или подача напряжения в ходе технологического присоединения энергопринимающих устройств потребителей электрической энергии, объектов по производству электрической энергии, объектов электросетевого хозяйства осуществляется после получения разрешения на допуск в эксплуатацию, выдаваемого федеральным органом исполнительной власти, уполномоченным на осуществление федерального государственного энергетического надзора, в порядке, в случаях и на условиях, которые установлены Правительством Российской Федерации. (Дополнение абзацем - Федеральный закон от 24.04.2020 № 141-ФЗ) В случае неисполнения потребителем электрической энергии принятого Правительством Российской Федерации решения о запрете осуществлять майнинг цифровой валюты (в том числе участвовать в майнинг-пулах) в отдельных субъектах Российской Федерации или на отдельных их территориях и (или) в случае осуществления потребителем электрической энергии майнинга цифровой валюты и (или) деятельности оператора майнинговой инфраструктуры без включения в реестр лиц, осуществляющих майнинг цифровой валюты, или реестр операторов майнинговой инфраструктуры в отношении энергопринимающих устройств, принадлежащих данному потребителю, в случаях и порядке, которые установлены Правительством Российской Федерации, по решению суда осуществляется изменение параметров технологического присоединения в части уменьшения максимальной присоединенной мощности вплоть до полного отсоединения таких энергопринимающих устройств от электрической сети. Плата за технологическое присоединение таких энергопринимающих устройств в указанных случаях возврату не подлежит. (Дополнение абзацем - Федеральный закон от 08.08.2024 № 221-ФЗ)</w:t>
      </w:r>
    </w:p>
    <w:p>
      <w:r>
        <w:rPr>
          <w:b/>
        </w:rPr>
        <w:t xml:space="preserve">11. </w:t>
      </w:r>
      <w:r>
        <w:t>Если владелец объектов электросетевого хозяйства прекращает деятельность в качестве территориальной сетевой организации в связи с несоответствием критериям отнесения к территориальным сетевым организациям, то: в случае обращения заинтересованных лиц к указанному владельцу за технологическим присоединением энергопринимающих устройств или объектов электроэнергетики после того, как было установлено несоответствие указанного владельца данным критериям, технологическое присоединение осуществляется в соответствии с положениями абзаца второго пункта 4 настоящей статьи; с момента, когда было установлено несоответствие указанного владельца данным критериям, прекращаются обязательства по ранее заключенным им договорам об осуществлении технологического присоединения объектов микрогенерации и (или) энергопринимающих устройств максимальной мощностью не более 15 киловатт включительно или энергопринимающих устройств максимальной мощностью не более 150 киловатт в случаях, при которых плата за такое присоединение была определена с учетом действовавших при ее расчете положений пункта 2 статьи 232 настоящего Федерального закона и установленных Правительством Российской Федерации особенностей (при условии, что по этим договорам не осуществлены фактические прием или подача напряжения); указанный владелец обязан обеспечить возврат средств, полученных в качестве платы по договорам об осуществлении технологического присоединения, обязательства по которым прекратились на основании абзаца третьего настоящего пункта, при этом указанный владелец не вправе требовать от лиц, с которыми были заключены эти договоры, возмещения расходов и (или) убытков, связанных с выполнением мероприятий по технологическому присоединению; указанный владелец обязан обеспечить исполнение обязательств по ранее заключенным договорам об осуществлении технологического присоединения, обязательства по которым не были прекращены на основании абзаца третьего настоящего пункта, с соблюдением положений настоящей статьи и установленного Правительством Российской Федерации порядка технологического присоединения, которые распространяются на территориальные сетевые организации. Порядок исполнения или прекращения обязательств по договорам об осуществлении технологического присоединения, в том числе иной, чем предусмотренный настоящим пунктом, может быть определен отдельным соглашением сторон этого договора в случае, если заключивший этот договор владелец объектов электросетевого хозяйства прекращает деятельность в качестве территориальной сетевой организации. При обращении в иную сетевую организацию за технологическим присоединением объектов микрогенерации и (или) энергопринимающих устройств, в отношении которых обязательства владельца объектов электросетевого хозяйства были ранее прекращены в соответствии с абзацем третьим настоящего пункта: плата за такое присоединение рассчитывается исходя из положений нормативных правовых актов, которые определяли порядок ее расчета на дату заключения договоров, предусматривавших прекращенные обязательства (при условии предоставления сетевой организации копий соответствующих договоров или иных документов, которые в соответствии с утвержденным Правительством Российской Федерации порядком технологического присоединения энергопринимающих устройств и объектов электроэнергетики юридических лиц и физических лиц к электрическим сетям подтверждают факт заключения этих договоров без их оформления путем подписания сторонами одного документа); к сетевой организации с даты заключения договора об осуществлении такого присоединения в счет оплаты технологического присоединения по этому договору переходит право требовать на основании абзаца четвертого настоящего пункта от владельца объектов электросетевого хозяйства возврата средств, полученных в качестве платы по договорам об осуществлении технологического присоединения, обязательства по которым были ранее прекращены на основании абзаца третьего настоящего пункта (при условии, что лицо, обратившееся за технологическим присоединением, выразило намерение уступить соответствующие требования, представив при обращении в сетевую организацию с заявкой на осуществление технологического присоединения оригиналы документов, подтверждающих наличие и размер уступаемых требований). (Дополнение пунктом - Федеральный закон от 13.07.2024 № 185-ФЗ)</w:t>
      </w:r>
    </w:p>
    <w:p>
      <w:r>
        <w:rPr>
          <w:b/>
        </w:rPr>
        <w:t xml:space="preserve">2. </w:t>
      </w:r>
      <w:r>
        <w:t>Оказание услуг по передаче электрической энергии осуществляется на основании договора возмездного оказания услуг. Договор оказания услуг по передаче электрической энергии потребителю электрической энергии (лицу, действующему в его интересах) является публичным. Услуги по передаче электрической энергии оказываются потребителям электрической энергии (лицам, действующим в их интересах) только системообразующими территориальными сетевыми организациями, за исключением случаев оказания услуг по передаче электрической энергии лицам, которым указанные услуги в соответствии с настоящим Федеральным законом оказываются организацией по управлению единой национальной (общероссийской) электрической сетью, лицам, которым указанные услуги оказываются территориальными сетевыми организациями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Системообразующая территориальная сетевая организация не вправе отказать в заключении договора оказания услуг по передаче электрической энергии потребителю электрической энергии (лицу, действующему в его интересах), если его энергопринимающие устройства (за исключением энергопринимающих устройств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в установленном порядке технологически присоединены (в том числе опосредованно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объекты электросетевого хозяйства, которые не имеют собственника, собственник которых неизвестен или от права собственности на которые собственник отказался) к электрическим сетям территориальных сетевых организаций либо к единой национальной (общероссийской) электрической сети (в случаях, если в соответствии с пунктом 1 статьи 9 настоящего Федерального закона этому потребителю не могут оказываться услуги по передаче по единой национальной (общероссийской) электрической сети) на территории субъекта Российской Федерации, в котором осуществляет свою деятельность системообразующая территориальная сетевая организация. Иные территориальные сетевые организации, владеющие объектами электросетевого хозяйства, расположенными на территории субъекта Российской Федерации (за исключением территориальных сетевых организаций, владеющих объектами электросетевого хозяйства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не вправе оказывать услуги по передаче электрической энергии потребителям электрической энергии, указанным в абзаце втором настоящего пункта (лицам, действующим в их интересах). Обязательным условием оказания услуг по передаче электрической энергии потребителю электрической энергии (лицу, действующему в его интересах) является наличие у потребителя электрической энергии действующих обязательств по купле-продаже электрической энергии, исполняемых надлежащим образом. В целях исполнения своих обязательств перед потребителями электрической энергии (лицами, действующими в их интересах) системообразующая территориальная сетевая организация заключает договоры, на основании которых ей оказывают услуги по передаче электрической энергии организация по управлению единой (национальной) общероссийской электрической сетью и территориальные сетевые организации, владеющие объектами электросетевого хозяйства, использование которых необходимо для передачи электрической энергии потребителям электрической энергии, обслуживаемым системообразующей территориальной сетевой организацией. Заключение договоров, указанных в абзаце шестом настоящего пункта, является обязательным для сетевых организаций. Расчеты за оказанные услуги по передаче электрической энергии по договорам, указанным в абзаце шестом настоящего пункта, и расчеты по обязательствам, возникшим на основании заключенных в соответствии со статьей 464 настоящего Федерального закона договоров, могут осуществляться путем зачета встречных однородных требований. Сетевая организация в соответствии с настоящим Федеральным законом, правилами оптового рынка и основными положениями функционирования розничных рынков вправе отказать в исполнении своих обязательств по договору оказания услуг по передаче электрической энергии потребителю электрической энергии (лицу, действующему в его интересах) в случае, если указанной организации стало известно о неисполнении потребителем электрической энергии обязательств по договору купли-продажи электрической энергии, а также в случаях, указанных в абзаце двадцать восьмом пункта 1 настоящей статьи. (В редакции Федерального закона от 08.08.2024 № 221-ФЗ) Потребители услуг по передаче электрической энергии, определяемые правилами недискриминационного доступа к услугам по передаче электрической энергии и оказания этих услуг, несвоевременно и (или) не полностью оплатившие оказанные им услуги по передаче электрической энергии, обязаны уплатить сетевой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передаче электрической энергии в целях предоставления коммунальных услуг, в случае несвоевременной и (или) неполной оплаты услуг по передаче электрической энергии уплачивают сетевой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Управляющие организации, приобретающие услуги по передаче электрической энергии в целях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услуг по передаче электрической энергии уплачивают сетевой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(Пункт в редакции Федерального закона от 13.07.2024 № 185-ФЗ)</w:t>
      </w:r>
    </w:p>
    <w:p>
      <w:r>
        <w:rPr>
          <w:b/>
        </w:rPr>
        <w:t xml:space="preserve">3. </w:t>
      </w:r>
      <w:r>
        <w:t>Правила недискриминационного доступа к услугам по передаче электрической энергии устанавливаются Правительством Российской Федерации и включают в себя: правила заключения и исполнения договоров оказания услуг по передаче электрической энергии, включающие в себя существенные условия указанных договоров; порядок доступа к электрическим сетям в условиях их ограниченной пропускной способности; порядок установления тарифов на услуги по передаче электрической энергии, предусматривающий учет степени использования мощности электрической сети; порядок предоставления информации о стоимости услуг по передаче электрической энергии и наличии пропускной способности электрических сетей; порядок рассмотрения жалоб и заявлений по вопросам предоставления доступа к услугам по передаче электрической энергии и принятия по этим жалобам и заявлениям решений, обязательных для исполнения юридическими и физическими лицами; порядок раскрытия информации о пропускной способности электрических сетей, об их технических характеристиках организациями, осуществляющими деятельность по передаче электрической энергии (сетевыми компаниями), в соответствии со стандартами раскрытия информации, утверждаемыми Правительством Российской Федерации; порядок определения потерь в электрических сетях и порядок оплаты этих потерь. Правилами недискриминационного доступа к услугам по передаче электрической энергии исключается в условиях ограниченной пропускной способности электрических сетей возможность взимания дополнительной платы, за исключением случаев, предусмотренных настоящим Федеральным законом</w:t>
      </w:r>
    </w:p>
    <w:p>
      <w:r>
        <w:rPr>
          <w:b/>
        </w:rPr>
        <w:t xml:space="preserve">31. </w:t>
      </w:r>
      <w:r>
        <w:t>Правила недискриминационного доступа к услугам по передаче электрической энергии устанавливают критерии, при соответствии которым у энергосбытовых организаций, гарантирующих поставщиков 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возникает обязанность предоставления сетевой организации обеспечения исполнения обязательств по оплате услуг по передаче электрической энергии, а также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требования к условиям его предоставления. При установлении критериев, при соответствии которым у указанных в абзаце первом настоящего пункта потребителей услуг по передаче электрической энергии возникает обязанность предоставления обеспечения исполнения обязательств по оплате данных услуг, Правительство Российской Федерации исходит из случаев неисполнения или ненадлежащего исполнения ими обязательств по оплате услуг по передаче электрической энергии. При этом не возникает обязанность предоставления обеспечения исполнения обязательств по оплате услуг по передаче электрической энергии у лиц, не имеющих неисполненных обязательств по оплате данных услуг. Правила определения суммы, на которую гарантирующий поставщик, энергосбытовая организация предоставляют сетевой организации обеспечение исполнения обязательств по оплате услуг по передаче электрической энергии, устанавливаются Правительством Российской Федерации исходя из размера не исполненных гарантирующим поставщиком, энергосбытовой организацией обязательств по оплате услуг по передаче электрической энергии. Указанная в абзаце первом настоящего пункта обязанность не устанавливается в отношении потребителей услуг по передаче электрической энергии,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 Сетевые организации обязаны в предусмотренном Правительством Российской Федерации порядке определить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энергосбытовые организации и гарантирующих поставщиков,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услуг по передаче электрической энергии. В направляемом указанным потребителям услуг по передаче электрической энергии уведомлении указываются основания возникновения у них обязанности предоставить обеспечение исполнения обязательств по оплате услуг по передаче электрической энергии, срок, в течение которого данное обеспечение должно быть предоставлено сетевой организации, а также другая информация, установленная Правительством Российской Федерации. В случае, если потребитель услуг по передаче электрической энергии до истечения указанного в уведомлении срока предоставления обеспечения исполнения обязательств по оплате услуг по передаче электрической энергии устранил допущенное нарушение обязательств по оплате данных услуг,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 Высшее должностное лицо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услуг по передаче электрической энергии в субъекте Российской Федерации,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 (В редакции Федерального закона от 08.08.2024 № 232-ФЗ) Информация об устранении потребителем услуг по передаче электрической энергии допущенных нарушений обязательств по оплате данных услуг учитывается при ведении предусмотренного настоящим пунктом перечня потребителей услуг по передаче электрической энергии,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 Если иное не согласовано сторонами, обеспечение исполнения обязательств по оплате услуг по передаче электрической энергии предоставляется потребителями услуг по передаче электрической энергии, соответствующими установленным Правительством Российской Федерации критериям и определенными сетевыми организациями в соответствии с настоящим пунктом,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сетевой организацией гаранту для получения выплаты по гарантиям судебных актов, подтверждающих неисполнение или ненадлежащее исполнение потребителем услуг по передаче электрической энергии обеспечиваемых гарантиями обязательств. 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В случае предоставления в качестве обеспечения исполнения обязательств по оплате услуг по передаче электрической энергии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услуг по передаче электрической энергии, сетевая организация обязана принять указанные гарантии в качестве обеспечения. Указанными в настоящем пункте потребителями услуг по передаче электрической энергии по согласованию с сетевой организацией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 Расходы потребителей услуг по передаче электрической энергии, связанные с предоставлением обеспечения исполнения обязательств по оплате услуг по передаче электрической энергии, не учитываются при установлении (утверждении) для указанных потребителей в соответствии с законодательством Российской Федерации регулируемых государством цен (тарифов). Срок, в течение которого действует обязанность потребителя услуг по передаче электрической энергии, соответствующего установленным Правительством Российской Федерации критериям и определенного сетевой организацией, по предоставлению обеспечения исполнения обязательств по оплате услуг по передаче электрической энергии, определяется в установленном Правительством Российской Федерации порядке. (Дополнение пунктом - Федеральный закон от 03.11.2015 № 307-ФЗ)</w:t>
      </w:r>
    </w:p>
    <w:p>
      <w:r>
        <w:rPr>
          <w:b/>
        </w:rPr>
        <w:t xml:space="preserve">4. </w:t>
      </w:r>
      <w:r>
        <w:t>В случае, если происходит смена собственника или иного законного владельца энергопринимающих устройств или объектов электроэнергетики, которые ранее в надлежащем порядке были технологически присоединены, а виды производственной деятельности, осуществляемой новым собственником или иным законным владельцем, не влекут за собой пересмотр величины присоединенной мощности и не требуют изменения схемы внешнего электроснабжения и категории надежности электроснабжения, повторное технологическое присоединение не требуется и ранее определенные границы балансовой принадлежности устройств или объектов и ответственности за нарушение правил эксплуатации объектов электросетевого хозяйства не изменяются. При этом новый собственник или иной законный владелец энергопринимающих устройств или объектов электроэнергетики обязан уведомить сетевую организацию или владельца объектов электросетевого хозяйства о переходе права собственности или возникновении иного основания владения энергопринимающими устройствами или объектами электроэнергетики. В случае перехода права собственности на часть указанных энергопринимающих устройств или объектов электроэнергетики или возникновения иного основания владения ими документы о границах балансовой принадлежности таких объектов и ответственности за нарушение правил эксплуатации объектов электросетевого хозяйства подлежат оформлению в порядке, установленном правилами недискриминационного доступа к услугам по передаче электрической энергии. Владелец энергопринимающего устройства или объекта электроэнергетики, ранее технологически присоединенных в надлежащем порядке, по согласованию с сетевой организацией вправе технологически присоединить к принадлежащим ему энергопринимающему устройству или объекту электроэнергетики энергопринимающее устройство или объект электроэнергетики иного лица при условии соблюдения выданных ранее технических условий и самостоятельного обеспечения указанным владельцем энергопринимающего устройства или объекта электроэнергетики и владельцем присоединяемых энергопринимающего устройства или объекта электроэнергетики технической возможности введения раздельного ограничения режима потребления электрической энергии в отношении данных энергопринимающих устройств или объектов электроэнергетики. В этом случае между указанным владельцем энергопринимающего устройства или объекта электроэнергетики и владельцем присоединяемых энергопринимающего устройства или объекта электроэнергетики заключается договор технологического присоединения. Размер платы по такому договору устанавливается в соответствии с требованиями настоящей статьи. Деятельность по осуществлению технологического присоединения и оказанию услуг по передаче электрической энергии регулируется в порядке, установленном настоящим Федеральным законом для сетевых организаций. (В редакции Федерального закона от 03.11.2015 № 307-ФЗ) Сетевая организация или иной владелец объектов электросетевого хозяйства, к которым в надлежащем порядке технологически присоединены энергопринимающие устройства или объекты электроэнергетики, не вправе препятствовать передаче электрической энергии на указанные устройства или объекты и (или) от указанных устройств или объектов, в том числе заключению в отношении указанных устройств или объектов договоров купли-продажи электрической энергии, договоров энергоснабжения, договоров оказания услуг по передаче электрической энергии, и по требованию собственника или иного законного владельца энергопринимающих устройств или объектов электроэнергетики в установленные законодательством Российской Федерации сроки обязаны предоставить или составить документы, подтверждающие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и ответственности сторон за нарушение правил эксплуатации объектов электросетевого хозяйства. Указанное лицо в установленном порядке также обязано осуществлять по требованию гарантирующего поставщика (энергосбытовой, сетевой организации) действия по введению полного и (или) частичного ограничения режима потребления электрической энергии такими энергопринимающими устройствами или объектами электроэнергетики и оплачивать стоимость потерь, возникающих на находящихся в его собственности объектах электросетевого хозяйства. В случае нарушения сетевой организацией или иным владельцем объектов электросетевого хозяйства обязанности по предоставлению документов, подтверждающих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гарантирующий поставщик не вправе отказать собственнику или иному законному владельцу указанных устройств или объектов в заключении договора купли-продажи, договора энергоснабжения по причине отсутствия технологического присоединения и вправе самостоятельно осуществить сбор документов, подтверждающих наличие технологического присоединения и (или) разграничение балансовой принадлежности объектов электросетевого хозяйства и энергопринимающих устройств или объектов электроэнергетики. При установлении факта ненадлежащего присоединения энергопринимающих устройств или объектов электроэнергетики гарантирующий поставщик имеет право ввести полное ограничение режима потребления электрической энергии такими устройствами или объектами, а их собственник или иной законный владелец обязан оплатить гарантирующему поставщику стоимость потребленной до момента ввода ограничения электрической энергии и иные связанные с потреблением электрической энергии расходы</w:t>
      </w:r>
    </w:p>
    <w:p>
      <w:r>
        <w:rPr>
          <w:b/>
        </w:rPr>
        <w:t xml:space="preserve">5. </w:t>
      </w:r>
      <w:r>
        <w:t>Не допускается осуществление деятельности по оказанию услуг по передаче электрической энергии в качестве системообразующей территориальной сетевой организации или территориальной сетевой организации для организаций, находящихся под контролем иностранного инвестора (иностранного лица, группы лиц) в соответствии с признаками, предусмотренными частями 1 - 21 статьи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целях применения положений настоящей статьи понятия "контроль" и "иностранный инвестор" используются в тех же значениях, что и в статье 3 указанного Федерального закона. (Дополнение пунктом - Федеральный закон от 13.07.2024 № 185-ФЗ) (Статья в редакции Федерального закона от 04.11.2007 № 250-ФЗ)</w:t>
      </w:r>
    </w:p>
    <w:p>
      <w:r>
        <w:rPr>
          <w:b/>
        </w:rPr>
        <w:t>Статья 27</w:t>
      </w:r>
    </w:p>
    <w:p>
      <w:r>
        <w:t>(Статья утратила силу - Федеральный закон от 26.07.2010 № 187-ФЗ)</w:t>
      </w:r>
    </w:p>
    <w:p>
      <w:r>
        <w:rPr>
          <w:b/>
        </w:rPr>
        <w:t>Статья 271. Особенности регулирования отношений в сфере электроэнергетики при присоединении электроэнергетической системы к другой электроэнергетической системе</w:t>
      </w:r>
    </w:p>
    <w:p>
      <w:r>
        <w:rPr>
          <w:b/>
        </w:rPr>
        <w:t xml:space="preserve">1. </w:t>
      </w:r>
      <w:r>
        <w:t>При присоединении технологически изолированной территориальной электроэнергетической системы к другой технологически изолированной территориальной электроэнергетической системе или Единой энергетической системе России законодательство Российской Федерации в сфере электроэнергетики применяется на территории присоединяемой электроэнергетической системы в течение определенного Правительством Российской Федерации переходного периода с учетом особенностей, установленных Правительством Российской Федерации и включающих в себя особенности регулирования на оптовом и розничных рынках, в том числе в части определения предельного объема поставки мощности в отношении генерирующих объектов, функционирующих на территории присоединяемой электроэнергетической системы, сроков оснащения средствами измерений и приведения системы связи в соответствие с требованиями правил оптового рынка, осуществления оперативно-диспетчерского управления и технологического присоединения к электрическим сетям, в том числе взаимодействия субъектов электроэнергетики и потребителей электрической энергии с системным оператором. (В редакции Федерального закона от 11.06.2022 № 174-ФЗ)</w:t>
      </w:r>
    </w:p>
    <w:p>
      <w:r>
        <w:rPr>
          <w:b/>
        </w:rPr>
        <w:t xml:space="preserve">2. </w:t>
      </w:r>
      <w:r>
        <w:t>(Пункт утратил силу - Федеральный закон от 11.06.2022 № 174-ФЗ) (Дополнение статьей - Федеральный закон от 29.06.2018 № 172-ФЗ)</w:t>
      </w:r>
    </w:p>
    <w:p>
      <w:r>
        <w:rPr>
          <w:b/>
        </w:rPr>
        <w:t>Статья 28. Государственное регулирование надежности и безопасности в сфере электроэнергетики и качества электрической энергии</w:t>
      </w:r>
    </w:p>
    <w:p>
      <w:r>
        <w:t>(Наименование в редакции федеральных законов от 23.06.2016 № 196-ФЗ, от 11.06.2022 № 174-ФЗ)</w:t>
      </w:r>
    </w:p>
    <w:p>
      <w:r>
        <w:rPr>
          <w:b/>
        </w:rPr>
        <w:t xml:space="preserve">1. </w:t>
      </w:r>
      <w:r>
        <w:t>Целями государственного регулирования надежности и безопасности в сфере электроэнергетики являются обеспечение ее устойчивого, надежного и безопасного функционирования и предотвращение возникновения аварийных ситуаций, связанных с эксплуатацией объектов электроэнергетики и энергетических установок потребителей электрической энергии. (В редакции федеральных законов от 19.07.2011 № 248-ФЗ; от 23.06.2016 № 196-ФЗ)</w:t>
      </w:r>
    </w:p>
    <w:p>
      <w:r>
        <w:rPr>
          <w:b/>
        </w:rPr>
        <w:t xml:space="preserve">2. </w:t>
      </w:r>
      <w:r>
        <w:t>В состав мер государственного регулирования надежности и безопасности в сфере электроэнергетики входят принятие нормативных правовых актов Российской Федерации, устанавливающих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и обеспечению качества электрической энергии, осуществление федерального государственного энергетического надзора, аттестация по вопросам безопасности в сфере электроэнергетики. (В редакции федеральных законов от 29.07.2018 № 271-ФЗ, от 11.06.2022 № 174-ФЗ) Указанными нормативными правовыми актами Российской Федерации устанавливаются требования к: функционированию электроэнергетических систем, в том числе к обеспечению устойчивости и надежности электроэнергетических систем, режимам и параметрам работы объектов электроэнергетики и энергопринимающих установок, релейной защите и автоматике, включая противоаварийную и режимную автоматику; функционированию объектов электроэнергетики и энергопринимающих установок, в том числе требования к осуществлению дистанционного управления их технологическими режимами и эксплуатационным состоянием; (В редакции Федерального закона от 13.07.2024 № 185-ФЗ) планированию и проектированию развития электроэнергетических систем; (В редакции Федерального закона от 11.06.2022 № 174-ФЗ) безопасности объектов электроэнергетики и энергопринимающих установок; подготовке работников к выполнению трудовых функций в сфере электроэнергетики, связанных с эксплуатацией объектов электроэнергетики и энергопринимающих установок или с оперативно-диспетчерским управлением в электроэнергетике, и подтверждению готовности работников к выполнению таких трудовых функций (далее также - подготовка и подтверждение готовности к работе в сфере электроэнергетики), в том числе требования к порядку подготовки и проверки знания работниками требований охраны труда при осуществлении деятельности на объектах электроэнергетики и энергопринимающих установках потребителей электрической энергии (за исключением требований охраны труда при выполнении специальных работ), установленных правилами по охране труда, проведения инструктажа по охране труда; (В редакции Федерального закона от 08.12.2020 № 402-ФЗ) качеству электрической энергии, в том числе распределению обязанностей по его обеспечению между субъектами электроэнергетики и потребителями электрической энергии. (Дополнение абзацем - Федеральный закон от 11.06.2022 № 174-ФЗ) Требования к оборудованию объектов электроэнергетики и энергопринимающих установок как к продукции устанавливаются в соответствии с правом Евразийского экономического союза и законодательством Российской Федерации. (Пункт в редакции Федерального закона от 23.06.2016 № 196-ФЗ)</w:t>
      </w:r>
    </w:p>
    <w:p>
      <w:r>
        <w:rPr>
          <w:b/>
        </w:rPr>
        <w:t xml:space="preserve">3. </w:t>
      </w:r>
      <w:r>
        <w:t>В целях обеспечения безопасности производства работ на объектах электроэнергетики работники, непосредственно занятые на работах, связанных с обслуживанием указанных объектов, проходят в установленном порядке обязательные периодические медицинские осмотры, а также по требованию работодателей предсменные медицинские осмотры для установления факта употребления алкоголя, наркотического средства или психотропного вещества. (В редакции Федерального закона от 25.11.2013 № 317-ФЗ) Порядок проведения медицинских осмотров устанавливается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25.11.2013 № 317-ФЗ) (Дополнение пунктом - Федеральный закон от 04.11.2007 № 250-ФЗ)</w:t>
      </w:r>
    </w:p>
    <w:p>
      <w:r>
        <w:rPr>
          <w:b/>
        </w:rPr>
        <w:t xml:space="preserve">4. </w:t>
      </w:r>
      <w:r>
        <w:t>При установлении цен (тарифов) для организаций, осуществляющих эксплуатацию объектов электросетевого хозяйства и (или) иных объектов электроэнергетики, которые не имеют собственника, собственник которых неизвестен или от права собственности на которые собственник отказался, должны учитываться в полном объеме экономически обоснованные расходы, связанные с эксплуатацией таких объектов. Указанные организации несут бремя содержания таких объектов. (Дополнение пунктом - Федеральный закон от 04.11.2007 № 250-ФЗ) (В редакции Федерального закона от 26.07.2010 № 187-ФЗ)</w:t>
      </w:r>
    </w:p>
    <w:p>
      <w:r>
        <w:rPr>
          <w:b/>
        </w:rPr>
        <w:t xml:space="preserve">5. </w:t>
      </w:r>
      <w:r>
        <w:t>Субъекты электроэнергетики, обеспечивающие снабжение электрической энергией потребителей, в том числе энергосбытовые (энергоснабжающие) организации, гарантирующие поставщики, сетевые организации и иные собственники и законные владельцы объектов электросетевого хозяйства, а также собственники и иные законные владельцы объектов по производству электрической энергии (мощности), субъекты оперативно-диспетчерского управления в электроэнергетике в пределах своих обязанностей по выполнению обязательных требований, установленных нормативными правовыми актами Правительства Российской Федерации и уполномоченных им федеральных органов исполнительной власти, требований технических условий для технологического присоединения к электрическим сетям и обязательств по заключенным ими договорам при осуществлении своей деятельности обеспечивают надежность снабжения потребителей электрической энергией и ее качество. Потребители электрической энергии в пределах своих обязанностей по выполнению обязательных требований, установленных нормативными правовыми актами Правительства Российской Федерации и уполномоченных им федеральных органов исполнительной власти, требований технических условий для технологического присоединения к электрическим сетям и обязательств по заключенным ими договорам при осуществлении своей деятельности обеспечивают соблюдение параметров надежности электроснабжения и качества электрической энергии, обусловленных работой принадлежащих им объектов электроэнергетики и энергопринимающих устройств. Субъекты электроэнергетики, указанные в абзаце первом настоящего пункта, несут ответственность за нарушение электроснабжения или отклонение показателей качества электрической энергии, за исключением случаев, если такие нарушения или отклонения обусловлены исключительно работой энергопринимающих устройств потребителя электрической энергии при невыполнении им своих обязательств и (или) обязательных требований к обеспечению надежности и безопасности в сфере электроэнергетики и качества электрической энергии. В случае принятия Правительством Российской Федерации решения о запрете осуществлять майнинг цифровой валюты (в том числе участвовать в майнинг-пулах) в отдельных субъектах Российской Федерации или на отдельных их территориях в отношении расположенных на этих территориях энергопринимающих устройств и (или) в случае осуществления потребителем электрической энергии майнинга цифровой валюты и (или) деятельности оператора майнинговой инфраструктуры без включения в реестр лиц, осуществляющих майнинг цифровой валюты, или реестр операторов майнинговой инфраструктуры допускается изменение условий энергоснабжения присоединенных ранее энергопринимающих устройств, принадлежащих потребителю электрической энергии, с использованием которых осуществляется майнинг цифровой валюты. (Дополнение абзацем - Федеральный закон от 08.08.2024 № 221-ФЗ) (Дополнение пунктом - Федеральный закон от 11.06.2022 № 174-ФЗ)</w:t>
      </w:r>
    </w:p>
    <w:p>
      <w:r>
        <w:rPr>
          <w:b/>
        </w:rPr>
        <w:t xml:space="preserve">6. </w:t>
      </w:r>
      <w:r>
        <w:t>Требования к урегулированию порядка взаимодействия сетевых организаций, объекты электросетевого хозяйства которых технологически присоединены друг к другу, при организации и осуществлении эксплуатации объектов электросетевого хозяйства (в том числе при осуществлении в отношении их оперативно-технологического управления, планировании и проведении ремонтов и технического обслуживания и реализации иных мероприятий, связанных с эксплуатацией объектов электросетевого хозяйства, необходимых для исполнения требований к обеспечению надежности электроэнергетических систем, надежности и безопасности объектов электроэнергетики), в том числе случаи, если между указанными организациями необходимо заключение обязательных безвозмездных соглашений, определяющих взаимные права и обязанности при данном взаимодействии, а также существенные условия таких соглашений, устанавливаются утверждаемыми Правительством Российской Федерации правилами недискриминационного доступа к услугам по передаче электрической энергии и оказания этих услуг. (Дополнение пунктом - Федеральный закон от 13.07.2024 № 185-ФЗ)</w:t>
      </w:r>
    </w:p>
    <w:p>
      <w:r>
        <w:rPr>
          <w:b/>
        </w:rPr>
        <w:t>Статья 281. Подготовка, подтверждение готовности работников к выполнению трудовых функций в сфере электроэнергетики и аттестация работников по вопросам безопасности в сфере электроэнергетики</w:t>
      </w:r>
    </w:p>
    <w:p>
      <w:r>
        <w:t>(Наименование в редакции Федерального закона от 08.12.2020 № 402-ФЗ)</w:t>
      </w:r>
    </w:p>
    <w:p>
      <w:r>
        <w:rPr>
          <w:b/>
        </w:rPr>
        <w:t xml:space="preserve">1. </w:t>
      </w:r>
      <w:r>
        <w:t>Руководители (заместители руководителей) субъектов электроэнергетики и потребителей электрической энергии (далее в настоящей статье - организации), в отношении которых в соответствии со статьей 291 настоящего Федерального закона осуществляется федеральный государственный энергетический надзор в сфере электроэнергетики, осуществляющие профессиональную деятельность, связанную с эксплуатацией объектов электроэнергетики и энергопринимающих установок, профессиональную деятельность, связанную с реализацией функций по оперативно-диспетчерскому управлению в электроэнергетике, в целях поддержания уровня квалификации и подтверждения знания требований к безопасности объектов электроэнергетики и энергопринимающих установок обязаны не реже одного раза в пять лет проходить аттестацию по вопросам безопасности в сфере электроэнергетики. (В редакции Федерального закона от 08.12.2020 № 402-ФЗ)</w:t>
      </w:r>
    </w:p>
    <w:p>
      <w:r>
        <w:rPr>
          <w:b/>
        </w:rPr>
        <w:t xml:space="preserve">2. </w:t>
      </w:r>
      <w:r>
        <w:t>(Пункт утратил силу - Федеральный закон от 08.12.2020 № 402-ФЗ)</w:t>
      </w:r>
    </w:p>
    <w:p>
      <w:r>
        <w:rPr>
          <w:b/>
        </w:rPr>
        <w:t xml:space="preserve">3. </w:t>
      </w:r>
      <w:r>
        <w:t>Первичная аттестация руководителей (заместителей руководителей) организаций по вопросам безопасности в сфере электроэнергетики проводится не позднее одного месяца: (В редакции Федерального закона от 08.12.2020 № 402-ФЗ) при назначении на соответствующую должность; при переводе на другую работу, если при исполнении трудовых обязанностей на этой работе требуется проведение аттестации по другим областям аттестации; при заключении трудового договора с другим работодателем, если при исполнении трудовых обязанностей на этой работе требуется проведение аттестации по другим областям аттестации. Внеочередная аттестация руководителей (заместителей руководителей) организаций по вопросам безопасности в сфере электроэнергетики проводится в случаях, определенных Правительством Российской Федерации. (В редакции Федерального закона от 08.12.2020 № 402-ФЗ)</w:t>
      </w:r>
    </w:p>
    <w:p>
      <w:r>
        <w:rPr>
          <w:b/>
        </w:rPr>
        <w:t xml:space="preserve">4. </w:t>
      </w:r>
      <w:r>
        <w:t>Аттестация руководителей (заместителей руководителей) организаций по вопросам безопасности в сфере электроэнергетики проводится в объеме требований к безопасности объектов электроэнергетики и энергопринимающих установок при эксплуатации объектов электроэнергетики и энергопринимающих установок и требований по безопасному ведению работ на объектах электроэнергетики, установленных правилами по охране труда, необходимых для исполнения руководителями (заместителями руководителей) организаций своих трудовых обязанностей. (В редакции Федерального закона от 08.12.2020 № 402-ФЗ) При аттестации по вопросам безопасности в сфере электроэнергетики проводится проверка знания требований к безопасности объектов электроэнергетики и энергопринимающих установок при эксплуатации объектов электроэнергетики и энергопринимающих установок, а также требований по безопасному ведению работ на объектах электроэнергетики, установленных правилами по охране труда, в соответствии с областями аттестации, определяемыми федеральным органом исполнительной власти, уполномоченным на осуществление федерального государственного энергетического надзора. (В редакции Федерального закона от 08.12.2020 № 402-ФЗ)</w:t>
      </w:r>
    </w:p>
    <w:p>
      <w:r>
        <w:rPr>
          <w:b/>
        </w:rPr>
        <w:t xml:space="preserve">5. </w:t>
      </w:r>
      <w:r>
        <w:t>Аттестация руководителей (заместителей руководителей) организаций по вопросам безопасности в сфере электроэнергетики проводится аттестационными комиссиями, формируемыми федеральными органами исполнительной власти, уполномоченными на осуществление федерального государственного энергетического надзора. Порядок проведения аттестации руководителей (заместителей руководителей) организаций по вопросам безопасности в сфере электроэнергетики устанавливается Правительством Российской Федерации. (Пункт в редакции Федерального закона от 08.12.2020 № 402-ФЗ)</w:t>
      </w:r>
    </w:p>
    <w:p>
      <w:r>
        <w:rPr>
          <w:b/>
        </w:rPr>
        <w:t xml:space="preserve">6. </w:t>
      </w:r>
      <w:r>
        <w:t>(Пункт утратил силу - Федеральный закон от 11.06.2022 № 174-ФЗ)</w:t>
      </w:r>
    </w:p>
    <w:p>
      <w:r>
        <w:rPr>
          <w:b/>
        </w:rPr>
        <w:t xml:space="preserve">61. </w:t>
      </w:r>
      <w:r>
        <w:t>В целях поддержания уровня квалификации, подтверждения знания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требований охраны труда и иных требований в сфере электроэнергетики, необходимых для выполнения работниками организаций своих трудовых функций, отдельные категории работников обязаны проходить подготовку и получать подтверждение готовности к работе в сфере электроэнергетики в соответствии с установленными пунктом 2 статьи 28 настоящего Федерального закона требованиями нормативных правовых актов Российской Федерации в сфере электроэнергетики. Категории таких работников, обязательные формы, порядок проведения и оформления результатов подготовки и подтверждения готовности для каждой из категорий определяются указанными нормативными правовыми актами. Подготовка и подтверждение готовности работников к работе в сфере электроэнергетики осуществляются организациями, за исключением случая, предусмотренного абзацем третьим настоящего пункта. В случае, если штатная численность организации не позволяет осуществлять подтверждение готовности ее работников к работе в сфере электроэнергетики в части проверки знания ими требований к обеспечению надежности электроэнергетических систем, надежности и безопасности объектов электроэнергетики и требований охраны труда, такое подтверждение осуществляется комиссией, формируемой федеральным органом исполнительной власти, уполномоченным на осуществление федерального государственного энергетического надзора. (Дополнение пунктом - Федеральный закон от 08.12.2020 № 402-ФЗ)</w:t>
      </w:r>
    </w:p>
    <w:p>
      <w:r>
        <w:rPr>
          <w:b/>
        </w:rPr>
        <w:t xml:space="preserve">62. </w:t>
      </w:r>
      <w:r>
        <w:t>В случае, если организация осуществляет эксплуатацию объектов по производству электрической энергии, функционирующих в режиме комбинированной выработки электрической и тепловой энергии, предусмотренные настоящей статьей аттестация, подготовка и подтверждение готовности к работе в сфере электроэнергетики проводятся в порядке, установленном настоящим Федеральным законом и принятыми в соответствии с ним нормативными правовыми актами Российской Федерации в сфере электроэнергетики, в отношении работников, выполняющих трудовые функции, связанные с эксплуатацией объектов электроэнергетики, и работников, выполняющих трудовые функции, связанные с эксплуатацией объектов теплоснабжения. При аттестации, подготовке и подтверждении готовности работников указанной организации к выполнению трудовых функций, связанных с эксплуатацией объектов теплоснабжения, проводится проверка знания ими требований безопасности в сфере теплоснабжения, требований охраны труда при эксплуатации тепловых энергоустановок и иных обязательных требований в сфере теплоснабжения, необходимых для выполнения этими работниками соответствующих трудовых функций. (Дополнение пунктом - Федеральный закон от 08.12.2020 № 402-ФЗ)</w:t>
      </w:r>
    </w:p>
    <w:p>
      <w:r>
        <w:rPr>
          <w:b/>
        </w:rPr>
        <w:t xml:space="preserve">7. </w:t>
      </w:r>
      <w:r>
        <w:t>Работники, не прошедшие аттестацию по вопросам безопасности в сфере электроэнергетики и определенные формы подготовки и подтверждения готовности к работе в сфере электроэнергетики, не допускаются к работе на объектах электроэнергетики, энергопринимающих установках, осуществлению профессиональной деятельности, связанной с реализацией функций по оперативно-диспетчерскому управлению в электроэнергетике. (В редакции Федерального закона от 08.12.2020 № 402-ФЗ) Работники, не прошедшие аттестацию, указанную в настоящей статье, вправе обжаловать решения соответствующей аттестационной комиссии в судебном порядке в соответствии с законодательством Российской Федерации. (В редакции Федерального закона от 08.12.2020 № 402-ФЗ) (Дополнение статьей - Федеральный закон от 29.07.2018 № 271-ФЗ)</w:t>
      </w:r>
    </w:p>
    <w:p>
      <w:r>
        <w:rPr>
          <w:b/>
        </w:rPr>
        <w:t>Статья 282. Допуск в эксплуатацию энергопринимающих устройств потребителей электрической энергии, объектов по производству электрической энергии, объектов электросетевого хозяйства</w:t>
      </w:r>
    </w:p>
    <w:p>
      <w:r>
        <w:rPr>
          <w:b/>
        </w:rPr>
        <w:t xml:space="preserve">1. </w:t>
      </w:r>
      <w:r>
        <w:t>Категории энергопринимающих устройств потребителей электрической энергии, объектов по производству электрической энергии, объектов электросетевого хозяйства (далее - допускаемые объекты), для которых требуется получение разрешения на допуск в эксплуатацию, определяются Правительством Российской Федерации</w:t>
      </w:r>
    </w:p>
    <w:p>
      <w:r>
        <w:rPr>
          <w:b/>
        </w:rPr>
        <w:t xml:space="preserve">2. </w:t>
      </w:r>
      <w:r>
        <w:t>Разрешение на допуск в эксплуатацию выдается федеральным органом исполнительной власти, уполномоченным на осуществление федерального государственного энергетического надзора, который удостоверяет соответствие допускаемых объектов и условий их эксплуатации требованиям к обеспечению безопасности в сфере электроэнергетики</w:t>
      </w:r>
    </w:p>
    <w:p>
      <w:r>
        <w:rPr>
          <w:b/>
        </w:rPr>
        <w:t xml:space="preserve">3. </w:t>
      </w:r>
      <w:r>
        <w:t>Разрешение на допуск в эксплуатацию выдается: в ходе технологического присоединения; при вводе в эксплуатацию новых или реконструированных допускаемых объектов, технологическое присоединение которых не осуществляется</w:t>
      </w:r>
    </w:p>
    <w:p>
      <w:r>
        <w:rPr>
          <w:b/>
        </w:rPr>
        <w:t xml:space="preserve">4. </w:t>
      </w:r>
      <w:r>
        <w:t>На период проведения испытаний и наладки допускаемых объектов выдается временное разрешение на допуск в эксплуатацию</w:t>
      </w:r>
    </w:p>
    <w:p>
      <w:r>
        <w:rPr>
          <w:b/>
        </w:rPr>
        <w:t xml:space="preserve">5. </w:t>
      </w:r>
      <w:r>
        <w:t>Выдача разрешения на допуск в эксплуатацию осуществляется без взимания платы</w:t>
      </w:r>
    </w:p>
    <w:p>
      <w:r>
        <w:rPr>
          <w:b/>
        </w:rPr>
        <w:t xml:space="preserve">6. </w:t>
      </w:r>
      <w:r>
        <w:t>Положения настоящей статьи распространяются на атомные электростанции с учетом особенностей их функционирования, установленных законодательством Российской Федерации об использовании атомной энергии. (Дополнение статьей - Федеральный закон от 24.04.2020 № 141-ФЗ)</w:t>
      </w:r>
    </w:p>
    <w:p>
      <w:r>
        <w:rPr>
          <w:b/>
        </w:rPr>
        <w:t>Статья 283. Мониторинг риска нарушения работы субъектов электроэнергетики в сфере электроэнергетики</w:t>
      </w:r>
    </w:p>
    <w:p>
      <w:r>
        <w:rPr>
          <w:b/>
        </w:rPr>
        <w:t xml:space="preserve">1. </w:t>
      </w:r>
      <w:r>
        <w:t>Мониторинг риска нарушения работы субъектов электроэнергетики в сфере электроэнергетики (далее в настоящей статье также - мониторинг риска) представляет собой систему постоянного сбора, обработки и анализа информации о деятельности субъектов электроэнергетики, а также иных хозяйствующих субъектов, владеющих на праве собственности или ином законном основании объектами по производству электрической энергии и (или) объектами электросетевого хозяйства (далее в настоящей статье - субъекты электроэнергетики), и о принадлежащих им объектах электроэнергетики, характеризующей степень риска нарушения работы таких субъектов и объектов в сфере электроэнергетики. Мониторинг риска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субъектов электроэнергетики, соответствующих критериям, установленным Правительством Российской Федерации</w:t>
      </w:r>
    </w:p>
    <w:p>
      <w:r>
        <w:rPr>
          <w:b/>
        </w:rPr>
        <w:t xml:space="preserve">2. </w:t>
      </w:r>
      <w:r>
        <w:t>Мониторинг риска проводится в целях формирования и реализации государственной политики в области обеспечения надежности и безопасности в сфере электроэнергетики, своевременного выявления, оценки и прогнозирования рисков невыполнения субъектами электроэнергетики требований и условий для надежного функционирования электроэнергетики. Результаты мониторинга риска также учитываются при инвестиционном планировании в сфере электроэнергетики, отнесении владельцев объектов электросетевого хозяйства к территориальным сетевым организациям, оценке риска причинения вреда (ущерба) охраняемым законом ценностям в соответствии со статьей 291 настоящего Федерального закона и оценке готовности субъектов электроэнергетики к работе в отопительный сезон в соответствии со статьей 462 настоящего Федерального закона</w:t>
      </w:r>
    </w:p>
    <w:p>
      <w:r>
        <w:rPr>
          <w:b/>
        </w:rPr>
        <w:t xml:space="preserve">3. </w:t>
      </w:r>
      <w:r>
        <w:t>Правила проведения мониторинга риска нарушения работы субъектов электроэнергетики в сфере электроэнергетики, в том числе критерии определения субъектов электроэнергетики, в отношении которых проводится такой мониторинг, показатели риска нарушения их работы в сфере электроэнергетики, порядок проведения мониторинга и оценки риска нарушения работы субъектов электроэнергетики в сфере электроэнергетики, порядок сбора и оценки достоверности необходимой информации, порядок использования информации о результатах мониторинга риска устанавливаются Правительством Российской Федерации. Методика проведения оценки риска нарушения работы субъектов электроэнергетики в сфере электроэнергетики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(Дополнение статьей - Федеральный закон от 11.06.2021 № 170-ФЗ)</w:t>
      </w:r>
    </w:p>
    <w:p>
      <w:r>
        <w:rPr>
          <w:b/>
        </w:rPr>
        <w:t>Статья 284. Цифровые информационные модели в электроэнергетике</w:t>
      </w:r>
    </w:p>
    <w:p>
      <w:r>
        <w:rPr>
          <w:b/>
        </w:rPr>
        <w:t xml:space="preserve">1. </w:t>
      </w:r>
      <w:r>
        <w:t>Системный оператор обязан осуществлять, в том числе на перспективные периоды, формирование и поддержание в актуальном состоянии цифровых информационных моделей электроэнергетических систем</w:t>
      </w:r>
    </w:p>
    <w:p>
      <w:r>
        <w:rPr>
          <w:b/>
        </w:rPr>
        <w:t xml:space="preserve">2. </w:t>
      </w:r>
      <w:r>
        <w:t>Субъекты электроэнергетики и потребители электрической энергии, владеющие на праве собственности или ином законном основании объектами по производству электрической энергии и (или) объектами электросетевого хозяйства, вправе осуществлять формирование и поддержание в актуальном состоянии цифровых информационных моделей таких объектов. В случаях, установленных Правительством Российской Федерации, формирование, поддержание в актуальном состоянии и использование цифровых информационных моделей объектов электроэнергетики являются для таких субъектов электроэнергетики обязательными. Правила формирования и поддержания в актуальном состоянии цифровых информационных моделей электроэнергетических систем и цифровых информационных моделей объектов электроэнергетики (в том числе требования к обеспечению идентификации объектов электроэнергетики, порядок взаимодействия субъектов электроэнергетики между собой и с потребителями электрической энергии при формировании и поддержании в актуальном состоянии цифровых информационных моделей электроэнергетических систем и цифровых информационных моделей объектов электроэнергетики и перечень случаев, при которых формирование, поддержание в актуальном состоянии и использование цифровых информационных моделей объектов электроэнергетики являются обязательными) устанавливаются Правительством Российской Федерации. Методические указания по моделированию электроэнергетических систем и объектов электроэнергетики, включающие в себя в том числе требования к обеспечению связывания цифровых информационных моделей,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3. </w:t>
      </w:r>
      <w:r>
        <w:t>В случаях, установленных настоящим Федеральным законом и принятыми в соответствии с ним нормативными правовыми актами Правительства Российской Федерации или уполномоченного им федерального органа исполнительной власти, системный оператор обеспечивает раскрытие или предоставление цифровых информационных моделей электроэнергетических систем или фрагментов таких моделей. В случаях, установленных Правительством Российской Федерации или уполномоченным им федеральным органом исполнительной власти, субъекты электроэнергетики обеспечивают предоставление цифровых информационных моделей объектов электроэнергетики или фрагментов таких моделей. Порядок раскрытия (предоставления) цифровых информационных моделей электроэнергетических систем и цифровых информационных моделей объектов электроэнергетики или фрагментов таких моделей, включая сроки, объем, формат и условия их раскрытия (предоставления),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 учетом требований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коммерческой и иной охраняемой законом тайне, а также с учетом необходимости обеспечения энергетической безопасности Российской Федерации и безопасности функционирования электроэнергетической системы и объектов электроэнергетики</w:t>
      </w:r>
    </w:p>
    <w:p>
      <w:r>
        <w:rPr>
          <w:b/>
        </w:rPr>
        <w:t xml:space="preserve">4. </w:t>
      </w:r>
      <w:r>
        <w:t>В случаях, установленных Правительством Российской Федерации или уполномоченным им федеральным органом исполнительной власти, информационный обмен между субъектами электроэнергетики, потребителями электрической энергии и представление указанными лицами информации в области электроэнергетики в уполномоченные органы власти должны осуществляться в электронной форме в автоматизированном режиме, в том числе с использованием данных цифровых информационных моделей электроэнергетических систем и (или) цифровых информационных моделей объектов электроэнергетики. Требования к осуществлению автоматизированного информационного обмена и представлению информации в области электроэнергетики в электронной форме, включая требования к обеспечению совместимости передаваемых и получаемых данных с использованием цифровых информационных моделей электроэнергетических систем и (или) цифровых информационных моделей объектов электроэнергетики, устанавливаются Правительством Российской Федерации или уполномоченным им федеральным органом исполнительной власти. (Дополнение статьей - Федеральный закон от 13.07.2024 № 185-ФЗ)</w:t>
      </w:r>
    </w:p>
    <w:p>
      <w:r>
        <w:rPr>
          <w:b/>
        </w:rPr>
        <w:t>Статья 285. Расследование причин аварий и инцидентов в электроэнергетике</w:t>
      </w:r>
    </w:p>
    <w:p>
      <w:r>
        <w:rPr>
          <w:b/>
        </w:rPr>
        <w:t xml:space="preserve">1. </w:t>
      </w:r>
      <w:r>
        <w:t>По каждому факту возникновения аварии или инцидента на объектах электроэнергетики и (или) энергопринимающих установках проводится расследование причин их возникновения</w:t>
      </w:r>
    </w:p>
    <w:p>
      <w:r>
        <w:rPr>
          <w:b/>
        </w:rPr>
        <w:t xml:space="preserve">2. </w:t>
      </w:r>
      <w:r>
        <w:t>Расследование причин аварий и инцидентов в электроэнергетике проводится комиссиями, формируемыми федеральными органами исполнительной власти, уполномоченными Правительством Российской Федерации, или субъектами электроэнергетики, потребителями электрической энергии. Результаты данного расследования оформляются актом. По результатам расследования причин аварий и инцидентов в электроэнергетике определяются мероприятия, направленные на устранение причин таких аварий и инцидентов и предотвращение их возникновения в дальнейшем, в том числе на других объектах электроэнергетики и энергопринимающих установках (далее - противоаварийные мероприятия). Выполнение противоаварийных мероприятий является обязательным для субъектов электроэнергетики и потребителей электрической энергии</w:t>
      </w:r>
    </w:p>
    <w:p>
      <w:r>
        <w:rPr>
          <w:b/>
        </w:rPr>
        <w:t xml:space="preserve">3. </w:t>
      </w:r>
      <w:r>
        <w:t>Правила расследования причин аварий и инцидентов в электроэнергетике утверждаются Правительством Российской Федерации. Порядок передачи оперативной информации об авариях и инцидентах в электроэнергетике, формы актов по результатам расследования причин аварий и инцидентов в электроэнергетике и требования к их заполнению, а также формы отчетов об авариях и инцидентах в электроэнергетике и требования к их заполнению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(Дополнение статьей - Федеральный закон от 13.07.2024 № 185-ФЗ)</w:t>
      </w:r>
    </w:p>
    <w:p>
      <w:r>
        <w:rPr>
          <w:b/>
        </w:rPr>
        <w:t>Статья 29. Инвестиционная политика государства в электроэнергетике</w:t>
      </w:r>
    </w:p>
    <w:p>
      <w:r>
        <w:rPr>
          <w:b/>
        </w:rPr>
        <w:t xml:space="preserve">1. </w:t>
      </w:r>
      <w:r>
        <w:t>Инвестиционная политика государства в электроэнергетике направлена на обеспечение ее устойчивого развития, на развитие энергосбережения, а также предусматривает привлечение инвестиций во все сферы электроэнергетики и усиление государственного контроля за эффективностью инвестиций в сфере деятельности субъектов естественных монополий</w:t>
      </w:r>
    </w:p>
    <w:p>
      <w:r>
        <w:rPr>
          <w:b/>
        </w:rPr>
        <w:t xml:space="preserve">2. </w:t>
      </w:r>
      <w:r>
        <w:t>Основой инвестиционной политики государства в электроэнергетике является содействие привлечению в электроэнергетику инвестиций посредством формирования благоприятного инвестиционного климата, создания стабильных условий для осуществления предпринимательской деятельности, обеспечения неприкосновенности частной собственности, свободы перемещения товаров и услуг, обеспечения экономически обоснованного уровня доходности инвестированного капитала, используемого в сферах деятельности субъектов электроэнергетики, в которых применяется государственное регулирование цен (тарифов), обеспечения защиты и поддержки развития российских производителей, использования инновационных инструментов привлечения инвестиций, обеспечения экономического стимулирования внедрения новых высокоэффективных технологий в электроэнергетике (включая технологии интеллектуального управления объектами электросетевого хозяйства), в том числе в целях развития малой и нетрадиционной энергетики. (В редакции Федерального закона от 13.07.2024 № 185-ФЗ)</w:t>
      </w:r>
    </w:p>
    <w:p>
      <w:r>
        <w:rPr>
          <w:b/>
        </w:rPr>
        <w:t xml:space="preserve">3. </w:t>
      </w:r>
      <w:r>
        <w:t>Целями инвестиционной политики государства в сфере развития единой национальной (общероссийской) электрической сети являются повышение эффективности электроэнергетики, устранение технологических ограничений перетока электрической энергии и увеличение пропускной способности электрических сетей для обеспечения выдачи мощностей электростанциями. В указанных целях государство осуществляет регулирование инвестиционной деятельности организации по управлению единой национальной (общероссийской) электрической сетью в порядке, установленном статьей 10 настоящего Федерального закона</w:t>
      </w:r>
    </w:p>
    <w:p>
      <w:r>
        <w:rPr>
          <w:b/>
        </w:rPr>
        <w:t xml:space="preserve">4. </w:t>
      </w:r>
      <w:r>
        <w:t>Правительство Российской Федерации или уполномоченный им федеральный орган исполнительной власти осуществляет прогнозирование возможного дефицита электрической мощности в отдельных ценовых зонах оптового рынка и формирование благоприятных условий для капиталовложений или при необходимости для государственных инвестиций в строительство объектов электроэнергетики в целях предотвращения возникновения дефицита электрической мощности</w:t>
      </w:r>
    </w:p>
    <w:p>
      <w:r>
        <w:rPr>
          <w:b/>
        </w:rPr>
        <w:t xml:space="preserve">5. </w:t>
      </w:r>
      <w:r>
        <w:t>Целью инвестиционной политики государства в атомной энергетике является развитие атомных электростанций путем создания экономических условий и условий государственного регулирования цен (тарифов), благоприятных для формирования собственных и привлеченных инвестиционных средств, в соответствии с государственными программами развития атомной энергетики</w:t>
      </w:r>
    </w:p>
    <w:p>
      <w:r>
        <w:rPr>
          <w:b/>
        </w:rPr>
        <w:t xml:space="preserve">6. </w:t>
      </w:r>
      <w:r>
        <w:t>Инвестиционные программы субъектов электроэнергетики, соответствующих критериям, определенным Правительством Российской Федерации, в том числе организаций по управлению единой национальной (общероссийской) электрической сетью, системообразующих территориальных сетевых организаций и территориальных сетевых организаций, утверждаются уполномоченным федеральным органом исполнительной власти или исполнительным органом субъекта Российской Федерации в порядке, установленном Правительством Российской Федерации. (В редакции федеральных законов от 30.03.2016 № 74-ФЗ, от 13.07.2024 № 185-ФЗ, от 08.08.2024 № 232-ФЗ) Инвестиционные программы субъектов электроэнергетики, осуществляющих деятельность в области использования атомной энергии и соответствующих критериям, определенным Правительством Российской Федерации, утверждаются уполномоченным федеральным органом исполнительной власти совместно с Государственной корпорацией по атомной энергии "Росатом" в порядке, установленном Правительством Российской Федерации. (Дополнение абзацем - Федеральный закон от 30.03.2016 № 74-ФЗ) Утверждение инвестиционных программ сетевых организаций осуществляется с применением показателей надежности и качества услуг по передаче электрической энергии, утвержденных в установленном Правительством Российской Федерации или уполномоченным им федеральным органом исполнительной власти порядке. Инвестиционные программы субъектов электроэнергетики утверждаются в случае их соответствия условиям, определенным правилами утверждения инвестиционных программ субъектов электроэнергетики. (Дополнение абзацем - Федеральный закон от 11.06.2022 № 174-ФЗ) Критерии и порядок, указанные в абзаце первом настоящего пункта, должны в том числе предусматривать: (Дополнение абзацем - Федеральный закон от 13.07.2024 № 185-ФЗ) утверждение инвестиционных программ системообразующих территориальных сетевых организаций уполномоченным федеральным органом исполнительной власти, за исключением случая, установленного Законом Российской Федерации от 15 апреля 1993 года № 4802-I "О статусе столицы Российской Федерации"; (Дополнение абзацем - Федеральный закон от 13.07.2024 № 185-ФЗ) особенности утверждения инвестиционных программ системообразующих территориальных сетевых организаций; (Дополнение абзацем - Федеральный закон от 13.07.2024 № 185-ФЗ) участие системообразующих территориальных сетевых организаций в рассмотрении проектов утверждаемых исполнительными органами субъекта Российской Федерации инвестиционных программ территориальных сетевых организаций, объекты электросетевого хозяйства которых расположены в субъекте Российской Федерации, в части мероприятий, влияющих на надежность энергоснабжения потребителей и реализуемых на объектах электросетевого хозяйства, не относящихся к единой национальной (общероссийской) электрической сети, в целях обеспечения надежности и безопасности электроэнергетических систем, объектов электроэнергетики и энергопринимающих установок, достаточности, необходимости и своевременности реализации таких мероприятий. (Дополнение абзацем - Федеральный закон от 13.07.2024 № 185-ФЗ) (Дополнение пунктом - Федеральный закон от 04.11.2007 № 250-ФЗ) (В редакции Федерального закона от 30.12.2012 № 291-ФЗ)</w:t>
      </w:r>
    </w:p>
    <w:p>
      <w:r>
        <w:rPr>
          <w:b/>
        </w:rPr>
        <w:t>Статья 291. Федеральный государственный энергетический надзор</w:t>
      </w:r>
    </w:p>
    <w:p>
      <w:r>
        <w:rPr>
          <w:b/>
        </w:rPr>
        <w:t xml:space="preserve">1. </w:t>
      </w:r>
      <w:r>
        <w:t>Федеральный государственный энергетический надзор в сфере электроэнергетики осуществляется федеральным органом исполнительной власти, уполномоченным Правительством Российской Федерации.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федеральный государственный энергетический надзор в сфере электроэнергетики осуществляется подразделениями указанных федеральных органов исполнительной власти</w:t>
      </w:r>
    </w:p>
    <w:p>
      <w:r>
        <w:rPr>
          <w:b/>
        </w:rPr>
        <w:t xml:space="preserve">2. </w:t>
      </w:r>
      <w:r>
        <w:t>Предметом федерального государственного энергетического надзора в сфере электроэнергетики являются: соблюдение субъектами электроэнергетики и (или) потребителями электрической энергии, за исключением потребителей электрической энергии, деятельность которых связана с эксплуатацией энергопринимающих устройств, использующихся для бытовых нужд, а также других энергопринимающих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 следующих обязательных требований: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при организации и осуществлении эксплуатации объектов электроэнергетики и энергопринимающих установок потребителей электрической энергии и осуществлении функций по оперативно-диспетчерскому управлению в электроэнергетике, связанных с планированием и производством переключений на объектах электроэнергетики и в энергопринимающих установках потребителей электрической энергии, управлением электроэнергетическим режимом энергосистемы, предотвращением и ликвидацией аварийных электроэнергетических режимов, а также требований к подготовке и подтверждению готовности работников к работе в сфере электроэнергетики; требований к безопасному ведению работ на объектах электроэнергетики, установленных правилами по охране труда; требований в области энергосбережения и повышения энергетической эффективности; особых условий использования земельных участков в границах охранных зон объектов электроэнергетики;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В положении о федеральном государственном энергетическом надзоре в сфере электроэнергетики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энергетического надзора в сфере электроэнергетики, а также виды продукции, являющиеся объектами федерального государственного энергетического надзора в сфере электроэнергетики. К предмету федерального государственного энергетического надзора в сфере электроэнергетики также относится соблюдение субъектами электроэнергетики, осуществляющими эксплуатацию объектов по производству электрической энергии, функционирующих в режиме комбинированной выработки электрической и тепловой энергии, требований к безопасному ведению работ на объектах теплоснабжения, требований безопасности в сфере теплоснабжения и правил технической эксплуатации объектов теплоснабжения и теплопотребляющих установок, установленных Федеральным законом от 27 июля 2010 года № 190-ФЗ "О теплоснабжении", а также правил по охране труда применительно к объектам теплоснабжения. Федеральный государственный энергетический надзор в сфере теплоснабжения в отношении таких субъектов применительно к объектам по производству электрической энергии, функционирующим в режиме комбинированной выработки электрической и тепловой энергии, не осуществляется</w:t>
      </w:r>
    </w:p>
    <w:p>
      <w:r>
        <w:rPr>
          <w:b/>
        </w:rPr>
        <w:t xml:space="preserve">3. </w:t>
      </w:r>
      <w:r>
        <w:t>Организация и осуществление федерального государственного энергетического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абзаце втором пункта 1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органом исполнительной власти. К отношениям, связанным с осуществлением федерального государственного энергетического надзора в случаях, указанных в абзаце втором пункта 1 настоящей статьи, не применяются положения пунктов 4 - 10 настоящей статьи. (В редакции Федерального закона от 08.08.2024 № 311-ФЗ)</w:t>
      </w:r>
    </w:p>
    <w:p>
      <w:r>
        <w:rPr>
          <w:b/>
        </w:rPr>
        <w:t xml:space="preserve">4. </w:t>
      </w:r>
      <w:r>
        <w:t>Положение о федеральном государственном энергетическом надзоре утверждается Правительством Российской Федерации. Указанное положение определяет в том числе основания и порядок приостановления эксплуатации объектов электроэнергетики, оборудования и устройств, принадлежащих контролируемому лицу, а также порядок ввода в работу указанных объектов, оборудования и устройств в случае, если при проведении контрольных (надзорных) мероприятий требуется приостановление эксплуатации объектов электроэнергетики, оборудования и устройств, принадлежащих контролируемому лицу</w:t>
      </w:r>
    </w:p>
    <w:p>
      <w:r>
        <w:rPr>
          <w:b/>
        </w:rPr>
        <w:t xml:space="preserve">5. </w:t>
      </w:r>
      <w:r>
        <w:t>При организации и осуществлении федерального государственного энергетического надзора в отношении субъектов электроэнергетики и иных хозяйствующих субъектов, соответствующих установленным Правительством Российской Федерации критериям отнесения к числу субъектов электроэнергетики, в отношении которых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сфере электроэнергетики (далее в настоящей статье - орган государственного управления в сфере электроэнергетики), в соответствии со статьей 283 настоящего Федерального закона проводится мониторинг риска нарушения их работы в сфере электроэнергетики, и принадлежащих им объектов электроэнергетики орган государственного управления в сфере электроэнергетики: участвует в разработке порядка и критериев отнесения деятельности субъектов электроэнергетики, указанных в абзаце первом настоящего пункта и являющихся объектом федерального государственного энергетического надзора, к категориям риска причинения вреда (ущерба) охраняемым законом ценностям; осуществляет разработку и утверждение индикаторов риска причинения вреда (ущерба) охраняемым законом ценностям; осуществляет информирование в соответствии со статьями 20, 46 и 48 Федерального закона от 31 июля 2020 года № 248-ФЗ "О государственном контроле (надзоре) и муниципальном контроле в Российской Федерации" в порядке и объеме, установленными положением о федеральном государственном энергетическом надзоре; формирует и направляет в орган федерального государственного энергетического надзора предложения о разработке программ профилактики рисков причинения вреда (ущерба) охраняемым законом ценностям и плана проведения плановых контрольных (надзорных) мероприятий в порядке, установленном положением о федеральном государственном энергетическом надзоре</w:t>
      </w:r>
    </w:p>
    <w:p>
      <w:r>
        <w:rPr>
          <w:b/>
        </w:rPr>
        <w:t xml:space="preserve">6. </w:t>
      </w:r>
      <w:r>
        <w:t>Критерии отнесения деятельности субъектов электроэнергетики, указанных в пункте 5 настоящей статьи, к категориям риска причинения вреда (ущерба) охраняемым законом ценностям, а также индикаторы риска причинения вреда (ущерба) охраняемым законом ценностям разрабатываются с учетом мониторинга риска нарушения их работы в сфере электроэнергетики, осуществляемого в соответствии со статьей 283 настоящего Федерального закона</w:t>
      </w:r>
    </w:p>
    <w:p>
      <w:r>
        <w:rPr>
          <w:b/>
        </w:rPr>
        <w:t xml:space="preserve">7. </w:t>
      </w:r>
      <w:r>
        <w:t>При осуществлении федерального государственного энергетического надзора в сфере электроэнергетики проводятся следующие профилактические мероприятия: информирование; обобщение правоприменительной практики; объявление предостережений; консультирование; (Дополнение абзацем - Федеральный закон от 08.08.2024 № 311-ФЗ) профилактический визит. (Дополнение абзацем - Федеральный закон от 08.08.2024 № 311-ФЗ)</w:t>
      </w:r>
    </w:p>
    <w:p>
      <w:r>
        <w:rPr>
          <w:b/>
        </w:rPr>
        <w:t xml:space="preserve">8. </w:t>
      </w:r>
      <w:r>
        <w:t>При осуществлении федерального государственного энергетического надзора в сфере электроэнергетики проводятся следующие контрольные (надзорные) мероприятия: выездная проверка; документарная проверка</w:t>
      </w:r>
    </w:p>
    <w:p>
      <w:r>
        <w:rPr>
          <w:b/>
        </w:rPr>
        <w:t xml:space="preserve">9. </w:t>
      </w:r>
      <w:r>
        <w:t>При осуществлении в рамках федерального государственного энергетического надзора выездных плановых проверок продление срока проведения такой проверки допускается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но не более чем на пятнадцать рабочих дней</w:t>
      </w:r>
    </w:p>
    <w:p>
      <w:r>
        <w:rPr>
          <w:b/>
        </w:rPr>
        <w:t xml:space="preserve">10. </w:t>
      </w:r>
      <w:r>
        <w:t>В ходе сбора, обработки и анализа сведений об объектах федерального государственного энергетического надзора в целях их учета, оценки риска причинения вреда (ущерба) охраняемым законом ценностям, организации и осуществления федерального государственного энергетического надзора не допускается требование от субъектов электроэнергетики и потребителей электрической энергии повторного представления информации, которая в соответствии с нормативными правовыми актами Российской Федерации находится в распоряжении органа государственного управления в сфере электроэнергетики, в том числе в связи с осуществлением им мониторинга рисков нарушения работы в сфере электроэнергетики, или иных федеральных органов исполнительной власти. (Дополнение статьей - Федеральный закон от 18.07.2011 № 242-ФЗ) (В редакции Федерального закона от 11.06.2021 № 170-ФЗ)</w:t>
      </w:r>
    </w:p>
    <w:p>
      <w:r>
        <w:rPr>
          <w:b/>
        </w:rPr>
        <w:t>Статья 292. Государственный контроль (надзор) за регулируемыми государством ценами (тарифами) в электроэнергетике</w:t>
      </w:r>
    </w:p>
    <w:p>
      <w:r>
        <w:rPr>
          <w:b/>
        </w:rPr>
        <w:t xml:space="preserve">1. </w:t>
      </w:r>
      <w:r>
        <w:t>Государственный контроль (надзор) за регулируемыми государством ценами (тарифами) в электроэнергетике осуществляется посредством: федерального государственного контроля (надзора) за регулируемыми государством ценами (тарифами) в электроэнергетике,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 регионального государственного контроля (надзора) за регулируемыми государством ценами (тарифами) в электроэнергетике,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 (В редакции Федерального закона от 08.08.2024 № 232-ФЗ)</w:t>
      </w:r>
    </w:p>
    <w:p>
      <w:r>
        <w:rPr>
          <w:b/>
        </w:rPr>
        <w:t xml:space="preserve">2. </w:t>
      </w:r>
      <w:r>
        <w:t>Предметом государственного контроля (надзора) за регулируемыми государством ценами (тарифами) в электроэнергетике являются: для федерального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своей деятельности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к установлению и применению регулируемых цен (тарифов) и платы в электроэнергетике,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и платы, экономической обоснованности фактического расходования средств при осуществлении регулируемых видов деятельности в электроэнергетике, экономической обоснованности расходов на проведение мероприятий по технологическому присоединению объектов к электрическим сетям, экономической обоснованности расходов на проведение сетевой организацией мероприятий по обеспечению вывода из эксплуатации объекта по производству электрической энергии (мощности),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 для регионального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регулируемых видов деятельности в электроэнергетике обязательных требований, установленных в соответствии с настоящим Федеральным законом, другими федеральными законами и иными нормативными правовыми актами Российской Федерации, к установлению и (или) применению цен (тарифов) и платы в электроэнергетике, регулируемых на уровне исполнительных органов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и платы в электроэнергетике, экономической обоснованности фактического расходования средств при осуществлении регулируемых видов деятельности в сфере электроэнергетики,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 а также требований к соблюдению стандартов раскрытия информации в сфере электроэнергетики. (В редакции Федерального закона от 08.08.2024 № 232-ФЗ)</w:t>
      </w:r>
    </w:p>
    <w:p>
      <w:r>
        <w:rPr>
          <w:b/>
        </w:rPr>
        <w:t xml:space="preserve">3. </w:t>
      </w:r>
      <w:r>
        <w:t>Организация и осуществление государственного контроля (надзора) за регулируемыми государством ценами (тарифами) в электроэнергетике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Правительство Российской Федерации устанавливает общие требования к осуществлению регионального государственного контроля (надзора) за регулируемыми государством ценами (тарифами) в электроэнергетике</w:t>
      </w:r>
    </w:p>
    <w:p>
      <w:r>
        <w:rPr>
          <w:b/>
        </w:rPr>
        <w:t xml:space="preserve">5. </w:t>
      </w:r>
      <w:r>
        <w:t>Государственный контроль (надзор) за реализацией исполнительными органами субъектов Российской Федерации полномочий в области регулирования цен (тарифов) в сфере электроэнергетики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(В редакции Федерального закона от 08.08.2024 № 232-ФЗ) Правительство Российской Федерации устанавливает порядок осуществления государственного контроля (надзора) за реализацией органами государственной власти субъектов Российской Федерации полномочий в области регулирования цен (тарифов) в сфере электроэнергетики, в том числе предмет осуществления указанного контроля (надзора)</w:t>
      </w:r>
    </w:p>
    <w:p>
      <w:r>
        <w:rPr>
          <w:b/>
        </w:rPr>
        <w:t xml:space="preserve">6. </w:t>
      </w:r>
      <w:r>
        <w:t>Государственный контроль (надзор) за реализацией органами местного самоуправления полномочий субъекта Российской Федерации в области регулирования цен (тарифов) в сфере электроэнергетики (в случае наделения указанных органов соответствующими полномочиями законом субъекта Российской Федерации) осуществляется уполномоченным исполнительным органом субъекта Российской Федерации в соответствии с положениями Федерального закона от 6 октября 2003 года № 131-ФЗ "Об общих принципах организации местного самоуправления в Российской Федерации". (В редакции Федерального закона от 08.08.2024 № 232-ФЗ) (Дополнение статьей - Федеральный закон от 18.07.2011 № 242-ФЗ) (В редакции Федерального закона от 11.06.2021 № 170-ФЗ)</w:t>
      </w:r>
    </w:p>
    <w:p>
      <w:r>
        <w:rPr>
          <w:b/>
        </w:rPr>
        <w:t>Статья 293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