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и Протокола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</w:t>
      </w:r>
    </w:p>
    <w:p>
      <w:r>
        <w:rPr>
          <w:b/>
        </w:rPr>
        <w:t>Статья None. Федеральный закон   от 05.04.2003 № 40-ФЗ</w:t>
      </w:r>
    </w:p>
    <w:p>
      <w:r>
        <w:t>О ратификации Соглашения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и Протокола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 РОССИЙСКАЯ ФЕДЕРАЦИЯ ФЕДЕРАЛЬНЫЙ ЗАКОН О ратификации Соглашения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и Протокола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 Принят Государственной Думой 19 марта 2003 года Одобрен Советом Федерации 26 марта 2003 года Ратифицировать Соглашение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недропользование, подписанное в городе Москве 6 июля 1998 года, и Протокол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года, подписанный в городе Москве 13 мая 2002 года. Президент Российской Федерации В.Путин Москва, Кремль 5 апреля 2003 года № 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