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Новой Зеландии об избежании двойного налогообложения и предотвращении уклонения от налогообложения в отношении налогов на доходы</w:t>
      </w:r>
    </w:p>
    <w:p>
      <w:r>
        <w:rPr>
          <w:b/>
        </w:rPr>
        <w:t>Статья None. Федеральный закон   от 23.06.2003 № 79-ФЗ</w:t>
      </w:r>
    </w:p>
    <w:p>
      <w:r>
        <w:t>О ратификации Соглашения между Правительством Российской Федерации и Правительством Новой Зеландии об избежании двойного налогообложения и предотвращении уклонения от налогообложения в отношении налогов на доходы РОССИЙСКАЯ ФЕДЕРАЦИЯ ФЕДЕРАЛЬНЫЙ ЗАКОН О ратификации Соглашения между Правительством Российской Федерации и Правительством Новой Зеландии об избежании двойного налогообложения и предотвращении уклонения от налогообложения в отношении налогов на доходы Принят Государственной Думой 4 июня 2003 года Одобрен Советом Федерации 11 июня 2003 года Ратифицировать Соглашение между Правительством Российской Федерации и Правительством Новой Зеландии об избежании двойного налогообложения и предотвращении уклонения от налогообложения в отношении налогов на доходы, подписанное в городе Веллингтоне 5 сентября 2000 года. Президент Российской Федерации В.Путин Москва, Кремль 23 июня 2003 года № 79-ФЗ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