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государственной регистрации юридических лиц"</w:t>
      </w:r>
    </w:p>
    <w:p>
      <w:r>
        <w:rPr>
          <w:b/>
        </w:rPr>
        <w:t>Статья 1. Внести в Федеральный закон от 8 августа 2001 года № 129-ФЗ "О государственной регистрации юридических лиц" (Собрание законодательства Российской Федерации, 2001, № 33, ст. 3431) следующие изменения и дополнения:</w:t>
      </w:r>
    </w:p>
    <w:p>
      <w:r>
        <w:t>наименование изложить в следующей редакции: "О государственной регистрации юридических лиц и индивидуальных предпринимателей"; части первую и вторую статьи 1 изложить в следующей редакции: "Настоящий Федеральный закон регулирует отношения, возникающие в связи с государственной регистрацией юридических лиц при их создании, реорганизации и ликвидации, при внесении изменений в их учредительные документы, государственной регистрацией физических лиц в качестве индивидуальных предпринимателей и государственной регистрацией при прекращении физическими лицами деятельности в качестве индивидуальных предпринимателей, а также в связи с ведением государственных реестров - единого государственного реестра юридических лиц и единого государственного реестра индивидуальных предпринимателей. Государственная регистрация юридических лиц и индивидуальных предпринимателей (далее - государственная регистрация) - акты уполномоченного федерального органа исполнительной власти, осуществляемые посредством внесения в государственные реестры сведений о создании, реорганизации и ликвидации юридических лиц, приобретении физическими лицами статуса индивидуального предпринимателя, прекращении физическими лицами деятельности в качестве индивидуальных предпринимателей, иных сведений о юридических лицах и об индивидуальных предпринимателях в соответствии с настоящим Федеральным законом."; в наименовании статьи 2 слова "юридических лиц" исключить; наименование главы II изложить в следующей редакции: "Глава II. ГОСУДАРСТВЕННЫЕ РЕЕСТРЫ"; в статье 4: в наименовании слова "государственного реестра" заменить словами "государственных реестров"; в пункте 1: в абзаце первом слова "ведется государственный реестр, содержащий" заменить словами "ведутся государственные реестры, содержащие соответственно", после слов "ликвидации юридических лиц" дополнить словами ", приобретении физическими лицами статуса индивидуального предпринимателя, прекращении физическими лицами деятельности в качестве индивидуальных предпринимателей, иные сведения о юридических лицах, об индивидуальных предпринимателях"; в абзаце втором слова "государственного реестра" заменить словами "государственных реестров"; абзац третий изложить в следующей редакции: "Государственные реестры являются федеральными информационными ресурсами."; в абзаце четвертом слова "Государственный реестр ведется" заменить словами "Государственные реестры ведутся", слова "государственного реестра" заменить словами "государственных реестров"; в абзаце пятом слова "государственного реестра" заменить словами "государственных реестров"; в пункте 2 слова "государственного реестра" заменить словами "государственных реестров"; в статье 5: в наименовании слова "государственного реестра" заменить словами "государственных реестров"; в абзаце первом и подпункте "а" пункта 1 слова "государственном реестре" заменить словами "едином государственном реестре юридических лиц": дополнить новым пунктом 2 следующего содержания: "2. В едином государственном реестре индивидуальных предпринимателей содержатся следующие сведения об индивидуальном предпринимателе: а) фамилия, имя и (в случае, если имеется) отчество на русском языке (для иностранных граждан и лиц без гражданства такие сведения дополнительно указываются с помощью букв латинского алфавита на основании сведений, содержащихся в документе, удостоверяющем личность в соответствии с законодательством Российской Федерации); б) пол; в) дата и место рождения; г) гражданство (при отсутствии у индивидуального предпринимателя гражданства указывается: "лицо без гражданства"); д) место жительства в Российской Федерации (указывается адрес - наименование субъекта Российской Федерации, района, города, иного населенного пункта, улицы, номера дома, квартиры, - по которому индивидуальный предприниматель зарегистрирован по месту жительства в установленном законодательством Российской Федерации порядке (далее - адрес места жительства); е) данные основного документа, удостоверяющего личность гражданина Российской Федерации на территории Российской Федерации (далее - основной документ) (в случае, если индивидуальный предприниматель является гражданином Российской Федерации); ж) вид и данные документа, установленного федеральным законом или признаваемого в соответствии с международным договором Российской Федерации в качестве документа, удостоверяющего личность иностранного гражданина (в случае, если индивидуальный предприниматель является иностранным гражданином); з) вид и данные документа, предусмотренного федеральным законом или признаваемого в соответствии с международным договором Российской Федерации в качестве документа, удостоверяющего личность лица без гражданства (в случае, если индивидуальный предприниматель является лицом без гражданства); и) вид, данные и срок действия документа, подтверждающего право индивидуального предпринимателя временно или постоянно проживать в Российской Федерации (в случае, если индивидуальный предприниматель является иностранным гражданином или лицом без гражданства); к) дата государственной регистрации физического лица в качестве индивидуального предпринимателя и данные документа, подтверждающего факт внесения в единый государственный реестр индивидуальных предпринимателей записи об указанной государственной регистрации; л) дата и способ прекращения физическим лицом деятельности в качестве индивидуального предпринимателя (по заявлению, либо в связи со смертью, либо в связи с принятием судом решения о признании несостоятельным (банкротом) или о прекращении деятельности в качестве индивидуального предпринимателя в принудительном порядке, либо в связи с вступлением в силу приговора суда, которым назначено наказание в виде лишения права заниматься предпринимательской деятельностью на определенный срок, либо в связи с аннулированием документа, подтверждающего право временно или постоянно проживать в Российской Федерации, или окончанием срока действия указанного документа); м) сведения о лицензиях, полученных индивидуальным предпринимателем."; пункт 2 считать пунктом 3 и изложить его в следующей редакции: "3. В случае изменения содержащихся в государственных реестрах сведений ранее внесенные сведения сохраняются. Порядок и сроки хранения регистрирующим органом содержащихся в государственных реестрах документов, а также порядок их передачи на постоянное хранение в государственные архивы определяется Правительством Российской Федерации."; пункт 3 считать пунктом 4 и в нем: абзац первый изложить в следующей редакции: "4. Записи вносятся в государственные реестры на основании документов, представленных при государственной регистрации. Каждой записи присваивается государственный регистрационный номер, и для каждой записи указывается дата внесения ее в соответствующий государственный реестр. При несоответствии указанных в пунктах 1 и 2 настоящей статьи сведений государственных реестров сведениям, содержащимся в документах представленных при государственной регистрации, сведения, указанные в пунктах 1 и 2 настоящей статьи, считаются достоверными до внесения в них соответствующих изменений."; абзац второй после слов "пункта 1" дополнить словами "и подпункте "м" пункта 2"; пункт 4 считать пунктом 5 и изложить его в следующей редакции: "5. Юридическое лицо в течение трех дней с момента изменения указанных в пункте 1 настоящей статьи сведений, за исключением сведений, указанных в подпункте "м", и индивидуальный предприниматель в течение трех дней с момента изменения указанных в пункте 2 настоящей статьи сведений, за исключением сведений, указанных в подпункте "м", обязаны сообщить об этом в регистрирующий орган по месту своего соответственно нахождения и жительства. В случае, если изменение указанных в пункте 1 настоящей статьи сведений произошло в связи с внесением изменений в учредительные документы, внесение изменений в единый государственный реестр юридических лиц осуществляется в порядке, предусмотренном главой VI настоящего Федерального закона."; пункт 5 считать пунктом 6 и в нем: в абзаце первом после слова "лица" дополнить словами "или индивидуального предпринимателя", слово "которого" заменить словом "которых", после слов "внесены в" дополнить словом "соответствующий"; в абзаце втором после слова "лиц" дополнить словами "и индивидуальных предпринимателей", слова "государственного реестра" заменить словами "соответственно единого государственного реестра юридических лиц и единого государственного реестра индивидуальных предпринимателей"; статьи 6 и 7 изложить в следующей редакции: "Статья 6. Предоставление содержащихся в государственных реестрах сведений и документов 1. Содержащиеся в государственных реестрах сведения и документы являются открытыми и общедоступными, за исключением сведений, доступ к которым ограничен в соответствии с абзацем вторым настоящего пункта. Сведения о паспортных и других персональных данных физических лиц могут быть предоставлены исключительно органам государственной власти, органам государственных внебюджетных фондов в случаях и в порядке, которые установлены Правительством Российской Федерации. Данное ограничение не применяется при предоставлении содержащих указанные сведения копий учредительных документов юридических лиц, а также сведений о месте жительства индивидуальных предпринимателей.</w:t>
      </w:r>
    </w:p>
    <w:p>
      <w:r>
        <w:rPr>
          <w:b/>
        </w:rPr>
        <w:t xml:space="preserve">2. </w:t>
      </w:r>
      <w:r>
        <w:t>Содержащиеся в государственных реестрах сведения и документы о конкретном юридическом лице или индивидуальном предпринимателе предоставляются в виде: выписки из соответствующего государственного реестра; копии документа (документов), содержащегося в соответствующем государственном реестре; справки об отсутствии запрашиваемой информации. Форма и порядок предоставления содержащихся в государственных реестрах сведений и документов устанавливаются Правительством Российской Федерации</w:t>
      </w:r>
    </w:p>
    <w:p>
      <w:r>
        <w:rPr>
          <w:b/>
        </w:rPr>
        <w:t xml:space="preserve">3. </w:t>
      </w:r>
      <w:r>
        <w:t>Срок предоставления содержащихся в государственных реестрах сведений и документов устанавливается Правительством Российской Федерации и не может составлять более чем пять дней со дня получения регистрирующим органом соответствующего запроса</w:t>
      </w:r>
    </w:p>
    <w:p>
      <w:r>
        <w:rPr>
          <w:b/>
        </w:rPr>
        <w:t xml:space="preserve">4. </w:t>
      </w:r>
      <w:r>
        <w:t>Отказ в предоставлении содержащихся в государственных реестрах сведений и документов, за исключением сведений, доступ к которым ограничен в соответствии с абзацем вторым пункта 1 настоящей статьи, не допускается</w:t>
      </w:r>
    </w:p>
    <w:p>
      <w:r>
        <w:rPr>
          <w:b/>
        </w:rPr>
        <w:t xml:space="preserve">5. </w:t>
      </w:r>
      <w:r>
        <w:t>Содержащиеся в едином государственном реестре индивидуальных предпринимателей сведения о месте жительства конкретного индивидуального предпринимателя могут быть предоставлены регистрирующим органом только на основании запроса, представленного непосредственно в регистрирующий орган физическим лицом, предъявившим документ, удостоверяющий его личность в соответствии с законодательством Российской Федерации. Регистрирующий орган по запросу индивидуального предпринимателя обязан предоставить ему информацию о лицах, получивших в соответствии с абзацем первым настоящего пункта сведения о его месте жительства</w:t>
      </w:r>
    </w:p>
    <w:p>
      <w:r>
        <w:rPr>
          <w:b/>
        </w:rPr>
        <w:t xml:space="preserve">6. </w:t>
      </w:r>
      <w:r>
        <w:t>По представленному непосредственно в регистрирующий орган запросу любого физического лица, предъявившего документ, удостоверяющий его личность в соответствии с законодательством Российской Федерации, регистрирующий орган вправе сопоставить содержащиеся в государственных реестрах сведения о персональных данных конкретного физического лица с изложенными в указанном запросе сведениями. В этом случае регистрирующим органом предоставляется справка о соответствии или несоответствии изложенных в запросе сведений сведениям, содержащимся в государственных реестрах</w:t>
      </w:r>
    </w:p>
    <w:p>
      <w:r>
        <w:rPr>
          <w:b/>
        </w:rPr>
        <w:t xml:space="preserve">7. </w:t>
      </w:r>
      <w:r>
        <w:t>Формы, порядок и срок предоставления указанных в пунктах 5 и 6 настоящей статьи информации и справки устанавливаются Правительством Российской Федерации. При этом срок их предоставления не может составлять более чем пять дней со дня представления в регистрирующий орган соответствующего запроса</w:t>
      </w:r>
    </w:p>
    <w:p>
      <w:r>
        <w:rPr>
          <w:b/>
        </w:rPr>
        <w:t>Статья 7. Условия предоставления содержащихся в государственных реестрах сведений и документов</w:t>
      </w:r>
    </w:p>
    <w:p>
      <w:r>
        <w:rPr>
          <w:b/>
        </w:rPr>
        <w:t xml:space="preserve">1. </w:t>
      </w:r>
      <w:r>
        <w:t>Предоставление содержащихся в государственных реестрах сведений и документов, а также предусмотренной пунктом 6 статьи 6 настоящего Федерального закона справки осуществляется за плату, если иное не установлено федеральными законами. Размер платы за предоставление содержащихся в государственных реестрах сведений и документов, а также предусмотренной пунктом 6 статьи 6 настоящего Федерального закона справки устанавливается Правительством Российской Федерации</w:t>
      </w:r>
    </w:p>
    <w:p>
      <w:r>
        <w:rPr>
          <w:b/>
        </w:rPr>
        <w:t xml:space="preserve">2. </w:t>
      </w:r>
      <w:r>
        <w:t>В случаях и в порядке, которые установлены федеральными законами и нормативными правовыми актами Правительства Российской Федерации, регистрирующий орган бесплатно предоставляет содержащиеся в государственных реестрах сведения и документы органам государственной власти, в том числе правоохранительным органам и судам по находящимся в производстве делам, органам местного самоуправления, органам государственных внебюджетных фондов, а также определенным федеральными законами лицам</w:t>
      </w:r>
    </w:p>
    <w:p>
      <w:r>
        <w:rPr>
          <w:b/>
        </w:rPr>
        <w:t xml:space="preserve">3. </w:t>
      </w:r>
      <w:r>
        <w:t>Средства, получаемые в виде платы за предоставление содержащихся в государственных реестрах сведений и документов, а также предусмотренной пунктом 6 статьи 6 настоящего Федерального закона справки, используются исключительно в целях создания, поддержания и развития системы государственной регистрации, в том числе в целях ведения государственных реестров."; статью 8 дополнить пунктом 3 следующего содержания: "3. Государственная регистрация индивидуального предпринимателя осуществляется по месту его жительства."; в статье 9: в пункте 1: в абзаце первом слова "уполномоченным лицом" исключить; дополнить новым абзацем третьим следующего содержания: "Заявление, представляемое в регистрирующий орган, удостоверяется подписью уполномоченного лица (далее - заявитель), подлинность которой должна быть засвидетельствована в нотариальном порядке. При этом заявитель указывает свои паспортные данные или в соответствии с законодательством Российской Федерации данные иного удостоверяющего личность документа и идентификационный номер налогоплательщика (при его наличии)."; абзац третий изложить в следующей редакции: "При государственной регистрации юридического лица заявителями могут являться следующие физические лица:"; в абзаце восьмом слова "доверенности или иного" исключить; абзацы девятый и десятый исключить; дополнить абзацем следующего содержания: "При государственной регистрации индивидуального предпринимателя заявителем может являться физическое лицо, обращающееся за государственной регистрацией или зарегистрированное в качестве индивидуального предпринимателя."; в пункте 3: абзац первый после слов "получения регистрирующим органом" дополнить словами "в случае, если документы представляются в регистрирующий орган непосредственно заявителем"; в абзаце втором слово "При" заменить словами "В ином случае, в том числе при"; в статье 11: пункты 1, 2 и 3 после слов "записи в" дополнить словом "соответствующий"; пункт 4 после слова "лицу" дополнить словами "или индивидуальному предпринимателю"; в подпункте "в" статьи 12 слова "нотариально удостоверенные" заменить словами "засвидетельствованные в нотариальном порядке"; в статье 13: в пункте 2 слова "при государственной регистрации" заменить словами "для государственной регистрации юридических лиц при их создании"; пункт 3 после слова "регистрация" дополнить словами "юридических лиц при их создании"; в подпункте "б" пункта 1 статьи 14 слова "нотариально удостоверенные" заменить словами "засвидетельствованные в нотариальном порядке"; в пункте 2 статьи 15 слова "государственный реестр" заменить словами "единый государственный реестр юридических лиц"; (Абзац утратил силу - Федеральный закон от 03.12.2011 № 383-ФЗ) в пункте 5 статьи 16 слова "государственный реестр" заменить словами "единый государственный реестр юридических лиц"; в наименовании главы VI слова "государственном реестре" заменить словами "едином государственном реестре юридических лиц"; в статье 17: в наименовании слова "государственном реестре" заменить словами "едином государственном реестре юридических лиц"; в пункте 2 слова "государственный реестр" заменить словами "единый государственный реестр юридических лиц"; в статье 18: в наименовании слова "государственном реестре" заменить словами "едином государственном реестре юридических лиц"; слова "государственный реестр" заменить словами "единый государственный реестр юридических лиц"; (Абзац утратил силу - Федеральный закон от 30.10.2017 № 312-ФЗ) в пункте 2 статьи 20 слова "государственный реестр" заменить словами "единый государственный реестр юридических лиц"; в пункте 6 статьи 22 слова "государственный реестр" заменить словами "единый государственный реестр юридических лиц"; дополнить главой VII1 следующего содержания: "Глава VII1. ГОСУДАРСТВЕННАЯ РЕГИСТРАЦИЯ ИНДИВИДУАЛЬНЫХ ПРЕДПРИНИМАТЕЛЕЙ</w:t>
      </w:r>
    </w:p>
    <w:p>
      <w:r>
        <w:rPr>
          <w:b/>
        </w:rPr>
        <w:t>Статья 221. Порядок государственной регистрации физического лица в качестве индивидуального предпринимателя</w:t>
      </w:r>
    </w:p>
    <w:p>
      <w:r>
        <w:rPr>
          <w:b/>
        </w:rPr>
        <w:t xml:space="preserve">1. </w:t>
      </w:r>
      <w:r>
        <w:t>При государственной регистрации физического лица в качестве индивидуального предпринимателя в регистрирующий орган представляются:</w:t>
      </w:r>
    </w:p>
    <w:p>
      <w:r>
        <w:rPr>
          <w:b/>
        </w:rPr>
        <w:t xml:space="preserve">2. </w:t>
      </w:r>
      <w:r>
        <w:t>Представление документов при государственной регистрации физического лица в качестве индивидуального предпринимателя осуществляется в порядке, предусмотренном статьей 9 настоящего Федерального закона. При этом верность копии документа, представляемой при указанной государственной регистрации, должна быть засвидетельствована в нотариальном порядке, за исключением случая, если заявитель представляет ее в регистрирующий орган непосредственно и представляет одновременно для подтверждения верности такой копии соответствующий документ в подлиннике. Данный подлинник возвращается заявителю при выдаче регистрирующим органом предусмотренной пунктом 3 статьи 9 настоящего Федерального закона расписки</w:t>
      </w:r>
    </w:p>
    <w:p>
      <w:r>
        <w:rPr>
          <w:b/>
        </w:rPr>
        <w:t xml:space="preserve">3. </w:t>
      </w:r>
      <w:r>
        <w:t>Государственная регистрация физического лица в качестве индивидуального предпринимателя осуществляется в сроки, предусмотренные статьей 8 настоящего Федерального закона</w:t>
      </w:r>
    </w:p>
    <w:p>
      <w:r>
        <w:rPr>
          <w:b/>
        </w:rPr>
        <w:t xml:space="preserve">4. </w:t>
      </w:r>
      <w:r>
        <w:t>Не допускается государственная регистрация физического лица в качестве индивидуального предпринимателя, если не утратила силу его государственная регистрация в таком качестве, либо не истек год со дня принятия судом решения о признании его несостоятельным (банкротом) в связи с невозможностью удовлетворить требования кредиторов, связанные с ранее осуществляемой им предпринимательской деятельностью, или решения о прекращении в принудительном порядке его деятельности в качестве индивидуального предпринимателя, либо не истек срок, на который данное лицо по приговору суда лишено права заниматься предпринимательской деятельностью</w:t>
      </w:r>
    </w:p>
    <w:p>
      <w:r>
        <w:rPr>
          <w:b/>
        </w:rPr>
        <w:t xml:space="preserve">1. </w:t>
      </w:r>
      <w:r>
        <w:t>подписанное заявителем заявление о государственной регистрации по форме, утвержденной Правительством Российской Федерации</w:t>
      </w:r>
    </w:p>
    <w:p>
      <w:r>
        <w:rPr>
          <w:b/>
        </w:rPr>
        <w:t xml:space="preserve">1. </w:t>
      </w:r>
      <w:r>
        <w:t>копия основного документа физического лица, регистрируемого в качестве индивидуального предпринимателя (в случае, если физическое лицо, регистрируемое в качестве индивидуального предпринимателя, является гражданином Российской Федерации)</w:t>
      </w:r>
    </w:p>
    <w:p>
      <w:r>
        <w:rPr>
          <w:b/>
        </w:rPr>
        <w:t xml:space="preserve">1. </w:t>
      </w:r>
      <w:r>
        <w:t>копия документа, установленного федеральным законом или признаваемого в соответствии с международным договором Российской Федерации в качестве документа, удостоверяющего личность иностранного гражданина, регистрируемого в качестве индивидуального предпринимателя (в случае, если физическое лицо, регистрируемое в качестве индивидуального предпринимателя, является иностранным гражданином)</w:t>
      </w:r>
    </w:p>
    <w:p>
      <w:r>
        <w:rPr>
          <w:b/>
        </w:rPr>
        <w:t xml:space="preserve">1. </w:t>
      </w:r>
      <w:r>
        <w:t>копия документа, предусмотренного федеральным законом или признаваемого в соответствии с международным договором Российской Федерации в качестве документа, удостоверяющего личность лица без гражданства, регистрируемого в качестве индивидуального предпринимателя (в случае, если физическое лицо, регистрируемое в качестве индивидуального предпринимателя, является лицом без гражданства)</w:t>
      </w:r>
    </w:p>
    <w:p>
      <w:r>
        <w:rPr>
          <w:b/>
        </w:rPr>
        <w:t xml:space="preserve">1. </w:t>
      </w:r>
      <w:r>
        <w:t>копия свидетельства о рождении физического лица, регистрируемого в качестве индивидуального предпринимателя, или копия иного документа, подтверждающего дату и место рождения указанного лица в соответствии с законодательством Российской Федерации или международным договором Российской Федерации (в случае, если представленная копия документа, удостоверяющего личность физического лица, регистрируемого в качестве индивидуального предпринимателя, не содержит сведений о дате и месте рождения указанного лица)</w:t>
      </w:r>
    </w:p>
    <w:p>
      <w:r>
        <w:rPr>
          <w:b/>
        </w:rPr>
        <w:t xml:space="preserve">1. </w:t>
      </w:r>
      <w:r>
        <w:t>копия документа, подтверждающего право физического лица, регистрируемого в качестве индивидуального предпринимателя, временно или постоянно проживать в Российской Федерации (в случае, если физическое лицо, регистрируемое в качестве индивидуального предпринимателя, является иностранным гражданином или лицом без гражданства)</w:t>
      </w:r>
    </w:p>
    <w:p>
      <w:r>
        <w:rPr>
          <w:b/>
        </w:rPr>
        <w:t xml:space="preserve">1. </w:t>
      </w:r>
      <w:r>
        <w:t>подлинник или копия документа, подтверждающего в установленном законодательством Российской Федерации порядке адрес места жительства физического лица, регистрируемого в качестве индивидуального предпринимателя, в Российской Федерации (в случае, если представленная копия документа, удостоверяющего личность физического лица, регистрируемого в качестве индивидуального предпринимателя, или документа, подтверждающего право физического лица, регистрируемого в качестве индивидуального предпринимателя, временно или постоянно проживать в Российской Федерации, не содержит сведений о таком адресе)</w:t>
      </w:r>
    </w:p>
    <w:p>
      <w:r>
        <w:rPr>
          <w:b/>
        </w:rPr>
        <w:t xml:space="preserve">1. </w:t>
      </w:r>
      <w:r>
        <w:t>нотариально удостоверенное согласие родителей, усыновителей или попечителя на осуществление предпринимательской деятельности физическим лицом, регистрируемым в качестве индивидуального предпринимателя, либо копия свидетельства о заключении брака физическим лицом, регистрируемым в качестве индивидуального предпринимателя, либо копия решения органа опеки и попечительства или копия решения суда об объявлении физического лица, регистрируемого в качестве индивидуального предпринимателя, полностью дееспособным (в случае, если физическое лицо, регистрируемое в качестве индивидуального предпринимателя, является несовершеннолетним)</w:t>
      </w:r>
    </w:p>
    <w:p>
      <w:r>
        <w:rPr>
          <w:b/>
        </w:rPr>
        <w:t xml:space="preserve">1. </w:t>
      </w:r>
      <w:r>
        <w:t>документ об уплате государственной пошлины</w:t>
      </w:r>
    </w:p>
    <w:p>
      <w:r>
        <w:rPr>
          <w:b/>
        </w:rPr>
        <w:t>Статья 222. Порядок внесения изменений в сведения об индивидуальном предпринимателе, содержащиеся в едином государственном реестре индивидуальных предпринимателей</w:t>
      </w:r>
    </w:p>
    <w:p>
      <w:r>
        <w:rPr>
          <w:b/>
        </w:rPr>
        <w:t xml:space="preserve">1. </w:t>
      </w:r>
      <w:r>
        <w:t>Для внесения изменений в сведения об индивидуальном предпринимателе, содержащиеся в едином государственном реестре индивидуальных предпринимателей, в регистрирующий орган представляются:</w:t>
      </w:r>
    </w:p>
    <w:p>
      <w:r>
        <w:rPr>
          <w:b/>
        </w:rPr>
        <w:t xml:space="preserve">2. </w:t>
      </w:r>
      <w:r>
        <w:t>Представление документов для внесения в единый государственный реестр индивидуальных предпринимателей изменений, касающихся сведений об индивидуальном предпринимателе, осуществляется в порядке, предусмотренном статьей 9 настоящего Федерального закона. При этом верность копии документа, подтверждающего изменение ранее внесенных в единый государственный реестр индивидуальных предпринимателей сведений об индивидуальном предпринимателе, должна быть засвидетельствована в нотариальном порядке, за исключением случая, если заявитель представляет ее в регистрирующий орган непосредственно и представляет одновременно для подтверждения верности указанной копии соответствующий документ в подлиннике. Данный подлинник возвращается заявителю при выдаче регистрирующим органом предусмотренной пунктом 3 статьи 9 настоящего Федерального закона расписки</w:t>
      </w:r>
    </w:p>
    <w:p>
      <w:r>
        <w:rPr>
          <w:b/>
        </w:rPr>
        <w:t xml:space="preserve">3. </w:t>
      </w:r>
      <w:r>
        <w:t>Внесение в единый государственный реестр индивидуальных предпринимателей изменений, касающихся сведений об индивидуальном предпринимателе, осуществляется в сроки, предусмотренные статьей 8 настоящего Федерального закона</w:t>
      </w:r>
    </w:p>
    <w:p>
      <w:r>
        <w:rPr>
          <w:b/>
        </w:rPr>
        <w:t xml:space="preserve">4. </w:t>
      </w:r>
      <w:r>
        <w:t>В случае внесения изменений в сведения об индивидуальном предпринимателе в связи с переменой им места жительства регистрирующий орган вносит в единый государственный реестр индивидуальных предпринимателей соответствующую запись и пересылает регистрационное дело в регистрирующий орган по новому месту жительства индивидуального предпринимателя</w:t>
      </w:r>
    </w:p>
    <w:p>
      <w:r>
        <w:rPr>
          <w:b/>
        </w:rPr>
        <w:t xml:space="preserve">1. </w:t>
      </w:r>
      <w:r>
        <w:t>подписанное заявителем заявление о внесении в единый государственный реестр индивидуальных предпринимателей изменений по форме, утвержденной Правительством Российской Федерации</w:t>
      </w:r>
    </w:p>
    <w:p>
      <w:r>
        <w:rPr>
          <w:b/>
        </w:rPr>
        <w:t xml:space="preserve">1. </w:t>
      </w:r>
      <w:r>
        <w:t>копия документа, подтверждающего изменение ранее внесенных в единый государственный реестр индивидуальных предпринимателей сведений об индивидуальном предпринимателе</w:t>
      </w:r>
    </w:p>
    <w:p>
      <w:r>
        <w:rPr>
          <w:b/>
        </w:rPr>
        <w:t>Статья 223. Порядок государственной регистрации при прекращении физическим лицом деятельности в качестве индивидуального предпринимателя</w:t>
      </w:r>
    </w:p>
    <w:p>
      <w:r>
        <w:rPr>
          <w:b/>
        </w:rPr>
        <w:t xml:space="preserve">1. </w:t>
      </w:r>
      <w:r>
        <w:t>Государственная регистрация при прекращении физическим лицом деятельности в качестве индивидуального предпринимателя в связи с принятием им решения о прекращении данной деятельности осуществляется на основании представляемых в регистрирующий орган следующих документов:</w:t>
      </w:r>
    </w:p>
    <w:p>
      <w:r>
        <w:rPr>
          <w:b/>
        </w:rPr>
        <w:t xml:space="preserve">2. </w:t>
      </w:r>
      <w:r>
        <w:t>Государственная регистрация при прекращении деятельности физического лица в качестве индивидуального предпринимателя в связи со смертью данного лица осуществляется на основании поступивших в регистрирующий орган в установленном законодательством Российской Федерации порядке сведений о государственной регистрации смерти данного лица</w:t>
      </w:r>
    </w:p>
    <w:p>
      <w:r>
        <w:rPr>
          <w:b/>
        </w:rPr>
        <w:t xml:space="preserve">3. </w:t>
      </w:r>
      <w:r>
        <w:t>Государственная регистрация при прекращении физическим лицом деятельности в качестве индивидуального предпринимателя в связи с принятием судом решения о признании его несостоятельным (банкротом) осуществляется на основании копии решения суда о признании его несостоятельным (банкротом), поступившей в регистрирующий орган в установленном законодательством Российской Федерации порядке</w:t>
      </w:r>
    </w:p>
    <w:p>
      <w:r>
        <w:rPr>
          <w:b/>
        </w:rPr>
        <w:t xml:space="preserve">4. </w:t>
      </w:r>
      <w:r>
        <w:t>Государственная регистрация при прекращении физическим лицом деятельности в качестве индивидуального предпринимателя в принудительном порядке по решению суда осуществляется на основании поступившей в регистрирующий орган в установленном законодательством Российской Федерации порядке копии решения суда о прекращении деятельности данного лица в качестве индивидуального предпринимателя в принудительном порядке</w:t>
      </w:r>
    </w:p>
    <w:p>
      <w:r>
        <w:rPr>
          <w:b/>
        </w:rPr>
        <w:t xml:space="preserve">5. </w:t>
      </w:r>
      <w:r>
        <w:t>Государственная регистрация при прекращении физическим лицом деятельности в качестве индивидуального предпринимателя в связи с вступлением в силу приговора суда, которым ему назначено наказание в виде лишения права заниматься предпринимательской деятельностью на определенный срок, осуществляется на основании поступившей в регистрирующий орган в установленном Правительством Российской Федерации порядке информации о вступлении в силу указанного приговора суда</w:t>
      </w:r>
    </w:p>
    <w:p>
      <w:r>
        <w:rPr>
          <w:b/>
        </w:rPr>
        <w:t xml:space="preserve">6. </w:t>
      </w:r>
      <w:r>
        <w:t>Государственная регистрация при прекращении физическим лицом деятельности в качестве индивидуального предпринимателя в связи с аннулированием документа, подтверждающего право данного лица временно или постоянно проживать в Российской Федерации, или окончанием срока действия указанного документа осуществляется на основании поступившей в регистрирующий орган в установленном Правительством Российской Федерации порядке информации об аннулировании указанного документа или на основании окончания срока его действия с учетом содержащихся в государственном реестре сведений о таком сроке</w:t>
      </w:r>
    </w:p>
    <w:p>
      <w:r>
        <w:rPr>
          <w:b/>
        </w:rPr>
        <w:t xml:space="preserve">7. </w:t>
      </w:r>
      <w:r>
        <w:t>Представление документов для государственной регистрации при прекращении физическим лицом деятельности в качестве индивидуального предпринимателя в связи с принятием им решения о прекращении данной деятельности осуществляется в порядке, предусмотренном статьей 9 настоящего Федерального закона</w:t>
      </w:r>
    </w:p>
    <w:p>
      <w:r>
        <w:rPr>
          <w:b/>
        </w:rPr>
        <w:t xml:space="preserve">8. </w:t>
      </w:r>
      <w:r>
        <w:t>Государственная регистрация при прекращении физическим лицом деятельности в качестве индивидуального предпринимателя осуществляется в сроки, предусмотренные статьей 8 настоящего Федерального закона</w:t>
      </w:r>
    </w:p>
    <w:p>
      <w:r>
        <w:rPr>
          <w:b/>
        </w:rPr>
        <w:t xml:space="preserve">9. </w:t>
      </w:r>
      <w:r>
        <w:t>Государственная регистрация физического лица в качестве индивидуального предпринимателя утрачивает силу после внесения об этом записи в единый государственный реестр индивидуальных предпринимателей, за исключением случаев, предусмотренных пунктами 10 и 11 настоящей статьи</w:t>
      </w:r>
    </w:p>
    <w:p>
      <w:r>
        <w:rPr>
          <w:b/>
        </w:rPr>
        <w:t xml:space="preserve">10. </w:t>
      </w:r>
      <w:r>
        <w:t>В случае смерти физического лица, зарегистрированного в качестве индивидуального предпринимателя, признания его судом несостоятельным (банкротом), прекращения в принудительном порядке по решению суда его деятельности в качестве индивидуального предпринимателя, вступления в силу приговора суда, которым ему назначено наказание в виде лишения права заниматься предпринимательской деятельностью на определенный срок, государственная регистрация такого лица в качестве индивидуального предпринимателя утрачивает силу с момента соответственно его смерти, принятия судом решения о признании его несостоятельным (банкротом) или о прекращении в принудительном порядке его деятельности в качестве индивидуального предпринимателя, вступления в силу указанного приговора суда</w:t>
      </w:r>
    </w:p>
    <w:p>
      <w:r>
        <w:rPr>
          <w:b/>
        </w:rPr>
        <w:t xml:space="preserve">11. </w:t>
      </w:r>
      <w:r>
        <w:t>В случае аннулирования документа, подтверждающего право иностранного гражданина либо лица без гражданства временно или постоянно проживать в Российской Федерации, или окончания срока действия указанного документа государственная регистрация данных гражданина либо лица в качестве индивидуального предпринимателя утрачивает силу со дня аннулирования указанного документа или окончания срока его действия."; в пункте 1 статьи 23: в подпункте "б" слово "орган." заменить словом "орган;"; дополнить подпунктом "в" следующего содержания: "в) предусмотренном пунктом 2 статьи 20 или пунктом 4 статьи 221 настоящего Федерального закона."; в пункте 1 статьи 24 слова "отказ в представлении или за несвоевременное представление сведений, содержащихся в государственном реестре," заменить словами "незаконный отказ в предоставлении или за несвоевременное предоставление содержащихся в государственных реестрах сведений и документов, иных предусмотренных настоящим Федеральным законом документов"; в статье 25: наименование после слова "лица" дополнить словами ", индивидуального предпринимателя"; пункт 1 изложить в следующей редакции: "1. За непредставление или несвоевременное представление необходимых для включения в государственные реестры сведений, а также за представление недостоверных сведений заявители, юридические лица и (или) индивидуальные предприниматели несут ответственность, установленную законодательством Российской Федерации."; дополнить пунктом 3 следующего содержания: "3. Регистрирующий орган вправе обратиться в суд с требованием о прекращении деятельности физического лица в качестве индивидуального предпринимателя в принудительном порядке в случае неоднократных либо грубых нарушений им законов или иных нормативных правовых актов, регулирующих отношения, возникающие в связи с государственной регистрацией индивидуальных предпринимателей."</w:t>
      </w:r>
    </w:p>
    <w:p>
      <w:r>
        <w:rPr>
          <w:b/>
        </w:rPr>
        <w:t xml:space="preserve">1. </w:t>
      </w:r>
      <w:r>
        <w:t>подписанного заявителем заявления о государственной регистрации по форме, утвержденной Правительством Российской Федерации</w:t>
      </w:r>
    </w:p>
    <w:p>
      <w:r>
        <w:rPr>
          <w:b/>
        </w:rPr>
        <w:t xml:space="preserve">1. </w:t>
      </w:r>
      <w:r>
        <w:t>документа об уплате государственной пошлины</w:t>
      </w:r>
    </w:p>
    <w:p>
      <w:r>
        <w:rPr>
          <w:b/>
        </w:rPr>
        <w:t>Статья 2. Документы о зарегистрированных ранее индивидуальных предпринимателях, хранящиеся в органах, осуществлявших государственную регистрацию физических лиц в качестве индивидуальных предпринимателей до 1 января 2004 года, являются частью федерального информационного ресурса и подлежат передаче в орган, осуществляющий государственную регистрацию юридических лиц и индивидуальных предпринимателей (далее регистрирующий орган), до 1 января 2005 года в порядке, установленном Правительством Российской Федерации.</w:t>
      </w:r>
    </w:p>
    <w:p>
      <w:r>
        <w:t>Документы о зарегистрированных ранее индивидуальных предпринимателях, хранящиеся в органах, осуществлявших государственную регистрацию физических лиц в качестве индивидуальных предпринимателей до 1 января 2004 года, являются частью федерального информационного ресурса и подлежат передаче в орган, осуществляющий государственную регистрацию юридических лиц и индивидуальных предпринимателей (далее регистрирующий орган), до 1 января 2005 года в порядке, установленном Правительством Российской Федерации.</w:t>
      </w:r>
    </w:p>
    <w:p>
      <w:r>
        <w:rPr>
          <w:b/>
        </w:rPr>
        <w:t>Статья 3. Физическое лицо, зарегистрированное в качестве индивидуального предпринимателя до вступления в силу настоящего Федерального закона, до 1 января 2005 года обязано представить в регистрирующий орган по месту своего жительства следующие документы:</w:t>
      </w:r>
    </w:p>
    <w:p>
      <w:r>
        <w:t>а) копию основного документа, удостоверяющего личность указанного лица как гражданина Российской Федерации на территории Российской Федерации (в случае, если указанное лицо является гражданином Российской Федерации); б) копию документа, установленного федеральным законом или признаваемого в соответствии с международным договором Российской Федерации в качестве документа, удостоверяющего личность указанного лица как иностранного гражданина (в случае, если указанное лицо является иностранным гражданином); в) копию документа, предусмотренного федеральным законом или признаваемого в соответствии с международным договором Российской Федерации в качестве документа, удостоверяющего личность указанного лица как лица без гражданства (в случае, если указанное лицо является лицом без гражданства); г) копию свидетельства о рождении указанного лица или копию иного документа, подтверждающего дату и место рождения указанного лица в соответствии с законодательством Российской Федерации или международным договором Российской Федерации (в случае, если представленная копия документа, удостоверяющего личность указанного лица, не содержит сведений о его дате и месте рождения); д) копию документа, подтверждающего право указанного лица временно или постоянно проживать в Российской Федерации (в случае, если указанное лицо является иностранным гражданином или лицом без гражданства); е) подлинник или копию документа, подтверждающего в установленном законодательством Российской Федерации порядке адрес места жительства указанного лица в Российской Федерации (в случае, если представленная копия документа, удостоверяющего личность указанного лица, или документа, подтверждающего право указанного лица временно или постоянно проживать в Российской Федерации, не содержит сведений о таком адресе); ж) документ, подтверждающий государственную регистрацию указанного лица в качестве индивидуального предпринимателя. Представление данных документов осуществляется в порядке, предусмотренном статьей 9 Федерального закона от 8 августа 2001 года № 129-ФЗ "О государственной регистрации юридических лиц и индивидуальных предпринимателей". При этом верность копии документа, представляемой в соответствии с настоящей статьей, должна быть засвидетельствована в нотариальном порядке, за исключением случая, если указанное в абзаце первом части первой настоящей статьи физическое лицо (далее также - заявитель) представляет такую копию в регистрирующий орган непосредственно и представляет одновременно для подтверждения верности такой копии соответствующий документ в подлиннике. Данный подлинник возвращается заявителю при выдаче регистрирующим органом предусмотренной пунктом 3 статьи 9 Федерального закона от 8 августа 2001 года № 129-ФЗ "О государственной регистрации юридических лиц и индивидуальных предпринимателей" расписки. Запись о физическом лице, зарегистрированном в качестве индивидуального предпринимателя до вступления в силу настоящего Федерального закона, вносится регистрирующим органом в единый государственный реестр индивидуальных предпринимателей на основании представленных в соответствии с настоящей статьей документов в срок, предусмотренный пунктом 1 статьи 8 Федерального закона от 8 августа 2001 года № 129-ФЗ "О государственной регистрации юридических лиц и индивидуальных предпринимателей". Регистрирующий орган не позднее одного рабочего дня с момента внесения данной записи выдает (направляет) заявителю документ, подтверждающий факт внесения записи в единый государственный реестр индивидуальных предпринимателей. В случае неисполнения физическим лицом, зарегистрированным в качестве индивидуального предпринимателя до вступления в силу настоящего Федерального закона, предусмотренной настоящей статьей обязанности государственная регистрация данного лица в качестве индивидуального предпринимателя с 1 января 2005 года утрачивает силу. При этом данное лицо после указанной даты вправе зарегистрироваться в качестве индивидуального предпринимателя в порядке, установленном Федеральным законом от 8 августа 2001 года № 129-ФЗ "О государственной регистрации юридических лиц и индивидуальных предпринимателей".</w:t>
      </w:r>
    </w:p>
    <w:p>
      <w:r>
        <w:rPr>
          <w:b/>
        </w:rPr>
        <w:t>Статья 4. Настоящий Федеральный закон вступает в силу с 1 января 2004 года, за исключением части второй настоящей статьи, которая вступает в силу со дня официального опубликования настоящего Федерального закона.</w:t>
      </w:r>
    </w:p>
    <w:p>
      <w:r>
        <w:t>Правительству Российской Федерации со дня официального опубликования настоящего Федерального закона и до вступления его в силу издать нормативные правовые акты, которые должны обеспечить реализацию Федерального закона от 8 августа 2001 года № 129-ФЗ "О государственной регистрации юридических лиц" с учетом вносимых в него настоящим Федеральным законом изменений и дополнений в части государственной регистрации индивидуальных предпринимателей.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