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Азербайджанской Республикой о разграничении сопредельных участков дна Каспийского моря</w:t>
      </w:r>
    </w:p>
    <w:p>
      <w:r>
        <w:rPr>
          <w:b/>
        </w:rPr>
        <w:t>Статья None. Федеральный закон   от 02.07.2003 № 90-ФЗ</w:t>
      </w:r>
    </w:p>
    <w:p>
      <w:r>
        <w:t>О ратификации Соглашения между Российской Федерацией и Азербайджанской Республикой о разграничении сопредельных участков дна Каспийского моря РОССИЙСКАЯ ФЕДЕРАЦИЯ ФЕДЕРАЛЬНЫЙ ЗАКОН О ратификации Соглашения между Российской Федерацией и Азербайджанской Республикой о разграничении сопредельных участков дна Каспийского моря Принят Государственной Думой 18 июня 2003 года Одобрен Советом Федерации 25 июня 2003 года Ратифицировать Соглашение между Российской Федерацией и Азербайджанской Республикой о разграничении сопредельных участков дна Каспийского моря, подписанное в городе Москве 23 сентября 2002 года. Президент Российской Федерации В.Путин Москва, Кремль 2 июля 2003 года № 90-ФЗ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