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Федеративной Республикой Бразилией о выдаче</w:t>
      </w:r>
    </w:p>
    <w:p>
      <w:r>
        <w:rPr>
          <w:b/>
        </w:rPr>
        <w:t>Статья None. Федеральный закон   от 04.07.2003 № 99-ФЗ</w:t>
      </w:r>
    </w:p>
    <w:p>
      <w:r>
        <w:t>О ратификации Договора между Российской Федерацией и Федеративной Республикой Бразилией о выдаче РОССИЙСКАЯ ФЕДЕРАЦИЯ ФЕДЕРАЛЬНЫЙ ЗАКОН О ратификации Договора между Российской Федерацией и Федеративной Республикой Бразилией о выдаче Принят Государственной Думой 11 июня 2003 года Одобрен Советом Федерации 25 июня 2003 года Ратифицировать Договор между Российской Федерацией и Федеративной Республикой Бразилией о выдаче, подписанный в городе Москве 14 января 2002 года. Президент Российской Федерации В.Путин Москва, Кремль 4 июля 2003 года № 99-ФЗ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