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Литовской Республики о приеме и возврате лиц, незаконно находящихся на территории Российской Федерации и территории Литовской Республики (Соглашения о реадмиссии)</w:t>
      </w:r>
    </w:p>
    <w:p>
      <w:r>
        <w:rPr>
          <w:b/>
        </w:rPr>
        <w:t>Статья None. Федеральный закон   от 04.07.2003 № 100-ФЗ</w:t>
      </w:r>
    </w:p>
    <w:p>
      <w:r>
        <w:t>О ратификации Соглашения между Правительством Российской Федерации и Правительством Литовской Республики о приеме и возврате лиц, незаконно находящихся на территории Российской Федерации и территории Литовской Республики (Соглашения о реадмиссии) РОССИЙСКАЯ ФЕДЕРАЦИЯ ФЕДЕРАЛЬНЫЙ ЗАКОН О ратификации Соглашения между Правительством Российской Федерации и Правительством Литовской Республики о приеме и возврате лиц, незаконно находящихся на территории Российской Федерации и территории Литовской Республики (Соглашения о реадмиссии) Принят Государственной Думой 18 июня 2003 года Одобрен Советом Федерации 25 июня 2003 года Ратифицировать Соглашение между Правительством Российской Федерации и Правительством Литовской Республики о приеме и возврате лиц, незаконно находящихся на территории Российской Федерации и территории Литовской Республики (Соглашение о реадмиссии), подписанное в городе Вильнюсе 12 мая 2003 года. Президент Российской Федерации В.Путин Москва, Кремль 4 июля 2003 года № 100-ФЗ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