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статью 18 Федерального закона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>Статья 1. Внести в пункт 4 статьи 18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2253) следующие изменения и дополнения:</w:t>
      </w:r>
    </w:p>
    <w:p>
      <w:r>
        <w:t>в подпункте "а" слова "не более чем на 15 процентов" заменить словами "не более чем на 30 процентов", после слов "отдаленных местностях - 15 процентов" дополнить словами "от средней нормы представительства избирателей", после слов "на территории каждого субъекта Российской Федерации." дополнить предложениями следующего содержания: "Положения, содержащиеся в первом предложении настоящего подпункта, могут не применяться при образовании на территории автономного округа, входящего в состав другого субъекта Российской Федерации, одного включающего в себя всю территорию указанного автономного округа одномандатного избирательного округа для проведения выборов депутатов законодательного (представительного) органа государственной власти субъекта Российской Федерации. Если применение положений, содержащихся в первом предложении настоящего подпункта, влечет за собой образование избирательного округа, включающего в себя части территорий более чем одного муниципального образования, либо образование избирательного округа, включающего в себя территории одного или нескольких муниципальных образований и часть территории другого муниципального образования, отдельные одномандатные избирательные округа при проведении выборов депутатов законодательного (представительного) органа государственной власти субъекта Российской Федерации могут быть образованы с допустимым отклонением от средней нормы представительства избирателей не более чем на 20 процентов."; в подпункте "б" слова "30 процентов" заменить словами "40 процентов".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