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Федеральный закон "Устав железнодорожного транспорта Российской Федерации"</w:t>
      </w:r>
    </w:p>
    <w:p>
      <w:r>
        <w:rPr>
          <w:b/>
        </w:rPr>
        <w:t>Статья 1. Внести в Федеральный закон от 10 января 2003 года № 18-ФЗ "Устав железнодорожного транспорта Российской Федерации" (Собрание законодательства Российской Федерации, 2003, № 2, ст. 170) следующие изменения и дополнение:</w:t>
      </w:r>
    </w:p>
    <w:p>
      <w:r>
        <w:rPr>
          <w:b/>
        </w:rPr>
        <w:t xml:space="preserve">1. </w:t>
      </w:r>
      <w:r>
        <w:t>Часть четвертую статьи 3 после слов "В указанных правилах" дополнить словами ", в частности,"</w:t>
      </w:r>
    </w:p>
    <w:p>
      <w:r>
        <w:rPr>
          <w:b/>
        </w:rPr>
        <w:t xml:space="preserve">2. </w:t>
      </w:r>
      <w:r>
        <w:t>В статье 7: часть вторую изложить в следующей редакции: "Федеральные органы исполнительной власти, к компетенции которых относятся вопросы организации и осуществления специальных и воинских железнодорожных перевозок, взаимодействуют с владельцами инфраструктур и перевозчиками через военно-транспортные органы - органы военных сообщений и органы специальных железнодорожных перевозок."; часть седьмую изложить в следующей редакции: "Приобретение, содержание и эксплуатация специальных вагонов для перевозок осужденных и перевозок лиц, содержащихся под стражей, осуществляются за счет средств, предусмотренных на указанные цели федеральным законом о федеральном бюджете на соответствующий год, в порядке, установленном Правительством Российской Федерации."</w:t>
      </w:r>
    </w:p>
    <w:p>
      <w:r>
        <w:rPr>
          <w:b/>
        </w:rPr>
        <w:t xml:space="preserve">3. </w:t>
      </w:r>
      <w:r>
        <w:t>В статье 30: часть вторую исключить; части третью - шестую считать соответственно частями второй - пятой</w:t>
      </w:r>
    </w:p>
    <w:p>
      <w:r>
        <w:rPr>
          <w:b/>
        </w:rPr>
        <w:t xml:space="preserve">4. </w:t>
      </w:r>
      <w:r>
        <w:t>В статье 112 слова "правилами перевозок пассажиров, багажа, грузобагажа железнодорожным транспортом" заменить словами "законодательством Российской Федерации"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