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личном подсобном хозяйстве</w:t>
      </w:r>
    </w:p>
    <w:p>
      <w:r>
        <w:rPr>
          <w:b/>
        </w:rPr>
        <w:t>Статья 1. Правовое регулирование отношений, возникающих в связи с ведением гражданами личного подсобного хозяйства</w:t>
      </w:r>
    </w:p>
    <w:p>
      <w:r>
        <w:rPr>
          <w:b/>
        </w:rPr>
        <w:t xml:space="preserve">1. </w:t>
      </w:r>
      <w:r>
        <w:t>Настоящий Федеральный закон регулирует отношения, возникающие в связи с ведением гражданами личного подсобного хозяйства</w:t>
      </w:r>
    </w:p>
    <w:p>
      <w:r>
        <w:rPr>
          <w:b/>
        </w:rPr>
        <w:t xml:space="preserve">2. </w:t>
      </w:r>
      <w:r>
        <w:t>Правовое регулирование ведения гражданами личного подсобного хозяйства осуществляется в соответствии с Конституцией Российской Федерации, настоящим Федеральным законом, другими федеральными законами, иными нормативными правовыми актами Российской Федерации, а также принимаемыми в соответствии с ними законами и иными нормативными правовыми актами субъектов Российской Федерации и нормативными правовыми актами органов местного самоуправления</w:t>
      </w:r>
    </w:p>
    <w:p>
      <w:r>
        <w:rPr>
          <w:b/>
        </w:rPr>
        <w:t>Статья 2. Понятие личного подсобного хозяйства</w:t>
      </w:r>
    </w:p>
    <w:p>
      <w:r>
        <w:rPr>
          <w:b/>
        </w:rPr>
        <w:t xml:space="preserve">1. </w:t>
      </w:r>
      <w:r>
        <w:t>Личное подсобное хозяйство - форма непредпринимательской деятельности по производству и переработке сельскохозяйственной продукции</w:t>
      </w:r>
    </w:p>
    <w:p>
      <w:r>
        <w:rPr>
          <w:b/>
        </w:rPr>
        <w:t xml:space="preserve">2. </w:t>
      </w:r>
      <w:r>
        <w:t>Личное подсобное хозяйство ведется гражданином или гражданином и совместно проживающими с ним и (или) совместно осуществляющими с ним ведение личного подсобного хозяйства членами его семьи в целях удовлетворения личных потребностей на земельном участке, предоставленном и (или) приобретенном для ведения личного подсобного хозяйства</w:t>
      </w:r>
    </w:p>
    <w:p>
      <w:r>
        <w:rPr>
          <w:b/>
        </w:rPr>
        <w:t xml:space="preserve">3. </w:t>
      </w:r>
      <w:r>
        <w:t>Сельскохозяйственная продукция, произведенная и переработанная при ведении личного подсобного хозяйства, является собственностью граждан, ведущих личное подсобное хозяйство</w:t>
      </w:r>
    </w:p>
    <w:p>
      <w:r>
        <w:rPr>
          <w:b/>
        </w:rPr>
        <w:t xml:space="preserve">4. </w:t>
      </w:r>
      <w:r>
        <w:t>Реализация гражданами, ведущими личное подсобное хозяйство, сельскохозяйственной продукции, произведенной и переработанной при ведении личного подсобного хозяйства, не является предпринимательской деятельностью</w:t>
      </w:r>
    </w:p>
    <w:p>
      <w:r>
        <w:rPr>
          <w:b/>
        </w:rPr>
        <w:t>Статья 3. Право граждан на ведение личного подсобного хозяйства</w:t>
      </w:r>
    </w:p>
    <w:p>
      <w:r>
        <w:rPr>
          <w:b/>
        </w:rPr>
        <w:t xml:space="preserve">1. </w:t>
      </w:r>
      <w:r>
        <w:t>Право на ведение личного подсобного хозяйства имеют дееспособные граждане, которым земельные участки предоставлены или которыми земельные участки приобретены для ведения личного подсобного хозяйства</w:t>
      </w:r>
    </w:p>
    <w:p>
      <w:r>
        <w:rPr>
          <w:b/>
        </w:rPr>
        <w:t xml:space="preserve">2. </w:t>
      </w:r>
      <w:r>
        <w:t>Граждане вправе осуществлять ведение личного подсобного хозяйства с момента государственной регистрации прав на земельный участок. Регистрации личного подсобного хозяйства не требуется</w:t>
      </w:r>
    </w:p>
    <w:p>
      <w:r>
        <w:rPr>
          <w:b/>
        </w:rPr>
        <w:t xml:space="preserve">3. </w:t>
      </w:r>
      <w:r>
        <w:t>(Пункт утратил силу - Федеральный закон от 01.05.2016 № 119-ФЗ)</w:t>
      </w:r>
    </w:p>
    <w:p>
      <w:r>
        <w:rPr>
          <w:b/>
        </w:rPr>
        <w:t xml:space="preserve">4. </w:t>
      </w:r>
      <w:r>
        <w:t>(Пункт утратил силу - Федеральный закон от 01.05.2016 № 119-ФЗ)</w:t>
      </w:r>
    </w:p>
    <w:p>
      <w:r>
        <w:rPr>
          <w:b/>
        </w:rPr>
        <w:t xml:space="preserve">5. </w:t>
      </w:r>
      <w:r>
        <w:t>(Пункт утратил силу - Федеральный закон от 22.07.2008 № 141-ФЗ)</w:t>
      </w:r>
    </w:p>
    <w:p>
      <w:r>
        <w:rPr>
          <w:b/>
        </w:rPr>
        <w:t>Статья 4. Земельные участки для ведения личного подсобного хозяйства</w:t>
      </w:r>
    </w:p>
    <w:p>
      <w:r>
        <w:rPr>
          <w:b/>
        </w:rPr>
        <w:t xml:space="preserve">1. </w:t>
      </w:r>
      <w:r>
        <w:t>Для ведения личного подсобного хозяйства могут использоваться земельный участок в границах населенного пункта (приусадебный земельный участок) и земельный участок за пределами границ населенного пункта (полевой земельный участок). (В редакции Федерального закона от 22.07.2008 № 141-ФЗ)</w:t>
      </w:r>
    </w:p>
    <w:p>
      <w:r>
        <w:rPr>
          <w:b/>
        </w:rPr>
        <w:t xml:space="preserve">2. </w:t>
      </w:r>
      <w:r>
        <w:t>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 Параметры жилого дома, возводимого на приусадебном земельном участке, должны соответствовать параметрам объекта индивидуального жилищного строительства, указанным в пункте 39 статьи 1 Градостроительного кодекса Российской Федерации. (В редакции Федерального закона от 03.08.2018 № 340-ФЗ)</w:t>
      </w:r>
    </w:p>
    <w:p>
      <w:r>
        <w:rPr>
          <w:b/>
        </w:rPr>
        <w:t xml:space="preserve">3. </w:t>
      </w:r>
      <w:r>
        <w:t>Полевой земельный участок используется исключительно для производства сельскохозяйственной продукции без права возведения на нем зданий и строений</w:t>
      </w:r>
    </w:p>
    <w:p>
      <w:r>
        <w:rPr>
          <w:b/>
        </w:rPr>
        <w:t xml:space="preserve">4. </w:t>
      </w:r>
      <w:r>
        <w:t>Предельные (максимальные и минимальные) размеры земельных участков,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самоуправления. Предоставление таких земель осуществляется в порядке, установленном земельным законодательством</w:t>
      </w:r>
    </w:p>
    <w:p>
      <w:r>
        <w:rPr>
          <w:b/>
        </w:rPr>
        <w:t xml:space="preserve">5. </w:t>
      </w:r>
      <w:r>
        <w:t>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 Максимальный размер общей площади земельных участков может быть увеличен законом субъекта Российской Федерации, но не более чем в пять раз. Указанные максимальные размеры не применяются в случае предоставления в безвозмездное пользование, аренду или собственность земельных участков, находящихся в государственной или муниципальной собственности, в соответствии с Федеральным законом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Федерации". (В редакции федеральных законов от 21.06.2011 № 147-ФЗ, от 01.05.2016 № 119-ФЗ, от 28.06.2021 № 226-ФЗ)</w:t>
      </w:r>
    </w:p>
    <w:p>
      <w:r>
        <w:rPr>
          <w:b/>
        </w:rPr>
        <w:t xml:space="preserve">6. </w:t>
      </w:r>
      <w:r>
        <w:t>Оборот земельных участков, предоставленных гражданам и (или) приобретенных ими для ведения личного подсобного хозяйства, осуществляется в соответствии с гражданским и земельным законодательством</w:t>
      </w:r>
    </w:p>
    <w:p>
      <w:r>
        <w:rPr>
          <w:b/>
        </w:rPr>
        <w:t>Статья 5. Взаимоотношения граждан, ведущих личное подсобное хозяйство, с органами государственной власти и органами местного самоуправления</w:t>
      </w:r>
    </w:p>
    <w:p>
      <w:r>
        <w:rPr>
          <w:b/>
        </w:rPr>
        <w:t xml:space="preserve">1. </w:t>
      </w:r>
      <w:r>
        <w:t>Вмешательство органов государственной власти и органов местного самоуправления в деятельность граждан, ведущих личное подсобное хозяйство, не допускается, за исключением случаев, предусмотренных законодательством Российской Федерации</w:t>
      </w:r>
    </w:p>
    <w:p>
      <w:r>
        <w:rPr>
          <w:b/>
        </w:rPr>
        <w:t xml:space="preserve">2. </w:t>
      </w:r>
      <w:r>
        <w:t>Федеральные органы исполнительной власти, органы исполнительной власти субъектов Российской Федерации, органы местного самоуправления в пределах своих полномочий осуществляют контроль за соблюдением гражданами требований законодательства</w:t>
      </w:r>
    </w:p>
    <w:p>
      <w:r>
        <w:rPr>
          <w:b/>
        </w:rPr>
        <w:t>Статья 6. Имущество, используемое для ведения личного подсобного хозяйства</w:t>
      </w:r>
    </w:p>
    <w:p>
      <w:r>
        <w:t>Для ведения личного подсобного хозяйства используются предоставленный и (или) приобретенный для этих целей земельный участок, жилой дом, производственные, бытовые и иные здания, строения и сооружения, в том числе теплицы, а также сельскохозяйственные животные, пчелы и птица, сельскохозяйственная техника, инвентарь, оборудование, транспортные средства и иное имущество, принадлежащее на праве собственности или ином праве гражданам, ведущим личное подсобное хозяйство.</w:t>
      </w:r>
    </w:p>
    <w:p>
      <w:r>
        <w:rPr>
          <w:b/>
        </w:rPr>
        <w:t>Статья 7. Государственная и иная поддержка личных подсобных хозяйств</w:t>
      </w:r>
    </w:p>
    <w:p>
      <w:r>
        <w:rPr>
          <w:b/>
        </w:rPr>
        <w:t xml:space="preserve">1. </w:t>
      </w:r>
      <w:r>
        <w:t>Органы государственной власти и органы местного самоуправления определяют меры поддержки граждан, ведущих личное подсобное хозяйство, в порядке, предусмотренном законодательством Российской Федерации</w:t>
      </w:r>
    </w:p>
    <w:p>
      <w:r>
        <w:rPr>
          <w:b/>
        </w:rPr>
        <w:t xml:space="preserve">2. </w:t>
      </w:r>
      <w:r>
        <w:t>Государственная поддержка граждан, ведущих личное подсобное хозяйство, может осуществляться по следующим направлениям: формирование инфраструктуры обслуживания (подъездные пути, средства связи, водо- и энергоснабжение и другое) и обеспечения деятельности личных подсобных хозяйств, содействие созданию сбытовых (торговых), перерабатывающих, обслуживающих и иных сельскохозяйственных потребительских кооперативов; стимулирование развития личных подсобных хозяйств путем создания организационно-правовых, экологических и социальных условий, в том числе предоставление личным подсобным хозяйствам и (или) обслуживающим их сельскохозяйственным кооперативам и иным организациям государственных финансовых и материально-технических ресурсов на возвратной основе, а также научно-технических разработок и технологий; проведение мероприятий по повышению качества продуктивных сельскохозяйственных животных, организации искусственного осеменения сельскохозяйственных животных; (В редакции Федерального закона от 04.08.2023 № 454-ФЗ) ежегодное бесплатное проведение ветеринарного осмотра скота, организация его ветеринарного обслуживания, борьба с заразными болезнями животных</w:t>
      </w:r>
    </w:p>
    <w:p>
      <w:r>
        <w:rPr>
          <w:b/>
        </w:rPr>
        <w:t xml:space="preserve">3. </w:t>
      </w:r>
      <w:r>
        <w:t>На личные подсобные хозяйства распространяются меры государственной поддержки, предусмотренные законодательством Российской Федерации для сельскохозяйственных товаропроизводителей и осуществляемые за счет средств федерального бюджета, бюджетов субъектов Российской Федерации и местных бюджетов</w:t>
      </w:r>
    </w:p>
    <w:p>
      <w:r>
        <w:rPr>
          <w:b/>
        </w:rPr>
        <w:t xml:space="preserve">4. </w:t>
      </w:r>
      <w:r>
        <w:t>Органы государственной власти субъектов Российской Федерации и органы местного самоуправления в пределах своих полномочий разрабатывают и осуществляют меры по развитию личных подсобных хозяйств и социально-экономическому развитию сельских поселений, в рамках соответствующих программ определяют форму, размеры и порядок поддержки личных подсобных хозяйств и обслуживающих их сельскохозяйственных кооперативов и иных организаций</w:t>
      </w:r>
    </w:p>
    <w:p>
      <w:r>
        <w:rPr>
          <w:b/>
        </w:rPr>
        <w:t>Статья 8. Учет личных подсобных хозяйств</w:t>
      </w:r>
    </w:p>
    <w:p>
      <w:r>
        <w:rPr>
          <w:b/>
        </w:rPr>
        <w:t xml:space="preserve">1. </w:t>
      </w:r>
      <w:r>
        <w:t>Учет личных подсобных хозяйств осуществляется в похозяйственных книгах, которые ведутся органами местного самоуправления поселений, органами местного самоуправления муниципальных округов и органами местного самоуправления городских округов. Ведение похозяйственных книг осуществляется на основании сведений, предоставляемых на добровольной основе гражданами, ведущими личное подсобное хозяйство. (В редакции Федерального закона от 13.06.2023 № 228-ФЗ)</w:t>
      </w:r>
    </w:p>
    <w:p>
      <w:r>
        <w:rPr>
          <w:b/>
        </w:rPr>
        <w:t xml:space="preserve">2. </w:t>
      </w:r>
      <w:r>
        <w:t>В похозяйственной книге содержатся следующие основные сведения о личном подсобном хозяйстве: фамилия, имя, отчество, дата рождения гражданина, которому предоставлен и (или) которым приобретен земельный участок для ведения личного подсобного хозяйства, а также фамилии, имена, отчества, даты рождения совместно проживающих с ним и (или) совместно осуществляющих с ним ведение личного подсобного хозяйства членов его семьи; площадь земельного участка личного подсобного хозяйства, занятого посевами и посадками сельскохозяйственных культур, плодовыми, ягодными насаждениями; количество сельскохозяйственных животных, птицы и пчел; сельскохозяйственная техника, оборудование, транспортные средства, принадлежащие на праве собственности или ином праве гражданину, ведущему личное подсобное хозяйство</w:t>
      </w:r>
    </w:p>
    <w:p>
      <w:r>
        <w:rPr>
          <w:b/>
        </w:rPr>
        <w:t xml:space="preserve">3. </w:t>
      </w:r>
      <w:r>
        <w:t>Форма и порядок ведения похозяйственных книг в целях учета личных подсобных хозяйств устанавливаются уполномоченным Правительством Российской Федерации федеральным органом исполнительной власти. (Статья в редакции Федерального закона от 30.12.2008 № 302-ФЗ)</w:t>
      </w:r>
    </w:p>
    <w:p>
      <w:r>
        <w:rPr>
          <w:b/>
        </w:rPr>
        <w:t>Статья 9. Вступление в правоотношения по обязательному пенсионному страхованию</w:t>
      </w:r>
    </w:p>
    <w:p>
      <w:r>
        <w:t>Граждане, ведущие личное подсобное хозяйство, имеют право добровольно вступать в правоотношения по обязательному пенсионному страхованию в соответствии с законодательством Российской Федерации.</w:t>
      </w:r>
    </w:p>
    <w:p>
      <w:r>
        <w:rPr>
          <w:b/>
        </w:rPr>
        <w:t>Статья 10. Прекращение ведения личного подсобного хозяйства</w:t>
      </w:r>
    </w:p>
    <w:p>
      <w:r>
        <w:t>Ведение личного подсобного хозяйства прекращается в случае прекращения прав на земельный участок, на котором ведется личное подсобное хозяйство.</w:t>
      </w:r>
    </w:p>
    <w:p>
      <w:r>
        <w:rPr>
          <w:b/>
        </w:rPr>
        <w:t>Статья 11.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3 статьи 7 настоящего Федерального закона</w:t>
      </w:r>
    </w:p>
    <w:p>
      <w:r>
        <w:rPr>
          <w:b/>
        </w:rPr>
        <w:t xml:space="preserve">2. </w:t>
      </w:r>
      <w:r>
        <w:t>Пункт 3 статьи 7 настоящего Федерального закона вступает в силу с 1 января 2004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