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41 Федерального закона "Об инвестировании средств для финансирования накопительной части трудовой пенсии в Российской Федерации"</w:t>
      </w:r>
    </w:p>
    <w:p>
      <w:r>
        <w:rPr>
          <w:b/>
        </w:rPr>
        <w:t>Статья 1</w:t>
      </w:r>
    </w:p>
    <w:p>
      <w:r>
        <w:t>Внести в пункт 1 статьи 41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 (Собрание законодательства Российской Федерации, 2002, № 30, ст. 3028) изменение, изложив его в следующей редакции: "1. В период с 1 января 2003 года по 31 марта 2004 года порядок и срок информирования Пенсионным фондом Российской Федерации застрахованных лиц о состоянии специальной части их индивидуального лицевого счета, порядок и срок подачи застрахованными лицами заявлений о выборе инвестиционного портфеля (управляющей компании), которые предусмотрены статьей 32 настоящего Федерального закона, сроки рассмотрения Пенсионным фондом Российской Федерации заявления застрахованного лица и уведомления об отказе в удовлетворении заявления или в оставлении его без рассмотрения, предусмотренные статьей 33 настоящего Федерального закона, срок перевода Пенсионным фондом Российской Федерации средств пенсионных накоплений в выбранную застрахованным лицом управляющую компанию или в государственную управляющую компанию, предусмотренный статьей 34 настоящего Федерального закона, срок определения Пенсионным фондом Российской Федерации для каждой управляющей компании и доведения до ее сведения годового плана перечисления денежных средств, необходимых для выплат из средств пенсионных накоплений правопреемникам умерших застрахованных лиц, с разбивкой по кварталам и месяцам, предусмотренный статьей 39 настоящего Федерального закона, устанавливаются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