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федеральном бюджете на 2003 год"</w:t>
      </w:r>
    </w:p>
    <w:p>
      <w:r>
        <w:rPr>
          <w:b/>
        </w:rPr>
        <w:t>Статья None. Федеральный закон   от 11.11.2003 № 150-ФЗ</w:t>
      </w:r>
    </w:p>
    <w:p>
      <w:r>
        <w:t>О внесении изменений и дополнений в Федеральный закон "О федеральном бюджете на 2003 год" РОССИЙСКАЯ ФЕДЕРАЦИЯ ФЕДЕРАЛЬНЫЙ ЗАКОН О внесении изменений и дополнений в Федеральный закон "О федеральном бюджете на 2003 год" Принят Государственной Думой 17 октября 2003 года Одобрен Советом Федерации 29 октября 2003 года Статья 1 Внести в Федеральный закон от 24 декабря 2002 года № 176-ФЗ "О федеральном бюджете на 2003 год" (Собрание законодательства Российской Федерации, 2002, № 52, ст. 5132; 2003, № 26, ст. 2567; № 28, ст. 2876, 2890) следующие изменения и дополнения</w:t>
      </w:r>
    </w:p>
    <w:p>
      <w:r>
        <w:t>статью 1 изложить в следующей редакции: " Статья 1. Утвердить федеральный бюджет на 2003 год по расходам в сумме 2 414 352,2 млн. рублей и доходам в сумме 2 562 606,9 млн. рублей исходя из прогнозируемого объема валового внутреннего продукта в сумме 13 250,0 млрд. рублей и уровня инфляции (потребительских цен) 10 - 12 процентов (декабрь 2003 года к декабрю 2002 года). Установить, что в доходы федерального бюджета на 2003 год зачисляются поступления единого социального налога, направляемые в бюджет Пенсионного фонда Российской Федерации на выплату базовой части трудовой пенсии. Превышение доходов над расходами в сумме 148 254,7 млн. рублей направляется в 2003 году на пополнение финансового резерва."</w:t>
      </w:r>
    </w:p>
    <w:p>
      <w:r>
        <w:t>абзац второй части второй статьи 3 после слов "в государственной собственности" дополнить словами ", и проведения расчетов по операциям с государственными запасами драгоценных металлов и драгоценных камней"</w:t>
      </w:r>
    </w:p>
    <w:p>
      <w:r>
        <w:t>статью 4 изложить в следующей редакции: " Статья 4. Установить в 2003 году размер ассигнований федерального бюджета на предоставление государственных кредитов и финансовой помощи иностранным государствам, их юридическим лицам, а также на инвестиции за пределами территории Российской Федерации в сумме до 25 383,7 млн. рублей, эквивалентной 819,609 млн. долларов США, в том числе в сумме: до 19 305,2 млн. рублей, эквивалентной 620,84 млн. долларов США, на реализацию Программы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2003 год; до 3 211,0 млн. рублей, эквивалентной 105,0 млн. долларов США, на оказание безвозмездной финансовой помощи Республике Молдова в случае подписания соответствующего межправительственного соглашения; до 2 867,5 млн. рублей, эквивалентной 93,769 млн. долларов США, на инвестиции в Республику Армения за счет досрочного погашения основного долга Республики Армения перед Российской Федерацией в соответствии с Федеральным законом от 9 июня 2003 года № 71-ФЗ "О ратификации договоров между Правительством Российской Федерации и Правительством Республики Армения о передаче имущества, находящегося в государственной собственности Республики Армения, для погашения задолженности по государственным кредитам, предоставленным Правительством Российской Федерации Правительству Республики Армения". Предоставление государственных кредитов иностранным государствам, их юридическим лицам по межправительственным соглашениям (договорам), заключенным с 1 января 2003 года, осуществляется при условии исполнения указанными государствами, их юридическими лицами обязательств по уплате процентных платежей и погашению основной суммы задолженности по ранее предоставленным кредитам. В случае неиспользования каким-либо иностранным государством, его юридическим лицом кредита или части кредита, предоставляемого Российской Федерацией в 2003 году, Правительство Российской Федерации вправе в пределах суммы в размере 620,84 млн. долларов США перераспределять в течение 2003 года средства федерального бюджета между странами-заемщиками по кредитам, включенным в Программу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2003 год. Расходы федерального бюджета на оказание безвозмездной финансовой помощи Республике Молдова и инвестиции в Республику Армения осуществляются в 2003 году по разделу 03 "Международная деятельность" функциональной классификации расходов бюджетов Российской Федерации."</w:t>
      </w:r>
    </w:p>
    <w:p>
      <w:r>
        <w:t>часть первую статьи 7: дополнить новым абзацем тридцать первым следующего содержания: "сумм денежных взысканий (штрафов), взыскиваемых за нарушение трудового законодательства Российской Федерации, - в размере 100 процентов поступлений;"; абзац тридцать первый считать абзацем тридцать вторым</w:t>
      </w:r>
    </w:p>
    <w:p>
      <w:r>
        <w:t>статью 30 после слов "бюджетов Российской Федерации" дополнить словами "с учетом положений статей 36, 84, 87 и 95 настоящего Федерального закона"</w:t>
      </w:r>
    </w:p>
    <w:p>
      <w:r>
        <w:t>статью 30 1 исключить</w:t>
      </w:r>
    </w:p>
    <w:p>
      <w:r>
        <w:t>в статье 36: в абзаце седьмом слова "статьями 44 и 87" заменить словами "статьями 44, 87 и 115"; в абзаце восьмом после слов "предусмотрена военная служба, -" дополнить словами "на суммы средств, связанных с проведением контртеррористических мероприятий на территории Северо-Кавказского региона и обеспечением единовременных выплат в связи с гибелью, ранением (контузией, заболеванием) личного состава указанных федеральных органов исполнительной власти, а также", слова ", в порядке, определенном Правительством Российской Федерации" исключить</w:t>
      </w:r>
    </w:p>
    <w:p>
      <w:r>
        <w:t>в части первой статьи 52: в абзаце втором слова "в сумме 47 011 175,0 тыс. рублей" заменить словами "в сумме 47 411 175,0 тыс. рублей"; в абзаце третьем слова "в сумме 5 000 000,0 тыс. рублей" заменить словами "в сумме 15 000 000,0 тыс. рублей"; в абзаце четвертом слова "в сумме 25 072 010,0 тыс. рублей" заменить словами "в сумме 12 790 880,0 тыс. рублей"</w:t>
      </w:r>
    </w:p>
    <w:p>
      <w:r>
        <w:t>в части первой статьи 53: в абзаце втором слова "в сумме 6 630 000,0 тыс. рублей" заменить словами "в сумме 7 618 251,6 тыс. рублей"; в абзаце третьем слова "в сумме 22 212 672,0 тыс. рублей" заменить словами "в сумме 21 224 420,4 тыс. рублей"; в абзаце четвертом слова "в сумме 1 398 400,0 тыс. рублей" заменить словами "в сумме 1 798 400,0 тыс. рублей"</w:t>
      </w:r>
    </w:p>
    <w:p>
      <w:r>
        <w:t>в части третьей статьи 56 слова "до 1 октября 2003 года" заменить словами "до 10 октября 2003 года"</w:t>
      </w:r>
    </w:p>
    <w:p>
      <w:r>
        <w:t>в статье 57: в части первой слова "в сумме 4 069 202,0 тыс. рублей" заменить словами "в сумме 5 485 983,9 тыс. рублей"; часть вторую изложить в следующей редакции: "Распределение указанных средств в объеме 4 069 202,0 тыс. рублей утверждается Правительством Российской Федерации до 1 сентября 2003 года, в объеме 1 416 781,9 тыс. рублей утверждается приложением 39 к настоящему Федеральному закону."</w:t>
      </w:r>
    </w:p>
    <w:p>
      <w:r>
        <w:t>в части первой статьи 61 слова "в сумме 5 000 000,0 тыс. рублей" заменить словами "в сумме 10 330 461,4 тыс. рублей"</w:t>
      </w:r>
    </w:p>
    <w:p>
      <w:r>
        <w:t>в части первой статьи 65: в абзаце первом слова "со статьями 46, 51, 53, 55, 59, 85, 87" заменить словами "со статьями 46, 51, 52, 53, 55, 59, 85 и 87"; дополнить абзацем следующего содержания: "субсидий на реализацию федеральных программ развития регионов."</w:t>
      </w:r>
    </w:p>
    <w:p>
      <w:r>
        <w:t>часть вторую статьи 66 изложить в следующей редакции: "Правительство Российской Федерации обеспечивает до 31 декабря 2003 года консолидацию и пролонгацию задолженности по бюджетным ссудам, выданным субъектам Российской Федерации до 1 января 2003 года и в 2003 году на покрытие кассовых разрывов, возникших при исполнении консолидированных бюджетов субъектов Российской Федерации, за исключением беспроцентных бюджетных ссуд, выданных бюджетам субъектов Российской Федерации со сроком возврата в течение трех лет на осуществление комплекса мер по подготовке объектов жилищно-коммунального хозяйства, находящихся в ведении субъектов Российской Федерации и органов местного самоуправления, к осенне-зимнему периоду 2003/04 года, в сумме до 20,0 млрд. рублей."</w:t>
      </w:r>
    </w:p>
    <w:p>
      <w:r>
        <w:t>в части первой статьи 66 1 слова "статьей 30 1 " заменить словами "статьей 30"</w:t>
      </w:r>
    </w:p>
    <w:p>
      <w:r>
        <w:t>статью 67: после слов "рыночной стоимости" дополнить словами "или денежные средства"; дополнить частью второй следующего содержания: "Оформление передачи в порядке частичной компенсации расходов города Москвы на выполнение столичных функций акций предприятий и организаций, находящихся в федеральной собственности, в 2003 году осуществляется в счет объемов средств, установленных статьей 72 Федерального закона от 30 декабря 2001 года № 194-ФЗ "О федеральном бюджете на 2002 год"."</w:t>
      </w:r>
    </w:p>
    <w:p>
      <w:r>
        <w:t>в абзаце третьем статьи 70 слова "объединению "Гознак" заменить словами "предприятиям, входящим в объединение "Гознак"</w:t>
      </w:r>
    </w:p>
    <w:p>
      <w:r>
        <w:t>дополнить статьей 74 1 следующего содержания: " Статья 74 1 . Правительство Российской Федерации направляет в 2003 году на финансирование мероприятий по ликвидации последствий стихийных бедствий в сельском хозяйстве, произошедших в 2001 - 2003 годах, ассигнования в сумме до 7,0 млрд. рублей в счет средств, поступающих в погашение задолженности бюджетов субъектов Российской Федерации перед федеральным бюджетом по ранее выданным бюджетным ссудам, по полученному в 1995 году товарному кредиту на поставку горюче-смазочных материалов сельскохозяйственным товаропроизводителям, по полученным в 1992 - 1994 годах организациями агропромышленного комплекса и потребительской кооперации централизованным кредитам и начисленным по ним процентам с отражением указанных операций по разделам "Финансовая помощь другим бюджетам бюджетной системы" и "Прочие расходы" функциональной классификации расходов бюджетов Российской Федерации. Субъектам Российской Федерации обеспечить направление вышеуказанных средств на компенсацию материального ущерба сельскохозяйственным товаропроизводителям, пострадавшим в результате стихийных бедствий в 2001 - 2003 годах. Правительство Российской Федерации вправе в случае уменьшения задолженности бюджетов субъектов Российской Федерации перед федеральным бюджетом по состоянию на 1 января 2004 года сверх сумм, учтенных в федеральном бюджете на 2004 год по разделу "Прочие расходы" функциональной классификации расходов бюджетов Российской Федерации, направить на обеспечение расходов федерального бюджета на 2004 год средства финансового резерва по состоянию на 1 января 2004 года."</w:t>
      </w:r>
    </w:p>
    <w:p>
      <w:r>
        <w:t>дополнить статьей 80 1 следующего содержания: "Статья 80 1 . Установить, что открытое акционерное общество "Российский сельскохозяйственный банк"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средствам специального фонда для кредитования организаций агропромышленного комплекса на льготных условиях и средствам, предоставленным на формирование федерального продовольственного фонда, в соответствии с Федеральным законом от 9 июля 2002 года № 83-ФЗ "О финансовом оздоровлении сельскохозяйственных товаропроизводителей"."</w:t>
      </w:r>
    </w:p>
    <w:p>
      <w:r>
        <w:t>дополнить статьей 81 1 следующего содержания: " Статья 81 1 . Установить, что открытое акционерное общество "Росагролизинг"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в соответствии с Федеральным законом от 9 июля 2002 года № 83-ФЗ "О финансовом оздоровлении сельскохозяйственных товаропроизводителей"."</w:t>
      </w:r>
    </w:p>
    <w:p>
      <w:r>
        <w:t>статью 84 дополнить новыми частями второй - пятой следующего содержания: "Установить, что остатки средств федерального бюджета на 1 января 2003 года на счетах Главного управления федерального казначейства Министерства финансов Российской Федерации, образовавшиеся в результате превышения в 2002 году сумм поступлений в федеральный бюджет над объемом финансирования расходов федерального бюджета по единому социальному налогу, направляемому в бюджет Пенсионного фонда Российской Федерации на выплату базовой части трудовой пенсии, а также доходов от сдачи в аренду имущества, находящегося в федеральной собственности в соответствии со статьей 28 настоящего Федерального закона, направляются на финансирование указанных расходов в 2003 году. Установить, что остатки средств по переписи, образовавшиеся в бюджетах субъектов Российской Федерации по состоянию на 1 января 2003 года и перечисленные ими в федеральный бюджет в 2003 году, направляются в бюджеты субъектов Российской Федерации в IV квартале 2003 года в качестве дополнительного источника возмещения фактически произведенных расходов субъектов Российской Федерации на реализацию мероприятий по проведению Всероссийской переписи населения 2002 года. Установить, что остатки средств, поступивших в федеральный бюджет от уплаты недоимки по налогу на реализацию горюче-смазочных материалов, пеней и штрафов за несвоевременную уплату этого налога, образовавшиеся по состоянию на 1 января 2003 года на счетах Главного управления федерального казначейства Министерства финансов Российской Федерации, в сумме 470,6 млн. рублей направляются на финансирование дорожного хозяйства в пределах ассигнований, утвержденных статьей 87 настоящего Федерального закона по разделу "Дорожное хозяйство" функциональной классификации расходов бюджетов Российской Федерации. Установить, что остатки средств федерального бюджета, образовавшиеся на 1 января 2003 года за счет регулирующих доходов, направляются на осуществление взаимных расчетов между федеральным бюджетом и бюджетами субъектов Российской Федерации в порядке межбюджетного регулирования."; части вторую и третью считать соответственно частями шестой и седьмой</w:t>
      </w:r>
    </w:p>
    <w:p>
      <w:r>
        <w:t>в статье 87: часть первую изложить в следующей редакции: "Направить в 2003 году на финансирование дорожного хозяйства средства федерального бюджета в сумме 85 540,9 млн. рублей, в том числе: по разделу "Дорожное хозяйство" функциональной классификации расходов бюджетов Российской Федерации - 44 625,18 млн. рублей; по разделу "Финансовая помощь другим бюджетам бюджетной системы" функциональной классификации расходов бюджетов Российской Федерации - 40 915,72 млн. рублей."; дополнить новой частью второй следующего содержания: "Установить, что средства федерального бюджета, предусмотренные по разделу "Финансовая помощь другим бюджетам бюджетной системы" функциональной классификации расходов бюджетов Российской Федерации, направляются на: субвенции и субсидии на строительство и реконструкцию автомобильных дорог общего пользования и искусственных сооружений на них, субсидии на ремонт и содержание автомобильных дорог общего пользования, субсидии на приведение в нормативное состояние проезжей части улично-дорожной сети для проезда транзитного транспорта - в сумме 39 096,482 млн. рублей; субсидии на приведение в нормативное состояние связывающих населенные пункты сельских автомобильных дорог для приемки их в сеть автомобильных дорог общего пользования - в сумме 1 715,338 млн. рублей; создание резерва средств, направляемых Правительством Российской Федерации на увеличение размеров субвенций и субсидий бюджетам субъектов Российской Федерации на финансирование работ на автомобильных дорогах общего пользования, подвергшихся разрушению в результате обстоятельств непреодолимой силы, - в сумме 103,9 млн. рублей."; часть четвертую исключить; части вторую - тринадцатую считать соответственно частями третьей - тринадцатой</w:t>
      </w:r>
    </w:p>
    <w:p>
      <w:r>
        <w:t>статью 99 дополнить частью второй следующего содержания: "Министерство финансов Российской Федерации вправе осуществлять в 2003 году (по истечении предельного срока погашения) через Сберегательный банк Российской Федерации погашение облигаций государственных целевых беспроцентных займов и целевых расчетных чеков с правом приобретения легковых автомобилей в 1991 - 1992 годах, оставшихся непогашенными на 1 января 2003 года, в порядке и размере, установленных для каждого вида обязательства Федеральным законом от 1 июня 1995 года № 86-ФЗ "О государственных долговых товарных обязательствах"."</w:t>
      </w:r>
    </w:p>
    <w:p>
      <w:r>
        <w:t>в части второй статьи 100 слова "622,0 млн. долларов США" заменить словами "936,1 млн. долларов США"</w:t>
      </w:r>
    </w:p>
    <w:p>
      <w:r>
        <w:t>статью 110 изложить в следующей редакции: " Статья 110. Правительство Российской Федерации вправе продолжить в 2003 году проведение реструктуризации задолженности по государственным кредитам, полученным в 1992 - 1998 годах субъектами Российской Федерации и российскими организациями в результате отпуска из Государственного фонда драгоценных металлов и драгоценных камней Российской Федерации согласно решениям Президента Российской Федерации и Правительства Российской Федерации в порядке, предусмотренном статьей 85 Федерального закона от 30 декабря 2001 года № 194-ФЗ "О федеральном бюджете на 2002 год"."</w:t>
      </w:r>
    </w:p>
    <w:p>
      <w:r>
        <w:t>дополнить статьей 112 1 следующего содержания: " Статья 112 1 . Произвести списание задолженности по основному долгу Главного управления торговли Министерства обороны Российской Федерации перед федеральным бюджетом по бюджетным ссудам, полученным управлением в 1994 - 1995 годах для завоза продукции (товаров) в районы Крайнего Севера и приравненные к ним местности и обеспечения продуктами питания войск и товарами первой необходимости личного состава войск, осуществляющих миротворческую миссию Российской Федерации в зонах межнациональных конфликтов, в сумме 340,3 млн. рублей. Признать утратившими силу абзацы второй и третий статьи 78 Федерального закона от 30 декабря 2001 года № 194-ФЗ "О федеральном бюджете на 2002 год" (Собрание законодательства Российской Федерации, 2001, № 53, ст. 5030)."</w:t>
      </w:r>
    </w:p>
    <w:p>
      <w:r>
        <w:t>статью 124: дополнить новыми частями десятой и одиннадцатой следующего содержания: "В случае смерти в 1998 - 2000 годах владельца вкладов (взносов), размещенных в Сберегательном банке Российской Федерации, в организациях государственного страхования, наследникам (без ограничения возраста) производится выплата предварительной компенсации на оплату ритуальных услуг в размере до 1,0 тыс. рублей. В случае смерти в 1998 - 2000 годах участника Великой Отечественной войны, являвшегося владельцем вкладов (взносов), размещенных в Сберегательном банке Российской Федерации, в организациях государственного страхования, его наследникам (без ограничения возраста), получившим предварительную компенсацию по вкладам на оплату ритуальных услуг в размере до 1,0 тыс. рублей, производится доплата компенсации на оплату ритуальных услуг в размере до 6,0 тыс. рублей."; части десятую - четырнадцатую считать соответственно частями двенадцатой - шестнадцатой</w:t>
      </w:r>
    </w:p>
    <w:p>
      <w:r>
        <w:t>в статье 129 1 : в абзаце первом слова "частью второй статьи 87, статьями 88, 121 и 122" заменить словами "частями третьей и двенадцатой статьи 87, статьями 88, 115, 121 и 122"; дополнить новым абзацем четвертым следующего содержания: "принятием Правительством Российской Федерации решения о перераспределении объемов государственных капитальных вложений по стройкам и объектам Федеральной адресной инвестиционной программы на 2003 год;"; абзац четвертый считать абзацем пятым</w:t>
      </w:r>
    </w:p>
    <w:p>
      <w:r>
        <w:t>статью 134 дополнить частью второй следующего содержания: "Установить, что операция по переоформлению облигаций федерального займа с постоянным купонным доходом, определенная частью первой настоящей статьи, не подлежит отражению в Программе государственных внутренних заимствований Российской Федерации на 2003 год."</w:t>
      </w:r>
    </w:p>
    <w:p>
      <w:r>
        <w:t>статью 143 изложить в следующей редакции: " Статья 143. Правительство Российской Федерации завершает в 2003 году в установленном порядке инвентаризацию расходов и объемов незавершенного производства по созданию многоразовой системы "Энергия - Буран". С учетом итогов инвентаризации Правительство Российской Федерации в 2004 году определяет порядок дальнейшего использования основных фондов, научно-технической продукции и не завершенных производством изделий, созданных в процессе работы по многоразовой системе "Энергия - Буран"."</w:t>
      </w:r>
    </w:p>
    <w:p>
      <w:r>
        <w:t>абзац шестнадцатый части второй статьи 144 изложить в следующей редакции: "дотации бюджетам субъектов Российской Федерации на поддержку мер по обеспечению сбалансированности бюджетов субъектов Российской Федерации, включая возмещение выпадающих доходов в связи с изменением бюджетного и налогового законодательства Российской Федерации в сумме 1 416 781,9 тыс. рублей согласно приложению 39 к настоящему Федеральному закону."</w:t>
      </w:r>
    </w:p>
    <w:p>
      <w:r>
        <w:t>приложения 1 (секретно), 4 (секретно), 5, 6, 7, 8 (совершенно секретно), 9 (секретно), 10 (секретно), 12 (секретно), 15, 17, 18, 19, 21, 22 (секретно), 25, 26, перечень 3 приложения 26, приложения 27, 28 (секретно), 29, 30 (совершенно секретно), 31, 32, 35, 36, 37, 38 (секретно) и 39 изложить в новой редакции согласно приложениям к настоящему Федеральному закону. Статья 2 Настоящий Федеральный закон вступает в силу со дня его официального опубликования. Президент Российской Федерации В.Путин Москва, Кремль 11 ноября 2003 года № 150-ФЗ "Приложение 5 к Федеральному закону "О федеральном бюджете на 2003 год" (в редакции Федерального закона "О внесении изменений и дополнений в Федеральный закон "О федеральном бюджете на 2003 год") Объём поступлений доходов федерального бюджета в 2003 году (тыс. рублей) Код бюджетной классификации Российской Федерации Наименование налога (сбора) Сумма 1000000 Налоговые доходы 2 012 252 300,0 1010000 Налоги на прибыль 163 554 500,0 1010100 Налог на прибыль организаций 161 861 700,0 1010401 Налог на игорный бизнес 1 692 800,0 1020000 Налоги на товары и услуги. Лицензионные и регистрационные сборы 1 137 317 600,0 1020100 Налог на добавленную стоимость 881 562 300,0 1020101 Налог на добавленную стоимость на товары, производимые на территории Российской Федерации 622 600 000,0 1020111 В том числе возмещение налога на добавленную стоимость, уплаченного поставщикам материальных ресурсов, использованных при производстве экспортной продукции 290 000 000,0 1020102 Налог на добавленную стоимость на товары, ввозимые на территорию Российской Федерации 258 962 300,0 1020200 Акцизы по подакцизным товарам (продукции) и отдельным видам минерального сырья, производимым на территории Российской Федерации 250 602 400,0 1020201, 1020202, 1020203 этиловый спирт-сырец и спирт этиловый из всех видов сырья, спирт питьевой и спиртосодержащие растворы 3 537 300,0 1020204 табачные изделия 18 030 200,0 1020206 бензин автомобильный 23 456 300,0 1020207 бензин автомобильный (в части сумм, зачисляемых в федеральный бюджет по расчетам за 2002 год, и погашения задолженности прошлых лет) 12 142 000,0 1020208 легковые автомобили и мотоциклы 270 000,0 1020209 природный газ 157 948 500,0 1020211 дизельное топливо 8 759 200,0 1020212 дизельное топливо (в части сумм, зачисляемых в федеральный бюджет по расчетам за 2002 год, и погашения задолженности прошлых лет) 2 300 300,0 1020213 масла для дизельных и карбюраторных (инжекторных) двигателей 772 100,0 1020220 водка 20 492 400,0 1020230 ликероводочные изделия 2 894 100,0 1020300 Акцизы по подакцизным товарам и продукции, ввозимым на территорию Российской Федерации 4 000 000,0 1020400 Лицензионные и регистрационные сборы 1 143 300,0 1030000 Налоги на совокупный доход 9 319 800,0 1030100 Единый налог, взимаемый в связи с применением упрощенной системы налогообложения 4 652 500,0 1030200 Единый налог на вмененный доход для отдельных видов деятельности 4 667 300,0 1040400 Налог на операции с ценными бумагами 2 311 300,0 1050000 Платежи за пользование природными ресурсами 243 075 700,0 1050100 Платежи за пользование недрами (в части погашения задолженности прошлых лет) 118 900,0 1050300 Налог на добычу полезных ископаемых 240 945 200,0 1050900 Отчисления на воспроизводство минерально-сырьевой базы (в части погашения задолженности прошлых лет) 593 000,0 1060000 Налоги на внешнюю торговлю и внешнеэкономические операции 449 900 000,0 1060101 Ввозные таможенные пошлины 155 900 000,0 1060102 Вывозные таможенные пошлины 294 000 000,0 1400000 Прочие налоги, пошлины и сборы 6 773 400,0 1400100 Государственная пошлина 2 709 500,0 1400302 Сбор за использование наименований "Россия", "Российская Федерация" и образованных на их основе слов и словосочетаний 2 600 000,0 1400305 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 (соглашениями) 762 800,0 2000000 Неналоговые доходы 170 648 300,0 2010000 Доходы от имущества, находящегося в государственной и муниципальной собственности, или от деятельности государственных и муниципальных организаций 111 522 600,0 2010110 Дивиденды по акциям, находящимся в собственности Российской Федерации 11 371 100,0 2010200 Доходы от сдачи в аренду имущества, находящегося в государственной и муниципальной собственности 8 619 200,0 2010205 - 2010210, 2010212, 2010241 Доходы от сдачи в аренду имущества, находящегося в государственной собственности 8 619 200,0 2010600 Доходы от оказания услуг или компенсации затрат государства 28 726 200,0 2010601 консульский сбор, взимаемый на территории Российской Федерации 240 000,0 2010602 плата за выдаваемые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иностранным гражданам и лицам без гражданства 2 200 000,0 2010605 пробирная плата (пробирный сбор) 157 100,0 2010606 плата за заимствование материальных ценностей из государственного материального резерва 700 000,0 2010607 прочие доходы от операций с государственным материальным резервом 21 781 700,0 2010608 - 2010612 доходы от платных услуг, оказываемых федеральными органами власти 843 100,0 2010613 Доходы от отпуска семян из государственных семенных фондов 3 300,0 2010616 доходы от использования лесного фонда 1 676 600,0 2010603, 2010604, 2010615, 2010641 прочие доходы 1 124 400,0 2010700 Перечисление прибыли Центрального банка Российской Федерации 24 922 700,0 2010800 Платежи от государственных и муниципальных организаций 19 237 400,0 2010810 патентные пошлины и регистрационные сборы за официальную регистрацию программ для ЭВМ, баз данных и топологий интегральных микросхем 884 800,0 2010820 доходы от деятельности СП "Вьетсовпетро" 15 722 100,0 2010831 перечисление части прибыли государственных унитарных предприятий, остающейся после уплаты налогов и иных обязательных платежей 2 500 000,0 2010841 прочие доходы 130 500,0 2017000 Плата за пользование водными биологическими ресурсами, включая поступления от реализации квот на вылов (добычу) водных биологических ресурсов 14 046 200,0 2010310, 2010401, 2010900, 2012000, 2013010, 2015000, 2018000, 2019010 Прочие поступления от имущества, находящегося в государственной и муниципальной собственности, а также поступления от разрешенных видов деятельности организаций 4 370 100,0 2040000 Доходы от продажи нематериальных активов 10 900,0 2060000 Административные платежи и сборы 1 476 200,0 2060200 Исполнительский сбор 1 280 000,0 2060100, 2064010 Прочие платежи, взимаемые государственными организациями за выполнение определенных функций 196 200,0 2070000 Штрафные санкции, возмещение ущерба 1 821 000,0 2080000 Доходы от внешнеэкономической деятельности 50 673 200,0 2080100 Проценты по государственным кредитам 11 376 000,0 2080400 Таможенные сборы 39 000 000,0 2090000 Прочие неналоговые доходы 5 144 400,0 2090100 Доходы от реализации на экспорт высокообогащенного урана и природного сырьевого компонента низкообогащенного урана 3 570 000,0 2090210 Прочие доходы 1 574 400,0 Всего доходов (без доходов целевых бюджетных фондов) 2 182 900 600,0 4000000 Доходы целевых бюджетных фондов 14 066 300,0 4080000 Фонд Министерства Российской Федерации по атомной энергии 14 066 300,0 Итого доходов 2 196 966 900,0 1010510 Единый социальный налог, зачисляемый в федеральный бюджет 365 640 000,0 Всего доходов 2 562 606 900,0". "Приложение 6 к Федеральному закону "О федеральном бюджете на 2003 год" (в редакции Федерального закона "О внесении изменений и дополнений в Федеральный закон "О федеральном бюджете на 2003 год") Распределение расходов федерального бюджета на 2003 год по разделам и подразделам функциональной классификации расходов бюджетов Российской Федерации (тыс. рублей) Код бюджетной классификации Российской Федерации Наименование Сумма 1 2 3 ВСЕГО РАСХОДОВ в том числе: 2 414 352 239,4 0100 Государственное управление и местное самоуправление 67 611 292,6 0101 Функционирование главы государства - Президента Российской Федерации 4 769 479,9 0102 Функционирование законодательных (представительных) органов государственной власти 2 636 048,3 0103 Функционирование исполнительных органов государственной власти 15 582 493,3 0104 Деятельность финансовых и налоговых органов 42 803 974,1 0105 Прочие расходы на общегосударственное управление 1 819 297,0 0200 Судебная власть 25 485 900,0 0201 Федеральная судебная система 25 485 900,0 0300 Международная деятельность 38 838 656,7 0301 Международное сотрудничество 26 660 506,5 0303 Реализация межгосударственных договоров в рамках Содружества Независимых Государств 9 652 894,5 0304 Международные культурные, научные и информационные связи 1 066 744,1 0305 Экономическая и гуманитарная помощь другим государствам 74 529,0 0306 Реализация международных обязательств в сфере военно-технического сотрудничества 1 383 982,6 0400 Национальная оборона 354 906 819,3 0401 Строительство и содержание Вооруженных Сил Российской Федерации 336 477 764,5 0402 Военная программа Министерства Российской Федерации по атомной энергии 13 012 000,0 0403 Обеспечение мобилизационной и вневойсковой подготовки 4 169 808,8 0404 Подготовка и участие в обеспечении коллективной безопасности и миротворческой деятельности 894 746,0 0407 Обеспечение деятельности отраслей для национальной обороны 352 500,0 0500 Правоохранительная деятельность и обеспечение безопасности государства 249 798 722,2 0501 Органы внутренних дел 70 559 151,6 0502 Внутренние войска 19 222 176,6 0503 Уголовно-исполнительная система 45 985 330,6 0504 Органы налоговой полиции 3 484 812,1 0505 Органы государственной безопасности 48 175 539,7 0506 Органы пограничной службы 26 199 171,3 0507 Таможенные органы 12 673 549,9 0508 Органы прокуратуры 11 839 699,4 0510 Органы юстиции 7 235 209,5 0511 Государственная фельдъегерская служба 626 604,9 0512 Органы по контролю за оборотом наркотических средств и психотропных веществ 3 797 476,6 0600 Фундаментальные исследования и содействие научно-техническому прогрессу 40 239 736,7 0601 Фундаментальные исследования 19 853 714,4 0602 Разработка перспективных технологий и приоритетных направлений научно-технического прогресса 20 386 022,3 0700 Промышленность, энергетика и строительство 68 958 892,8 0701 Топливно-энергетический комплекс 7 028 500,0 0704 Конверсия оборонной промышленности 250 000,0 0705 Другие отрасли промышленности 457 010,0 0707 Строительство, архитектура 53 087 286,3 0708 Стандартизация и метрология 168 188,0 0709 Воспроизводство минерально-сырьевой базы 6 940 400,0 0710 Содержание органов специального строительства 1 027 508,5 0800 Сельское хозяйство и рыболовство 32 377 348,5 0801 Сельскохозяйственное производство 22 810 839,0 0802 Земельные ресурсы 1 764 943,3 0804 Рыболовное хозяйство 2 943 266,2 0805 Прочие мероприятия в области сельского хозяйства 4 858 300,0 0900 Охрана окружающей природной среды и природных ресурсов, гидрометеорология, картография и геодезия 10 763 718,3 0901 Водные ресурсы 1 041 003,4 0902 Лесные ресурсы 6 355 778,2 0903 Охрана окружающей природной среды, животного и растительного мира 876 393,7 0904 Гидрометеорология 1 860 543,0 0905 Картография и геодезия 630 000,0 1000 Транспорт, связь и информатика 6 540 130,0 1001 Автомобильный транспорт 114 400,0 1002 Железнодорожный транспорт 300 000,0 1003 Воздушный транспорт 2 142 700,1 1004 Водный транспорт 2 302 489,9 1006 Связь 1 678 440,0 1007 Информатика (информационное обеспечение) 2 100,0 1100 Развитие рыночной инфраструктуры 100 000,0 1101 Малый бизнес и предпринимательство 100 000,0 1300 Предупреждение и ликвидация последствий чрезвычайных ситуаций и стихийных бедствий 23 395 275,1 1302 Предупреждение и ликвидация последствий чрезвычайных ситуаций 12 703 921,0 1303 Гражданская оборона 66 650,0 1304 Государственная противопожарная служба 10 624 704,1 1400 Образование 99 092 420,0 1401 Дошкольное образование 1 040 174,8 1402 Общее образование 1 830 354,3 1403 Начальное профессиональное образование 21 462 094,2 1404 Среднее профессиональное образование 12 756 447,7 1405 Переподготовка и повышение квалификации 1 242 058,7 1406 Высшее профессиональное образование 54 549 786,4 1407 Прочие расходы в области образования 6 211 503,9 1500 Культура, искусство и кинематография 13 982 549,1 1501 Культура и искусство 11 920 135,5 1502 Кинематография 2 047 198,2 1503 Прочие мероприятия в области культуры и искусства 15 215,4 1600 Средства массовой информации 12 695 813,8 1601 Телевидение и радиовещание 11 763 010,4 1602 Периодическая печать и издательства 608 013,4 1603 Прочие средства массовой информации 324 790,0 1700 Здравоохранение и физическая культура 39 475 431,1 1701 Здравоохранение 31 486 606,2 1702 Санитарно-эпидемиологический надзор 5 528 124,9 1703 Физическая культура и спорт 2 460 700,0* 1800 Социальная политика 144 119 530,2 1801 Учреждения социального обеспечения и службы занятости 4 532 559,9 1802 Социальная помощь 10 557 653,1 1804 Пенсии военнослужащим 62 598 095,5 1805 Пенсии и пособия в правоохранительных органах 36 877 505,3 1806 Прочие мероприятия в области социальной политики 26 795 559,4 1808 Миграционная политика 2 758 157,0 1900 Обслуживание государственного и муниципального долга 250 042 413,2 1901 Обслуживание государственного и муниципального внутреннего долга 47 295 431,3 1902 Обслуживание государственного внешнего долга 202 746 981,9 2000 Пополнение государственных запасов и резервов 20 956 350,0 2002 Государственный материальный резерв 20 481 650,0 2003 Прочие государственные запасы и резервы 474 700,0 2100 2101 2102 2103 2104 Финансовая помощь другим бюджетам бюджетной системы Финансовая помощь бюджетам других уровней Фонд регионального развития Мероприятия в области регионального развития Средства, передаваемые государственным внебюджетным фондам 802 506 075,6 348 405 442,4 12 790 880,0 16 590 930,0 424 718 823,2 2200 2201 2202 Утилизация и ликвидация вооружений, включая выполнение международных договоров Утилизация и ликвидация вооружений по международным договорам Утилизация и ликвидация вооружений, исключая международные договоры 10 759 750,0 10 244 037,2 515 712,8 2300 2301 Мобилизационная подготовка экономики Мобилизационная подготовка экономики 500 000,0 500 000,0 2400 2401 2402 Исследование и использование космического пространства Государственная поддержка космической деятельности Научно-исследовательские и опытно-конструкторские работы в области космической деятельности 7 651 300,0 2 524 000,0 5 127 300,0 2500 2501 Военная реформа Проведение военной реформы 17 654 309,3 17 654 309,3 2600 2601 Дорожное хозяйство Дорожное хозяйство 44 625 183,9 44 625 183,9 3000 3001 3002 3003 3004 Прочие расходы Резервные фонды Проведение выборов и референдумов Бюджетные кредиты (бюджетные ссуды) Прочие расходы, не отнесенные к другим подразделам 17 208 321,0 2 231 719,9 9 825 800,0 3 920 000,0 1 230 801,1 3100 3109 Целевые бюджетные фонды Фонд Министерства Российской Федерации по атомной энергии 14 066 300,0 14 066 300,0". __________________ * Из них финансирование мероприятий по подготовке и участию сборных команд Российской Федерации в зимних Сурдоолимпийских играх 2003 года - 20 000,0 тыс. рублей, организации и проведению мероприятий по подготовке к летним Параолимпийским играм 2004 года - 40 000,0 тыс. рублей. "Приложение 7 к Федеральному закону "О федеральном бюджете на 2003 год" (в редакции Федерального закона "О внесении изменений и дополнений в Федеральный закон "О федеральном бюджете на 2003 год") ВЕДОМСТВЕННАЯ СТРУКТУРА РАСХОДОВ ФЕДЕРАЛЬНОГО БЮДЖЕТА НА 2003 ГОД (тыс. рублей) Наименование Мин Рз ПР ЦСР ВР Сумма ВСЕГО 2 180 447 129,5 МИНИСТЕРСТВО ЭНЕРГЕТИКИ РОССИЙСКОЙ ФЕДЕРАЦИИ 020 9 677 818,1 Государственное управление и местное самоуправление 020 01 218 210,2 Функционирование исполнительных органов государственной власти 020 01 03 218 210,2 Центральный аппарат 020 01 03 037 203 232,4 Денежное содержание аппарата 020 01 03 037 027 83 295,3 Расходы на содержание аппарата 020 01 03 037 029 119 937,1 Территориальные органы 020 01 03 038 14 242,8 Денежное содержание аппарата 020 01 03 038 027 10 827,9 Расходы на содержание аппарата 020 01 03 038 029 3 414,9 Реализация государственной политики в области приватизации и управления федеральной собственностью 020 01 03 067 735,0 Расходы, связанные с деятельностью по управлению находящимися в федеральной собственности акциями открытых акционерных обществ 020 01 03 067 061 735,0 Международная деятельность 020 03 177 366,3 Международное сотрудничество 020 03 01 174 413,0 Взносы в международные организации 020 03 01 121 3 007,0 Взносы в международные организации 020 03 01 121 053 3 007,0 Расходы по обязательствам в рамках проектов, финансируемых с участием международных финансовых организаций 020 03 01 130 27 680,0 Прочие расходы, не отнесенные к другим видам расходов 020 03 01 130 397 27 680,0 Расходы в сфере международной деятельности 020 03 01 131 143 726,0 Прочие расходы, не отнесенные к другим видам расходов 020 03 01 131 397 143 726,0 Международные культурные, научные и информационные связи 020 03 04 2 953,3 Расходы на международные культурные, научные и информационные связи 020 03 04 125 2 953,3 Участие в международных конференциях 020 03 04 125 050 2 953,3 Фундаментальные исследования и содействие научно-техническому прогрессу 020 06 40 738,3 Разработка перспективных технологий и приоритетных направлений научно-технического прогресса 020 06 02 40 738,3 НИОКР 020 06 02 281 5 346,3 Другие НИОКР 020 06 02 281 216 5 346,3 Федеральная целевая программа "Энергоэффективная экономика" на 2002 - 2005 годы и на перспективу до 2010 года 020 06 02 669 35 392,0 Подпрограмма "Энергоэффективность топливно-энергетического комплекса" 020 06 02 669 809 28 672,0 Подпрограмма "Энергоэффективность в сфере потребления" 020 06 02 669 811 6 720,0 Промышленность, энергетика и строительство 020 07 8 299 500,0 Топливно-энергетический комплекс 020 07 01 7 028 500,0 Государственная поддержка угольной отрасли 020 07 01 300 6 628 500,0 Технические работы по ликвидации особо убыточных и неперспективных угольных шахт и разрезов 020 07 01 300 420 2 463 000,0 Научно-техническое и проектное обеспечение реструктуризации угольной промышленности 020 07 01 300 421 57 000,0 Социальная защита работников, высвобождаемых в связи с реструктуризацией угольной промышленности, членов их семей, пенсионеров и инвалидов, работавших в угольной промышленности 020 07 01 300 422 1 000 000,0 Реализация программ местного развития и обеспечения занятости для шахтерских городов и поселков 020 07 01 300 423 1 100 000,0 Формирование и использование централизованного резервного фонда социальной поддержки работников ликвидируемых угольных шахт и разрезов 020 07 01 300 425 130 000,0 Предоставление организациям угольной промышленности инвестиций и средств на разработку научно-технических программ 020 07 01 300 426 150 000,0 Расходы на управление угольной отраслью 020 07 01 300 429 130 000,0 Формирование и использование централизованного резервного фонда реструктуризации угольной промышленности 020 07 01 300 430 200 000,0 Мероприятия по созданию безопасных условий работы в угольной отрасли 020 07 01 300 431 948 500,0 Субсидирование процентных ставок по привлеченным кредитам 020 07 01 300 463 450 000,0 Прочие расходы, не отнесенные к другим целевым статьям 020 07 01 515 400 000,0 Субсидирование процентных ставок по привлеченным кредитам 020 07 01 515 463 400 000,0 Строительство, архитектура 020 07 07 1 271 000,0 Федеральная целевая программа "Энергоэффективная экономика" на 2002 - 2005 годы и на перспективу до 2010 года 020 07 07 669 1 271 000,0 Подпрограмма "Энергоэффективность топливно-энергетического комплекса" 020 07 07 669 809 1 244 000,0 Подпрограмма "Энергоэффективность в сфере потребления" 020 07 07 669 811 27 000,0 Образование 020 14 482 353,3 Дошкольное образование 020 14 01 682,4 Ведомственные расходы на образование 020 14 01 400 682,4 Детские дошкольные учреждения 020 14 01 400 259 682,4 Среднее профессиональное образование 020 14 04 478 637,3 Ведомственные расходы на образование 020 14 04 400 478 637,3 Средние специальные учебные заведения 020 14 04 400 268 478 637,3 Прочие расходы в области образования 020 14 07 3 033,6 Ведомственные расходы на образование 020 14 07 400 3 033,6 Прочие учреждения и мероприятия в области образования 020 14 07 400 272 3 033,6 Здравоохранение и физическая культура 020 17 40 700,0 Здравоохранение 020 17 01 40 700,0 Ведомственные расходы на здравоохранение 020 17 01 430 40 700,0 Больницы, клиники, госпитали 020 17 01 430 300 21 500,0 Поликлиники, амбулатории, диагностические центры 020 17 01 430 301 19 200,0 Финансовая помощь другим бюджетам бюджетной системы 020 21 418 950,0 Мероприятия в области регионального развития 020 21 03 418 950,0 Государственные капитальные вложения 020 21 03 313 377 400,1 Государственные капитальные вложения на безвозвратной основе 020 21 03 313 198 377 400,1 Федеральная целевая программа "Энергоэффективная экономика" на 2002 - 2005 годы и на перспективу до 2010 года 020 21 03 669 41 549,9 Подпрограмма "Энергоэффективность топливно-энергетического комплекса" 020 21 03 669 809 33 549,9 Подпрограмма "Энергоэффективность в сфере потребления" 020 21 03 669 811 8 000,0 МИНИСТЕРСТВО ПУТЕЙ СООБЩЕНИЯ РОССИЙСКОЙ ФЕДЕРАЦИИ 022 5 774 006,9 Государственное управление и местное самоуправление 022 01 177 752,4 Функционирование исполнительных органов государственной власти 022 01 03 177 752,4 Центральный аппарат 022 01 03 037 177 752,4 Денежное содержание аппарата 022 01 03 037 027 101 590,0 Расходы на содержание аппарата 022 01 03 037 029 76 162,4 Международная деятельность 022 03 7 745,9 Международные культурные, научные и информационные связи 022 03 04 7 745,9 Расходы на международные культурные, научные и информационные связи 022 03 04 125 7 745,9 Участие в международных конференциях 022 03 04 125 050 7 745,9 Промышленность, энергетика и строительство 022 07 3 000,0 Строительство, архитектура 022 07 07 3 000,0 Государственные капитальные вложения 022 07 07 313 3 000,0 Государственные капитальные вложения на безвозвратной основе 022 07 07 313 198 3 000,0 Транспорт, связь и информатика 022 10 300 000,0 Железнодорожный транспорт 022 10 02 300 000,0 Государственная поддержка железнодорожного транспорта 022 10 02 370 300 000,0 Целевые субсидии и субвенции 022 10 02 370 290 300 000,0 Образование 022 14 3 519 808,6 Дошкольное образование 022 14 01 879 662,2 Ведомственные расходы на образование 022 14 01 400 879 662,2 Детские дошкольные учреждения 022 14 01 400 259 879 662,2 Общее образование 022 14 02 873 644,1 Ведомственные расходы на образование 022 14 02 400 873 644,1 Школы - детские сады, школы начальные, неполные средние и средние 022 14 02 400 260 498 440,8 Школы-интернаты 022 14 02 400 263 354 050,1 Учреждения по внешкольной работе с детьми 022 14 02 400 264 21 153,2 Среднее профессиональное образование 022 14 04 563 491,1 Ведомственные расходы на образование 022 14 04 400 563 491,1 Средние специальные учебные заведения 022 14 04 400 268 563 491,1 Высшее профессиональное образование 022 14 06 976 906,2 Ведомственные расходы на образование 022 14 06 400 976 906,2 Высшие учебные заведения 022 14 06 400 271 976 906,2 Прочие расходы в области образования 022 14 07 226 105,0 Ведомственные расходы на образование 022 14 07 400 226 105,0 Прочие учреждения и мероприятия в области образования 022 14 07 400 272 226 105,0 Здравоохранение и физическая культура 022 17 1 765 700,0 Здравоохранение 022 17 01 1 445 700,0 Ведомственные расходы на здравоохранение 022 17 01 430 1 445 700,0 Больницы, клиники, госпитали 022 17 01 430 300 1 297 440,0 Поликлиники, амбулатории, диагностические центры 022 17 01 430 301 132 515,0 Станции переливания крови 022 17 01 430 303 15 745,0 Санитарно-эпидемиологический надзор 022 17 02 320 000,0 Ведомственные расходы на санитарно-эпидемиологический надзор 022 17 02 432 320 000,0 Центры государственного санитарно-эпидемиологического надзора 022 17 02 432 311 320 000,0 ФЕДЕРАЛЬНАЯ СЛУЖБА ЖЕЛЕЗНОДОРОЖНЫХ ВОЙСК РОССИЙСКОЙ ФЕДЕРАЦИИ 029 3 348 198,8 Национальная оборона 029 04 3 293 198,8 Обеспечение мобилизационной и вневойсковой подготовки 029 04 03 3 293 198,8 НИОКР 029 04 03 281 125 470,0 Прочие вооружение, военная и специальная техника, продукция производственно-технического назначения и имущество 029 04 03 281 629 125 470,0 Обеспечение личного состава войск (сил) 029 04 03 601 2 321 234,0 Денежное содержание гражданского персонала 029 04 03 601 600 169 340,0 Денежное довольствие военнослужащих 029 04 03 601 601 1 246 960,0 Продовольственное обеспечение военнослужащих 029 04 03 601 602 605 750,0 Вещевое обеспечение военнослужащих 029 04 03 601 603 147 840,0 Транспортное обеспечение при проезде в отпуск и на лечение военнослужащих и членов их семей 029 04 03 601 604 60 240,0 Обеспечение льгот и компенсаций военнослужащим и членам их семей 029 04 03 601 605 46 000,0 Прочие расходы, связанные с обеспечением личного состава 029 04 03 601 606 45 104,0 Боевая подготовка и материально- техническое обеспечение войск (сил) 029 04 03 602 462 726,0 Оплата и хранение специального топлива и горюче-смазочных материалов в рамках государственного оборонного заказа 029 04 03 602 607 74 952,0 Обеспечение электросвязью в рамках государственного оборонного заказа 029 04 03 602 608 6 000,0 Транспортное обеспечение в рамках государственного оборонного заказа 029 04 03 602 609 18 704,0 Содержание, эксплуатация и текущий ремонт вооружения, военной техники и имущества 029 04 03 602 610 5 000,0 Содержание и эксплуатация учебных объектов боевой и физической подготовки 029 04 03 602 613 3 000,0 Прочие расходы, связанные с боевой подготовкой и материально-техническим обеспечением войск (сил) 029 04 03 602 615 355 070,0 Закупки вооружений, военной техники, продукции производственно-технического назначения и имущества 029 04 03 603 193 330,0 Автобронетанковая техника 029 04 03 603 622 22 200,0 Автоматизированные системы и средства управления, связи, разведки, РЭП, информационного противодействия, другая радиоэлектронная и специальная техника 029 04 03 603 625 22 000,0 Средства радиационной, химической, биологической защиты, инженерного и тылового обеспечения 029 04 03 603 626 15 150,0 Прочие вооружение, военная и специальная техника, продукция производственно-технического назначения и имущество 029 04 03 603 629 133 980,0 Ремонт вооружений, военной техники, продукции производственно-технического назначения и имущества на предприятиях 029 04 03 604 27 720,0 Автобронетанковая техника 029 04 03 604 622 6 200,0 Автоматизированные системы и средства управления, связи, разведки, РЭП, информационного противодействия, другая радиоэлектронная и специальная техника 029 04 03 604 625 560,0 Прочие вооружение, военная и специальная техника, продукция производственно-технического назначения и имущество 029 04 03 604 629 20 960,0 Строительство специальных и других объектов 029 04 03 605 120 000,0 Специальные объекты 029 04 03 605 630 120 000,0 Расходы военных (специальных) образовательных учреждений 029 04 03 606 28,8 Расходы на обеспечение учебного процесса военных (специальных) образовательных учреждений 029 04 03 606 633 28,8 Страховые гарантии военнослужащим 029 04 03 607 42 690,0 Обязательное государственное страхование жизни и здоровья военнослужащих 029 04 03 607 634 36 790,0 Единовременные пособия в случае гибели (смерти) или повреждения здоровья военнослужащих при исполнении обязанностей военной службы 029 04 03 607 635 5 900,0 Промышленность, энергетика и строительство 029 07 55 000,0 Строительство, архитектура 029 07 07 55 000,0 Государственные капитальные вложения по специальным министерствам и ведомствам 029 07 07 315 55 000,0 Государственные капитальные вложения на безвозвратной основе 029 07 07 315 198 55 000,0 МИНИСТЕРСТВО ПРИРОДНЫХ РЕСУРСОВ РОССИЙСКОЙ ФЕДЕРАЦИИ 050 18 068 215,2 Государственное управление и местное самоуправление 050 01 1 583 737,4 Функционирование исполнительных органов государственной власти 050 01 03 1 583 737,4 Центральный аппарат 050 01 03 037 148 929,8 Денежное содержание аппарата 050 01 03 037 027 89 550,8 Расходы на содержание аппарата 050 01 03 037 029 59 379,0 Территориальные органы 050 01 03 038 1 434 807,6 Денежное содержание аппарата 050 01 03 038 027 983 617,8 Расходы на содержание аппарата 050 01 03 038 029 451 189,8 Международная деятельность 050 03 269 040,2 Международное сотрудничество 050 03 01 265 317,8 Взносы в международные организации 050 03 01 121 44 511,5 Взносы в международные организации 050 03 01 121 053 44 511,5 Расходы по обязательствам в рамках проектов, финансируемых с участием международных финансовых организаций 050 03 01 130 31 210,3 Прочие расходы, не отнесенные к другим видам расходов 050 03 01 130 397 31 210,3 Расходы в сфере международной деятельности 050 03 01 131 189 596,0 Прочие расходы, не отнесенные к другим видам расходов 050 03 01 131 397 189 596,0 Международные культурные, научные и информационные связи 050 03 04 3 722,4 Расходы на международные культурные, научные и информационные связи 050 03 04 125 3 722,4 Участие в международных конференциях 050 03 04 125 050 3 722,4 Фундаментальные исследования и содействие научно-техническому прогрессу 050 06 126 546,6 Разработка перспективных технологий и приоритетных направлений научно-технического прогресса 050 06 02 126 546,6 НИОКР 050 06 02 281 53 374,6 Другие НИОКР 050 06 02 281 216 53 374,6 Федеральная целевая программа "Экология и природные ресурсы России (2002 - 2010 годы)" 050 06 02 648 59 800,0 Подпрограмма "Леса" 050 06 02 648 784 10 100,0 Подпрограмма "Водные ресурсы и водные объекты" 050 06 02 648 785 5 800,0 Подпрограмма "Регулирование качества окружающей природной среды" 050 06 02 648 787 2 800,0 Подпрограмма "Отходы" 050 06 02 648 788 10 300,0 Подпрограмма "Поддержка особо охраняемых природных территорий" 050 06 02 648 789 4 000,0 Подпрограмма "Сохранение редких и исчезающих видов животных и растений" 050 06 02 648 790 3 600,0 Подпрограмма "Охрана озера Байкал и Байкальской природной территории" 050 06 02 648 791 2 700,0 Подпрограмма "Возрождение Волги" 050 06 02 648 792 20 500,0 Федеральная целевая программа "Ядерная и радиационная безопасность России" на 2000 - 2006 годы 050 06 02 653 9 072,0 Подпрограмма "Создание Единой государственной автоматизированной системы контроля радиационной обстановки на территории Российской Федерации" 050 06 02 653 771 5 936,0 Подпрограмма "Снижение уровня облучения населения и техногенного загрязнения окружающей среды природными радионуклидами" 050 06 02 653 772 3 136,0 Федеральная целевая программа "Национальная технологическая база" на 2002 - 2006 годы 050 06 02 663 4 300,0 Проведение научно-исследовательских и опытно-конструкторских работ в рамках федеральных целевых программ 050 06 02 663 187 4 300,0 Промышленность, энергетика и строительство 050 07 7 391 350,0 Строительство, архитектура 050 07 07 450 950,0 Государственные капитальные вложения 050 07 07 313 179 000,0 Государственные капитальные вложения на безвозвратной основе 050 07 07 313 198 179 000,0 Федеральная целевая программа "Жилище" на 2002 - 2010 годы 050 07 07 633 3 000,0 Мероприятия по обеспечению жильем отдельных категорий граждан 050 07 07 633 760 3 000,0 Федеральная целевая программа "Экология и природные ресурсы России (2002 - 2010 годы)" 050 07 07 648 260 750,0 Подпрограмма "Леса" 050 07 07 648 784 70 000,0 Подпрограмма "Водные ресурсы и водные объекты" 050 07 07 648 785 72 600,0 Подпрограмма "Регулирование качества окружающей природной среды" 050 07 07 648 787 3 000,0 Подпрограмма "Отходы" 050 07 07 648 788 12 500,0 Подпрограмма "Поддержка особо охраняемых природных территорий" 050 07 07 648 789 14 700,0 Подпрограмма "Охрана озера Байкал и Байкальской природной территории" 050 07 07 648 791 4 900,0 Подпрограмма "Возрождение Волги" 050 07 07 648 792 83 050,0 Федеральная целевая программа "Восстановление экономики и социальной сферы Чеченской Республики (2002 год и последующие годы)" 050 07 07 676 8 200,0 Финансирование мероприятий по федеральной целевой программе восстановления экономики и социальной сферы Чеченской Республики 050 07 07 676 540 8 200,0 Воспроизводство минерально-сырьевой базы 050 07 09 6 940 400,0 Финансирование геолого-разведочных работ 050 07 09 475 6 940 400,0 Содержание подведомственных структур 050 07 09 475 075 528 990,0 Геологическое изучение недр Российской Федерации для федеральных нужд 050 07 09 475 408 2 728 400,0 Геолого-разведочные работы 050 07 09 475 410 2 622 510,0 Геологическое изучение недр континентального шельфа, Мирового океана, Арктики и Антарктики для федеральных нужд 050 07 09 475 412 1 060 500,0 Охрана окружающей природной среды и природных ресурсов, гидрометеорология, картография и геодезия 050 09 8 258 175,3 Водные ресурсы 050 09 01 1 041 003,4 Финансирование мероприятий по регулированию, использованию и охране водных ресурсов 050 09 01 360 1 041 003,4 Содержание подведомственных структур 050 09 01 360 075 350 003,4 Финансирование мероприятий в области контроля за состоянием окружающей среды, природопользования и экологической безопасности 050 09 01 360 224 25 000,0 Расходы на мероприятия по обеспечению безопасности гидротехнических сооружений и другие водохозяйственные мероприятия капитального характера 050 09 01 360 450 601 000,0 Прочие расходы на водохозяйственные мероприятия 050 09 01 360 451 65 000,0 Лесные ресурсы 050 09 02 6 355 778,2 Финансирование лесоохранных и лесовосстановительных мероприятий 050 09 02 361 6 355 778,2 Финансирование лесоохранных и лесовосстановительных мероприятий 050 09 02 361 223 5 131 090,8 Организация и содержание заповедников и национальных парков 050 09 02 361 225 224 373,4 Финансирование мероприятий по тушению лесных пожаров 050 09 02 361 227 1 000 314,0 Охрана окружающей природной среды, животного и растительного мира 050 09 03 861 393,7 Финансирование мероприятий в области контроля за состоянием окружающей природной среды и охраны природы 050 09 03 362 860 493,7 Содержание подведомственных структур 050 09 03 362 075 239 068,8 Содержание государственных инспекций по маломерным судам 050 09 03 362 080 195 708,0 Организация и содержание заповедников и национальных парков 050 09 03 362 225 355 116,9 Финансирование природоохранных мероприятий 050 09 03 362 407 60 600,0 Финансирование мероприятий, направленных на сохранение озера Байкал 050 09 03 362 465 10 000,0 Федеральная целевая программа "Комплексные меры противодействия злоупотреблению наркотиками и их незаконному обороту на 2002 - 2004 годы" 050 09 03 651 900,0 Прочие расходы, не отнесенные к другим видам расходов 050 09 03 651 397 900,0 Образование 050 14 222 035,4 Начальное профессиональное образование 050 14 03 7 119,6 Ведомственные расходы на образование 050 14 03 400 7 119,6 Профессионально-технические училища 050 14 03 400 266 7 119,6 Среднее профессиональное образование 050 14 04 212 509,8 Ведомственные расходы на образование 050 14 04 400 212 509,8 Средние специальные учебные заведения 050 14 04 400 268 212 509,8 Переподготовка и повышение квалификации 050 14 05 1 263,7 Ведомственные расходы на образование 050 14 05 400 1 263,7 Институты повышения квалификации 050 14 05 400 269 1 263,7 Прочие расходы в области образования 050 14 07 1 142,3 Ведомственные расходы на образование 050 14 07 400 1 142,3 Прочие учреждения и мероприятия в области образования 050 14 07 400 272 1 142,3 Социальная политика 050 18 2 110,3 Социальная помощь 050 18 02 2 110,3 Федеральная целевая программа "Преодоление последствий радиационных аварий на период до 2010 года" 050 18 02 655 2 110,3 Прочие расходы, не отнесенные к другим видам расходов 050 18 02 655 397 2 110,3 Финансовая помощь другим бюджетам бюджетной системы 050 21 215 220,0 Мероприятия в области регионального развития 050 21 03 215 220,0 Государственные капитальные вложения 050 21 03 313 18 000,0 Государственные капитальные вложения на безвозвратной основе 050 21 03 313 198 18 000,0 Федеральная целевая программа "Жилище" на 2002 - 2010 годы 050 21 03 633 8 500,0 Мероприятия по обеспечению жильем отдельных категорий граждан 050 21 03 633 760 8 500,0 Федеральная целевая программа "Экология и природные ресурсы России (2002 - 2010 годы)" 050 21 03 648 188 720,0 Подпрограмма "Водные ресурсы и водные объекты" 050 21 03 648 785 66 000,0 Подпрограмма "Регулирование качества окружающей природной среды" 050 21 03 648 787 46 500,0 Подпрограмма "Отходы" 050 21 03 648 788 14 000,0 Подпрограмма "Охрана озера Байкал и Байкальской природной территории" 050 21 03 648 791 35 750,0 Подпрограмма "Возрождение Волги" 050 21 03 648 792 26 470,0 МИНИСТЕРСТВО ЗДРАВООХРАНЕНИЯ РОССИЙСКОЙ ФЕДЕРАЦИИ 054 32 995 457,5 Государственное управление и местное самоуправление 054 01 88 646,0 Функционирование исполнительных органов государственной власти 054 01 03 88 646,0 Центральный аппарат 054 01 03 037 85 765,9 Денежное содержание аппарата 054 01 03 037 027 46 310,6 Расходы на содержание аппарата 054 01 03 037 029 39 455,3 Территориальные органы 054 01 03 038 2 880,1 Денежное содержание аппарата 054 01 03 038 027 1 632,3 Расходы на содержание аппарата 054 01 03 038 029 1 247,8 Международная деятельность 054 03 1 571 075,3 Международное сотрудничество 054 03 01 1 568 869,7 Взносы в международные организации 054 03 01 121 156 781,2 Взносы в международные организации 054 03 01 121 053 156 781,2 Расходы по обязательствам в рамках проектов, финансируемых с участием международных финансовых организаций 054 03 01 130 30 499,7 Прочие расходы, не отнесенные к другим видам расходов 054 03 01 130 397 30 499,7 Расходы в сфере международной деятельности 054 03 01 131 1 319 614,6 Прочие расходы, не отнесенные к другим видам расходов 054 03 01 131 397 1 319 614,6 Операции неторгового характера 054 03 01 134 61 974,2 Прочие расходы, не отнесенные к другим видам расходов 054 03 01 134 397 61 974,2 Международные культурные, научные и информационные связи 054 03 04 2 205,6 Расходы на международные культурные, научные и информационные связи 054 03 04 125 2 205,6 Участие в международных конференциях 054 03 04 125 050 2 205,6 Фундаментальные исследования и содействие научно-техническому прогрессу 054 06 563 223,1 Разработка перспективных технологий и приоритетных направлений научно-технического прогресса 054 06 02 563 223,1 НИОКР 054 06 02 281 480 291,1 Другие НИОКР 054 06 02 281 216 480 291,1 Федеральная целевая программа "Дети России" на 2003 - 2006 годы 054 06 02 640 12 260,0 Подпрограмма "Дети-инвалиды" 054 06 02 640 726 500,0 Подпрограмма "Здоровый ребенок" 054 06 02 640 820 11 760,0 Федеральная целевая программа "Предупреждение и борьба с заболеваниями социального характера (2002 - 2006 годы)" 054 06 02 649 22 400,0 Подпрограмма "Сахарный диабет" 054 06 02 649 737 13 440,0 Подпрограмма "Вакцинопрофилактика" 054 06 02 649 739 4 256,0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054 06 02 649 740 4 704,0 Федеральная целевая программа "Профилактика и лечение артериальной гипертонии в Российской Федерации" 054 06 02 650 22 400,0 Проведение научно-исследовательских и опытно-конструкторских работ в рамках федеральных целевых программ 054 06 02 650 187 22 400,0 Федеральная целевая программа "Комплексные меры противодействия злоупотреблению наркотиками и их незаконному обороту на 2002 - 2004 годы" 054 06 02 651 15 680,0 Проведение научно-исследовательских и опытно-конструкторских работ в рамках федеральных целевых программ 054 06 02 651 187 15 680,0 Федеральная целевая программа "Ядерная и радиационная безопасность России" на 2000 - 2006 годы 054 06 02 653 10 192,0 Подпрограмма "Организация единой государственной системы контроля и учета индивидуальных доз облучения граждан и состояние здоровья групп риска населения, подверженных повышенным уровням радиационного воздействия" 054 06 02 653 773 2 128,0 Подпрограмма "Организация системы медицинского обслуживания и охраны труда работников, подверженных облучению на производстве" 054 06 02 653 774 4 592,0 Подпрограмма "Организация системы медицинского обслуживания лиц из групп риска населения, подверженных повышенным уровням радиационного воздействия" 054 06 02 653 775 1 456,0 Подпрограмма "Оказание специализированной медицинской помощи при ликвидации последствий радиационных аварий" 054 06 02 653 776 2 016,0 Промышленность, энергетика и строительство 054 07 949 700,0 Строительство, архитектура 054 07 07 949 700,0 Государственные капитальные вложения 054 07 07 313 522 000,0 Государственные капитальные вложения на безвозвратной основе 054 07 07 313 198 522 000,0 Федеральная целевая программа "Жилище" на 2002 - 2010 годы 054 07 07 633 10 000,0 Мероприятия по обеспечению жильем отдельных категорий граждан 054 07 07 633 760 10 000,0 Федеральная целевая программа "Дети России" на 2003 - 2006 годы 054 07 07 640 61 500,0 Подпрограмма "Здоровый ребенок" 054 07 07 640 820 61 500,0 Федеральная целевая программа "Предупреждение и борьба с заболеваниями социального характера (2002 - 2006 годы)" 054 07 07 649 143 200,0 Подпрограмма "Сахарный диабет" 054 07 07 649 737 18 000,0 Подпрограмма "Неотложные меры борьбы с туберкулезом в России" 054 07 07 649 738 67 100,0 Подпрограмма "Вакцинопрофилактика" 054 07 07 649 739 23 000,0 Подпрограмма "О мерах по развитию онкологической помощи населению Российской Федерации" 054 07 07 649 796 30 700,0 Подпрограмма "Совершенствование Всероссийской службы медицины катастроф" 054 07 07 649 804 4 400,0 Федеральная целевая научно-техническая программа "Исследования и разработки по приоритетным направлениям развития науки и техники" на 2002 - 2006 годы 054 07 07 666 3 000,0 Государственные капитальные вложения на безвозвратной основе 054 07 07 666 198 3 000,0 Федеральная целевая программа "Восстановление экономики и социальной сферы Чеченской Республики (2002 год и последующие годы)" 054 07 07 676 210 000,0 Финансирование мероприятий по федеральной целевой программе восстановления экономики и социальной сферы Чеченской Республики 054 07 07 676 540 210 000,0 Образование 054 14 4 414 080,6 Среднее профессиональное образование 054 14 04 157 954,7 Ведомственные расходы на образование 054 14 04 400 157 954,7 Средние специальные учебные заведения 054 14 04 400 268 157 954,7 Переподготовка и повышение квалификации 054 14 05 305 417,1 Ведомственные расходы на образование 054 14 05 400 305 417,1 Институты повышения квалификации 054 14 05 400 269 305 417,1 Высшее профессиональное образование 054 14 06 3 938 056,2 Ведомственные расходы на образование 054 14 06 400 3 938 056,2 Высшие учебные заведения 054 14 06 400 271 3 938 056,2 Прочие расходы в области образования 054 14 07 12 652,6 Ведомственные расходы на образование 054 14 07 400 12 652,6 Прочие учреждения и мероприятия в области образования 054 14 07 400 272 12 652,6 Здравоохранение и физическая культура 054 17 23 823 715,5 Здравоохранение 054 17 01 18 652 179,4 Ведомственные расходы на здравоохранение 054 17 01 430 12 325 782,5 Больницы, клиники, госпитали 054 17 01 430 300 7 634 829,9 Поликлиники, амбулатории, диагностические центры 054 17 01 430 301 238 546,9 Санатории для больных туберкулезом 054 17 01 430 306 483 810,0 Санатории для детей и подростков 054 17 01 430 307 879 557,7 Прочие учреждения и мероприятия в области здравоохранения 054 17 01 430 310 100 423,5 Целевые расходы на оказание дорогостоящих видов медицинской помощи гражданам Российской Федерации 054 17 01 430 315 2 988 614,5 Прочие расходы, не отнесенные к другим целевым статьям 054 17 01 515 4 132 646,9 Прочие расходы, не отнесенные к другим видам расходов 054 17 01 515 397 4 132 646,9 Федеральная целевая программа "Дети России" на 2003 - 2006 годы 054 17 01 640 159 270,0 Подпрограмма "Дети-инвалиды" 054 17 01 640 726 4 800,0 Подпрограмма "Дети-сироты" 054 17 01 640 733 2 000,0 Подпрограмма "Здоровый ребенок" 054 17 01 640 820 152 470,0 Федеральная целевая программа "Предупреждение и борьба с заболеваниями социального характера (2002 - 2006 годы)" 054 17 01 649 1 935 980,0 Подпрограмма "Сахарный диабет" 054 17 01 649 737 618 190,0 Подпрограмма "Неотложные меры борьбы с туберкулезом в России" 054 17 01 649 738 1 116 975,0 Подпрограмма "Вакцинопрофилактика" 054 17 01 649 739 16 115,0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054 17 01 649 740 122 700,0 Подпрограмма "Совершенствование Всероссийской службы медицины катастроф" 054 17 01 649 804 62 000,0 Федеральная целевая программа "Профилактика и лечение артериальной гипертонии в Российской Федерации" 054 17 01 650 39 700,0 Прочие расходы, не отнесенные к другим видам расходов 054 17 01 650 397 39 700,0 Федеральная целевая программа "Комплексные меры противодействия злоупотреблению наркотиками и их незаконному обороту на 2002 - 2004 годы" 054 17 01 651 58 800,0 Прочие расходы, не отнесенные к другим видам расходов 054 17 01 651 397 58 800,0 Санитарно-эпидемиологический надзор 054 17 02 5 171 536,1 Ведомственные расходы на санитарно-эпидемиологический надзор 054 17 02 432 5 071 640,5 Больницы, клиники, госпитали 054 17 02 432 300 92 387,5 Поликлиники, амбулатории, диагностические центры 054 17 02 432 301 20 998,9 Дезинфекционные станции 054 17 02 432 309 20 866,6 Центры государственного санитарно-эпидемиологического надзора 054 17 02 432 311 4 872 035,8 Мероприятия по борьбе с эпидемиями 054 17 02 432 312 61 971,5 Прочие учреждения и мероприятия в области санитарно-эпидемиологического надзора 054 17 02 432 313 3 380,2 Резервные фонды 054 17 02 510 52 100,0 Резервный фонд Правительства Российской Федерации 054 17 02 510 390 52 100,0 Прочие расходы, не отнесенные к другим целевым статьям 054 17 02 515 47 795,6 Прочие расходы, не отнесенные к другим видам расходов 054 17 02 515 397 47 795,6 Социальная политика 054 18 13 908,2 Социальная помощь 054 18 02 13 908,2 Федеральная целевая программа "Преодоление последствий радиационных аварий на период до 2010 года" 054 18 02 655 13 908,2 Прочие расходы, не отнесенные к другим видам расходов 054 18 02 655 397 13 908,2 Финансовая помощь другим бюджетам бюджетной системы 054 21 1 571 108,8 Финансовая помощь бюджетам других уровней 054 21 01 18 360,0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054 21 01 483 18 360,0 Резервный фонд Президента Российской Федерации 054 21 01 483 391 18 360,0 Мероприятия в области регионального развития 054 21 03 1 552 748,8 Государственные капитальные вложения 054 21 03 313 1 076 120,5 Государственные капитальные вложения на безвозвратной основе 054 21 03 313 198 1 076 120,5 Федеральная целевая программа "Дети России" на 2003 - 2006 годы 054 21 03 640 145 000,0 Подпрограмма "Здоровый ребенок" 054 21 03 640 820 145 000,0 Федеральная целевая программа "Предупреждение и борьба с заболеваниями социального характера (2002 - 2006 годы)" 054 21 03 649 331 628,3 Подпрограмма "Неотложные меры борьбы с туберкулезом в России" 054 21 03 649 738 119 928,3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054 21 03 649 740 36 400,0 Подпрограмма "О мерах по развитию онкологической помощи населению Российской Федерации" 054 21 03 649 796 175 300,0 МИНИСТЕРСТВО КУЛЬТУРЫ РОССИЙСКОЙ ФЕДЕРАЦИИ 056 16 098 689,1 Государственное управление и местное самоуправление 056 01 97 995,6 Функционирование исполнительных органов государственной власти 056 01 03 97 995,6 Центральный аппарат 056 01 03 037 79 063,2 Денежное содержание аппарата 056 01 03 037 027 42 448,7 Расходы на содержание аппарата 056 01 03 037 029 36 614,5 Территориальные органы 056 01 03 038 18 932,4 Денежное содержание аппарата 056 01 03 038 027 10 524,6 Расходы на содержание аппарата 056 01 03 038 029 8 407,8 Международная деятельность 056 03 20 188,2 Международное сотрудничество 056 03 01 17 399,3 Взносы в международные организации 056 03 01 121 10 924,3 Взносы в международные организации 056 03 01 121 053 10 924,3 Расходы по обязательствам в рамках проектов, финансируемых с участием международных финансовых организаций 056 03 01 130 6 475,0 Прочие расходы, не отнесенные к другим видам расходов 056 03 01 130 397 6 475,0 Международные культурные, научные и информационные связи 056 03 04 2 788,9 Расходы на международные культурные, научные и информационные связи 056 03 04 125 2 788,9 Участие в международных конференциях 056 03 04 125 050 2 788,9 Фундаментальные исследования и содействие научно-техническому прогрессу 056 06 81 885,2 Разработка перспективных технологий и приоритетных направлений научно-технического прогресса 056 06 02 81 885,2 НИОКР 056 06 02 281 60 185,2 Другие НИОКР 056 06 02 281 216 60 185,2 Федеральная целевая программа "Культура России (2001 - 2005 годы)" 056 06 02 631 21 300,0 Подпрограмма "Развитие культуры и сохранение культурного наследия России" 056 06 02 631 711 8 100,0 Подпрограмма "Кинематография России" 056 06 02 631 712 13 200,0 Федеральная целевая программа "Дети России" на 2003 - 2006 годы 056 06 02 640 400,0 Подпрограмма "Дети-инвалиды" 056 06 02 640 726 400,0 Промышленность, энергетика и строительство 056 07 1 389 700,0 Строительство, архитектура 056 07 07 1 389 700,0 Государственные капитальные вложения 056 07 07 313 75 000,0 Государственные капитальные вложения на безвозвратной основе 056 07 07 313 198 75 000,0 Федеральная целевая программа "Культура России (2001 - 2005 годы)" 056 07 07 631 1 293 700,0 Подпрограмма "Развитие культуры и сохранение культурного наследия России" 056 07 07 631 711 1 274 200,0 Подпрограмма "Кинематография России" 056 07 07 631 712 19 500,0 Федеральная целевая программа "Жилище" на 2002 - 2010 годы 056 07 07 633 13 000,0 Мероприятия по обеспечению жильем отдельных категорий граждан 056 07 07 633 760 13 000,0 Федеральная целевая программа "Восстановление экономики и социальной сферы Чеченской Республики (2002 год и последующие годы)" 056 07 07 676 8 000,0 Финансирование мероприятий по федеральной целевой программе восстановления экономики и социальной сферы Чеченской Республики 056 07 07 676 540 8 000,0 Образование 056 14 1 841 040,4 Общее образование 056 14 02 46 305,3 Ведомственные расходы на образование 056 14 02 400 46 305,3 Школы - детские сады, школы начальные, неполные средние и средние 056 14 02 400 260 45 348,3 Учреждения по внешкольной работе с детьми 056 14 02 400 264 957,0 Среднее профессиональное образование 056 14 04 265 666,2 Ведомственные расходы на образование 056 14 04 400 265 666,2 Средние специальные учебные заведения 056 14 04 400 268 230 951,0 Содержание особо ценных объектов культурного наследия народов Российской Федерации 056 14 04 400 273 34 715,2 Переподготовка и повышение квалификации 056 14 05 11 844,6 Ведомственные расходы на образование 056 14 05 400 11 844,6 Институты повышения квалификации 056 14 05 400 269 11 844,6 Высшее профессиональное образование 056 14 06 1 513 468,0 Ведомственные расходы на образование 056 14 06 400 1 513 468,0 Высшие учебные заведения 056 14 06 400 271 1 204 054,9 Содержание особо ценных объектов культурного наследия народов Российской Федерации 056 14 06 400 273 309 413,1 Прочие расходы в области образования 056 14 07 3 756,3 Ведомственные расходы на образование 056 14 07 400 956,3 Прочие учреждения и мероприятия в области образования 056 14 07 400 272 956,3 Федеральная целевая программа "Дети России" на 2003 - 2006 годы 056 14 07 640 2 800,0 Подпрограмма "Одаренные дети" 056 14 07 640 731 2 800,0 Культура, искусство и кинематография 056 15 11 796 417,7 Культура и искусство 056 15 01 9 868 517,7 Ведомственные расходы на культуру и искусство 056 15 01 410 6 112 105,7 Содержание особо ценных объектов культурного наследия народов Российской Федерации 056 15 01 410 273 3 929 378,3 Музеи и постоянные выставки 056 15 01 410 283 1 056 386,1 Библиотеки 056 15 01 410 284 224 272,1 Прочие учреждения и мероприятия в области культуры и искусства 056 15 01 410 287 902 069,2 Государственная поддержка театров, концертных организаций и других организаций исполнительских искусств 056 15 01 411 1 978 826,0 Содержание особо ценных объектов культурного наследия народов Российской Федерации 056 15 01 411 273 715 452,8 Театры, концертные организации и другие организации исполнительских искусств 056 15 01 411 281 1 263 373,2 Государственная поддержка деятельности цирковых организаций 056 15 01 414 346 186,0 Расходы цирковых организаций 056 15 01 414 288 346 186,0 Расходы на реализацию государственной программы "Патриотическое воспитание граждан Российской Федерации на 2001 - 2005 годы" 056 15 01 464 8 700,0 Прочие учреждения и мероприятия в области культуры и искусства 056 15 01 464 287 8 700,0 Резервные фонды 056 15 01 510 30 000,0 Резервный фонд Правительства Российской Федерации 056 15 01 510 390 30 000,0 Прочие расходы, не отнесенные к другим целевым статьям 056 15 01 515 25 000,0 Прочие расходы, не отнесенные к другим видам расходов 056 15 01 515 397 25 000,0 Федеральная целевая программа "Культура России (2001 - 2005 годы)" 056 15 01 631 1 365 200,0 Содержание Дирекции федеральной целевой программы 056 15 01 631 650 2 000,0 Подпрограмма "Развитие культуры и сохранение культурного наследия России" 056 15 01 631 711 1 363 200,0 Федеральная целевая программа "Дети России" на 2003 - 2006 годы 056 15 01 640 2 500,0 Подпрограмма "Дети-инвалиды" 056 15 01 640 726 2 500,0 Кинематография 056 15 02 1 927 900,0 Государственная поддержка кинематографии 056 15 02 415 685 900,0 Прочие расходы, не отнесенные к другим видам расходов 056 15 02 415 397 685 900,0 Федеральная целевая программа "Культура России (2001 - 2005 годы)" 056 15 02 631 1 242 000,0 Подпрограмма "Кинематография России" 056 15 02 631 712 1 242 000,0 Финансовая помощь другим бюджетам бюджетной системы 056 21 751 394,0 Мероприятия в области регионального развития 056 21 03 751 394,0 Государственные капитальные вложения 056 21 03 313 545 394,0 Государственные капитальные вложения на безвозвратной основе 056 21 03 313 198 545 394,0 Федеральная целевая программа "Культура России (2001 - 2005 годы)" 056 21 03 631 206 000,0 Подпрограмма "Развитие культуры и сохранение культурного наследия России" 056 21 03 631 711 206 000,0 Прочие расходы 056 30 120 068,0 Резервные фонды 056 30 01 120 068,0 Резервные фонды 056 30 01 510 120 068,0 Резервный фонд Президента Российской Федерации 056 30 01 510 391 120 068,0 ФЕДЕРАЛЬНАЯ СЛУЖБА ЗЕМЕЛЬНОГО КАДАСТРА РОССИИ 071 2 754 186,5 Государственное управление и местное самоуправление 071 01 750 645,0 Функционирование исполнительных органов государственной власти 071 01 03 750 645,0 Центральный аппарат 071 01 03 037 29 015,7 Денежное содержание аппарата 071 01 03 037 027 12 452,3 Расходы на содержание аппарата 071 01 03 037 029 16 563,4 Территориальные органы 071 01 03 038 721 629,3 Денежное содержание аппарата 071 01 03 038 027 589 216,3 Расходы на содержание аппарата 071 01 03 038 029 132 413,0 Международная деятельность 071 03 571 305,7 Международное сотрудничество 071 03 01 570 434,0 Расходы по обязательствам в рамках проектов, финансируемых с участием международных финансовых организаций 071 03 01 130 310 504,0 Прочие расходы, не отнесенные к другим видам расходов 071 03 01 130 397 310 504,0 Расходы в сфере международной деятельности 071 03 01 131 259 930,0 Прочие расходы, не отнесенные к другим видам расходов 071 03 01 131 397 259 930,0 Международные культурные, научные и информационные связи 071 03 04 871,7 Расходы на международные культурные, научные и информационные связи 071 03 04 125 871,7 Участие в международных конференциях 071 03 04 125 050 871,7 Фундаментальные исследования и содействие научно-техническому прогрессу 071 06 1 795,7 Разработка перспективных технологий и приоритетных направлений научно-технического прогресса 071 06 02 1 795,7 НИОКР 071 06 02 281 795,7 Другие НИОКР 071 06 02 281 216 795,7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(2002 - 2007 годы)" 071 06 02 661 1 000,0 Подпрограмма "Информационное обеспечение управления недвижимостью, реформирования и регулирования земельных и имущественных отношений" 071 06 02 661 812 1 000,0 Промышленность, энергетика и строительство 071 07 83 360,0 Строительство, архитектура 071 07 07 83 360,0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(2002 - 2007 годы)" 071 07 07 661 82 360,0 Государственные капитальные вложения на безвозвратной основе 071 07 07 661 198 82 360,0 Федеральная целевая программа "Восстановление экономики и социальной сферы Чеченской Республики (2002 год и последующие годы)" 071 07 07 676 1 000,0 Финансирование мероприятий по федеральной целевой программе восстановления экономики и социальной сферы Чеченской Республики 071 07 07 676 540 1 000,0 Сельское хозяйство и рыболовство 071 08 1 346 780,1 Земельные ресурсы 071 08 02 1 346 780,1 Мероприятия по улучшению землеустройства и землепользования 071 08 02 344 708 940,8 Содержание подведомственных структур 071 08 02 344 075 608 940,8 Мероприятия по улучшению землеустройства и землепользования 071 08 02 344 212 100 000,0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(2002 - 2007 годы)" 071 08 02 661 637 839,3 Ведение государственного кадастра, мониторинга земель и землеустройства 071 08 02 661 213 637 839,3 Образование 071 14 300,0 Переподготовка и повышение квалификации 071 14 05 300,0 Ведомственные расходы на образование 071 14 05 400 300,0 Институты повышения квалификации 071 14 05 400 269 300,0 МИНИСТЕРСТВО ОБРАЗОВАНИЯ РОССИЙСКОЙ ФЕДЕРАЦИИ 075 77 342 290,3 Государственное управление и местное самоуправление 075 01 124 547,5 Функционирование исполнительных органов государственной власти 075 01 03 124 547,5 Центральный аппарат 075 01 03 037 124 547,5 Денежное содержание аппарата 075 01 03 037 027 82 855,0 Расходы на содержание аппарата 075 01 03 037 029 41 692,5 Международная деятельность 075 03 411 982,4 Международное сотрудничество 075 03 01 344 502,6 Расходы по обязательствам в рамках проектов, финансируемых с участием международных финансовых организаций 075 03 01 130 45 809,9 Прочие расходы, не отнесенные к другим видам расходов 075 03 01 130 397 45 809,9 Расходы в сфере международной деятельности 075 03 01 131 285 401,6 Прочие расходы, не отнесенные к другим видам расходов 075 03 01 131 397 285 401,6 Операции неторгового характера 075 03 01 134 13 291,1 Прочие расходы, не отнесенные к другим видам расходов 075 03 01 134 397 13 291,1 Международные культурные, научные и информационные связи 075 03 04 67 479,8 Расходы на международные культурные, научные и информационные связи 075 03 04 125 67 479,8 Участие в международных научных исследованиях, стажировки студентов за рубежом 075 03 04 125 049 64 222,2 Участие в международных конференциях 075 03 04 125 050 3 257,6 Фундаментальные исследования и содействие научно-техническому прогрессу 075 06 2 397 962,6 Фундаментальные исследования 075 06 01 493 695,6 Проведение фундаментальных исследований 075 06 01 270 493 695,6 Другие НИОКР 075 06 01 270 216 493 695,6 Разработка перспективных технологий и приоритетных направлений научно-технического прогресса 075 06 02 1 904 267,0 НИОКР 075 06 02 281 1 583 039,0 Развитие приборной базы научных организаций и высших учебных заведений 075 06 02 281 184 141 319,2 Гранты молодым ученым 075 06 02 28118 91 749,9 Другие НИОКР 075 06 02 281 216 1 318 122,9 Содержание особо ценных объектов культурного наследия народов Российской Федерации 075 06 02 281 273 31 847,0 Федеральная целевая программа "Дети России" на 2003 - 2006 годы 075 06 02 640 280,0 Подпрограмма "Здоровый ребенок" 075 06 02 640 820 280,0 Федеральная программа развития образования 075 06 02 642 56 000,0 Проведение научно-исследовательских и опытно-конструкторских работ в рамках федеральных целевых программ 075 06 02 642 187 56 000,0 Федеральная целевая программа "Русский язык" на 2002 - 2005 годы 075 06 02 643 1 568,0 Проведение научно-исследовательских и опытно-конструкторских работ в рамках федеральных целевых программ 075 06 02 643 187 1 568,0 Федеральная целевая программа "Формирование установок толерантного сознания и профилактика экстремизма в российском обществе (2001 - 2005 годы)" 075 06 02 644 25 000,0 Проведение научно-исследовательских и опытно-конструкторских работ в рамках федеральных целевых программ 075 06 02 644 187 25 000,0 Федеральная целевая программа "Национальная технологическая база" на 2002 - 2006 годы 075 06 02 663 9 000,0 Проведение научно-исследовательских и опытно-конструкторских работ в рамках федеральных целевых программ 075 06 02 663 187 9 000,0 Федеральная целевая программа "Интеграция науки и высшего образования России на 2002 - 2006 годы" 075 06 02 667 165 000,0 Проведение научно-исследовательских и опытно-конструкторских работ в рамках федеральных целевых программ 075 06 02 667 187 162 375,0 Содержание Дирекции федеральной целевой программы 075 06 02 667 650 2 625,0 Федеральная целевая программа "Развитие единой образовательной информационной среды (2001 - 2005 годы)" 075 06 02 668 54 880,0 Проведение научно-исследовательских и опытно-конструкторских работ в рамках федеральных целевых программ 075 06 02 668 187 54 880,0 Федеральная целевая программа "Электронная Россия (2002 - 2010 годы)" 075 06 02 670 9 500,0 Проведение научно-исследовательских и опытно-конструкторских работ в рамках федеральных целевых программ 075 06 02 670 187 9 500,0 Промышленность, энергетика и строительство 075 07 1 915 680,0 Строительство, архитектура 075 07 07 1 915 680,0 Государственные капитальные вложения 075 07 07 313 47 000,0 Государственные капитальные вложения на безвозвратной основе 075 07 07 313 198 47 000,0 Федеральная целевая программа "Жилище" на 2002 - 2010 годы 075 07 07 633 123 100,0 Мероприятия по обеспечению жильем отдельных категорий граждан 075 07 07 633 760 123 100,0 Федеральная программа развития образования 075 07 07 642 1 514 880,0 Государственные капитальные вложения на безвозвратной основе 075 07 07 642 198 1 514 880,0 Федеральная целевая научно-техническая программа "Исследования и разработки по приоритетным направлениям развития науки и техники" на 2002 - 2006 годы 075 07 07 666 6 200,0 Государственные капитальные вложения на безвозвратной основе 075 07 07 666 198 6 200,0 Федеральная целевая программа "Интеграция науки и высшего образования России на 2002 - 2006 годы" 075 07 07 667 11 500,0 Государственные капитальные вложения на безвозвратной основе 075 07 07 667 198 11 500,0 Федеральная целевая программа "Электронная Россия (2002 - 2010 годы)" 075 07 07 670 87 000,0 Государственные капитальные вложения на безвозвратной основе 075 07 07 670 198 87 000,0 Федеральная целевая программа "Восстановление экономики и социальной сферы Чеченской Республики (2002 год и последующие годы)" 075 07 07 676 126 000,0 Финансирование мероприятий по федеральной целевой программе восстановления экономики и социальной сферы Чеченской Республики 075 07 07 676 540 126 000,0 Образование 075 14 71 089 358,4 Общее образование 075 14 02 745 251,3 Ведомственные расходы на образование 075 14 02 400 745 251,3 Школы - детские сады, школы начальные, неполные средние и средние 075 14 02 400 260 20 739,5 Школы-интернаты 075 14 02 400 263 31 118,4 Учреждения по внешкольной работе с детьми 075 14 02 400 264 671 008,2 Детские дома 075 14 02 400 265 22 385,2 Начальное профессиональное образование 075 14 03 21 447 484,1 Ведомственные расходы на образование 075 14 03 400 21 443 784,1 Профессионально-технические училища 075 14 03 400 266 21 152 764,1 Специальные профессионально-технические училища 075 14 03 400 267 291 020,0 Резервные фонды 075 14 03 510 3 700,0 Резервный фонд Президента Российской Федерации 075 14 03 510 391 3 700,0 Среднее профессиональное образование 075 14 04 5 303 349,9 Ведомственные расходы на образование 075 14 04 400 5 303 349,9 Средние специальные учебные заведения 075 14 04 400 268 5 303 349,9 Переподготовка и повышение квалификации 075 14 05 54 944,7 Ведомственные расходы на образование 075 14 05 400 54 944,7 Институты повышения квалификации 075 14 05 400 269 54 944,7 Высшее профессиональное образование 075 14 06 37 830 075,9 Ведомственные расходы на образование 075 14 06 400 37 827 475,9 Высшие учебные заведения 075 14 06 400 271 34 055 373,9 Содержание особо ценных объектов культурного наследия народов Российской Федерации 075 14 06 400 273 3 772 102,0 Резервные фонды 075 14 06 510 2 600,0 Резервный фонд Правительства Российской Федерации 075 14 06 510 390 2 600,0 Прочие расходы в области образования 075 14 07 5 708 252,5 Ведомственные расходы на образование 075 14 07 400 468 332,5 Прочие учреждения и мероприятия в области образования 075 14 07 400 272 468 332,5 Расходы на реализацию государственной программы "Патриотическое воспитание граждан Российской Федерации на 2001 - 2005 годы" 075 14 07 464 15 400,0 Прочие учреждения и мероприятия в области образования 075 14 07 464 272 15 400,0 Федеральная целевая программа "Дети России" на 2003 - 2006 годы 075 14 07 640 166 000,0 Подпрограмма "Дети-инвалиды" 075 14 07 640 726 8 500,0 Подпрограмма "Профилактика безнадзорности и правонарушений несовершеннолетних" 075 14 07 640 727 82 600,0 Подпрограмма "Одаренные дети" 075 14 07 640 731 28 200,0 Подпрограмма "Дети-сироты" 075 14 07 640 733 43 100,0 Подпрограмма "Здоровый ребенок" 075 14 07 640 820 3 600,0 Федеральная целевая программа "Молодежь России (2001 - 2005 годы)" 075 14 07 641 66 920,0 Прочие расходы, не отнесенные к другим видам расходов 075 14 07 641 397 66 920,0 Федеральная программа развития образования 075 14 07 642 1 826 000,0 Прочие расходы, не отнесенные к другим видам расходов 075 14 07 642 397 1 826 000,0 Федеральная целевая программа "Русский язык" на 2002 - 2005 годы 075 14 07 643 30 000,0 Прочие расходы, не отнесенные к другим видам расходов 075 14 07 643 397 30 000,0 Федеральная целевая программа "Комплексные меры противодействия злоупотреблению наркотиками и их незаконному обороту на 2002 - 2004 годы" 075 14 07 651 135 600,0 Прочие расходы, не отнесенные к другим видам расходов 075 14 07 651 397 135 600,0 Федеральная целевая программа "Развитие единой образовательной информационной среды (2001 - 2005 годы)" 075 14 07 668 3 000 000,0 Прочие расходы, не отнесенные к другим видам расходов 075 14 07 668 397 3 000 000,0 Культура, искусство и кинематография 075 15 6 782,3 Культура и искусство 075 15 01 6 782,3 Ведомственные расходы на культуру и искусство 075 15 01 410 6 782,3 Музеи и постоянные выставки 075 15 01 410 283 6 782,3 Социальная политика 075 18 4 896,0 Прочие мероприятия в области социальной политики 075 18 06 4 896,0 Расходы на перевозку несовершеннолетних, самостоятельно ушедших из семей, детских домов, школ-интернатов, специальных учебно-воспитательных учреждений 075 18 06 456 4 896,0 Прочие учреждения и мероприятия в области социальной политики 075 18 06 456 323 4 896,0 Финансовая помощь другим бюджетам бюджетной системы 075 21 1 389 885,0 Финансовая помощь бюджетам других уровней 075 21 01 22 700,0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075 21 01 483 22 700,0 Резервный фонд Президента Российской Федерации 075 21 01 483 391 22 700,0 Мероприятия в области регионального развития 075 21 03 1 367 185,0 Государственные капитальные вложения 075 21 03 313 465 285,0 Государственные капитальные вложения на безвозвратной основе 075 21 03 313 198 465 285,0 Федеральная целевая программа "Жилище" на 2002 - 2010 годы 075 21 03 633 511 500,0 Подпрограмма "Обеспечение жильем молодых семей" 075 21 03 633 757 500 000,0 Мероприятия по обеспечению жильем отдельных категорий граждан 075 21 03 633 760 11 500,0 Федеральная целевая программа "Дети России" на 2003 - 2006 годы 075 21 03 640 340 100,0 Подпрограмма "Дети-сироты" 075 21 03 640 733 340 100,0 Федеральная программа развития образования 075 21 03 642 50 300,0 Государственные капитальные вложения на безвозвратной основе 075 21 03 642 198 50 300,0 Прочие расходы 075 30 1 196,1 Резервные фонды 075 30 01 1 196,1 Резервные фонды 075 30 01 510 1 196,1 Резервный фонд Правительства Российской Федерации по предупреждению и ликвидации чрезвычайных ситуаций и последствий стихийных бедствий 075 30 01 510 392 1 196,1 ГОСУДАРСТВЕННЫЙ КОМИТЕТ РОССИЙСКОЙ ФЕДЕРАЦИИ ПО РЫБОЛОВСТВУ 076 4 927 417,9 Государственное управление и местное самоуправление 076 01 50 668,7 Функционирование исполнительных органов государственной власти 076 01 03 50 668,7 Центральный аппарат 076 01 03 037 50 668,7 Денежное содержание аппарата 076 01 03 037 027 28 200,7 Расходы на содержание аппарата 076 01 03 037 029 22 468,0 Международная деятельность 076 03 57 525,2 Международное сотрудничество 076 03 01 51 859,7 Зарубежный аппарат 076 03 01 120 32 698,6 Денежное содержание аппарата 076 03 01 120 027 13 835,8 Расходы на содержание аппарата 076 03 01 120 029 18 862,8 Взносы в международные организации 076 03 01 121 19 161,1 Взносы в международные организации 076 03 01 121 053 19 161,1 Международные культурные, научные и информационные связи 076 03 04 5 665,5 Расходы на международные культурные, научные и информационные связи 076 03 04 125 5 665,5 Участие в международных конференциях 076 03 04 125 050 5 665,5 Фундаментальные исследования и содействие научно-техническому прогрессу 076 06 904 800,0 Разработка перспективных технологий и приоритетных направлений научно-технического прогресса 076 06 02 904 800,0 НИОКР 076 06 02 281 904 800,0 Другие НИОКР 076 06 02 281 216 904 800,0 Промышленность, энергетика и строительство 076 07 43 887,8 Строительство, архитектура 076 07 07 43 887,8 Федеральная целевая программа "Экология и природные ресурсы России (2002 - 2010 годы)" 076 07 07 648 43 887,8 Подпрограмма "Водные биологические ресурсы и аквакультура" 076 07 07 648 786 43 887,8 Сельское хозяйство и рыболовство 076 08 2 943 266,2 Рыболовное хозяйство 076 08 04 2 943 266,2 Государственная поддержка рыболовства 076 08 04 346 2 913 266,2 Содержание подведомственных структур 076 08 04 346 075 1 604 154,0 Ведение мониторинга водных биологических ресурсов 076 08 04 346 218 111 000,0 Содержание аварийно-спасательного флота 076 08 04 346 242 408 212,8 Финансирование мероприятий по обеспечению безопасности, предотвращению или ликвидации последствий аварий портовых гидротехнических сооружений 076 08 04 346 243 49 112,0 Прочие расходы, не отнесенные к другим видам расходов 076 08 04 346 397 740 787,4 Прочие расходы, не отнесенные к другим целевым статьям 076 08 04 515 30 000,0 Субсидирование процентных ставок по привлеченным кредитам 076 08 04 515 463 30 000,0 Образование 076 14 927 270,0 Среднее профессиональное образование 076 14 04 276 522,9 Ведомственные расходы на образование 076 14 04 400 276 522,9 Средние специальные учебные заведения 076 14 04 400 268 276 522,9 Высшее профессиональное образование 076 14 06 529 690,2 Ведомственные расходы на образование 076 14 06 400 529 690,2 Высшие учебные заведения 076 14 06 400 271 529 690,2 Прочие расходы в области образования 076 14 07 121 056,9 Ведомственные расходы на образование 076 14 07 400 121 056,9 Прочие учреждения и мероприятия в области образования 076 14 07 400 272 121 056,9 МИНИСТЕРСТВО РОССИЙСКОЙ ФЕДЕРАЦИИ ПО СВЯЗИ И ИНФОРМАТИЗАЦИИ 078 3 023 362,2 Государственное управление и местное самоуправление 078 01 103 805,2 Функционирование исполнительных органов государственной власти 078 01 03 103 805,2 Центральный аппарат 078 01 03 037 103 805,2 Денежное содержание аппарата 078 01 03 037 027 51 548,7 Расходы на содержание аппарата 078 01 03 037 029 52 256,5 Международная деятельность 078 03 7 457,8 Международные культурные, научные и информационные связи 078 03 04 7 457,8 Расходы на международные культурные, научные и информационные связи 078 03 04 125 7 457,8 Участие в международных конференциях 078 03 04 125 050 7 457,8 Фундаментальные исследования и содействие научно-техническому прогрессу 078 06 81 152,6 Разработка перспективных технологий и приоритетных направлений научно-технического прогресса 078 06 02 81 152,6 НИОКР 078 06 02 281 28 652,6 Другие НИОКР 078 06 02 281 216 28 652,6 Федеральная целевая программа "Электронная Россия (2002 - 2010 годы)" 078 06 02 670 52 500,0 Проведение научно-исследовательских и опытно-конструкторских работ в рамках федеральных целевых программ 078 06 02 670 187 52 500,0 Промышленность, энергетика и строительство 078 07 993 000,0 Строительство, архитектура 078 07 07 993 000,0 Государственные капитальные вложения 078 07 07 313 398 500,0 Государственные капитальные вложения на безвозвратной основе 078 07 07 313 198 398 500,0 Федеральная целевая программа "Электронная Россия (2002 - 2010 годы)" 078 07 07 670 335 400,0 Государственные капитальные вложения на безвозвратной основе 078 07 07 670 198 335 400,0 Федеральная целевая программа "Восстановление экономики и социальной сферы Чеченской Республики (2002 год и последующие годы)" 078 07 07 676 259 100,0 Финансирование мероприятий по федеральной целевой программе восстановления экономики и социальной сферы Чеченской Республики 078 07 07 676 540 259 100,0 Транспорт, связь и информатика 078 10 1 364 240,0 Связь 078 10 06 1 362 140,0 Государственная поддержка отрасли связи 078 10 06 376 409 340,0 Целевые субсидии и субвенции 078 10 06 376 290 353 840,0 Прочие расходы, не отнесенные к другим видам расходов 078 10 06 376 397 55 500,0 Государственная поддержка почтовой связи 078 10 06 377 113 600,0 Целевые субсидии и субвенции 078 10 06 377 290 113 600,0 Резервные фонды 078 10 06 510 5 500,0 Резервный фонд Правительства Российской Федерации 078 10 06 510 390 5 500,0 Прочие расходы, не отнесенные к другим целевым статьям 078 10 06 515 400 000,0 Субсидирование процентных ставок по привлеченным кредитам 078 10 06 515 463 400 000,0 Федеральная целевая программа "Электронная Россия (2002 - 2010 годы)" 078 10 06 670 433 700,0 Прочие расходы, не отнесенные к другим видам расходов 078 10 06 670 397 433 700,0 Информатика (информационное обеспечение) 078 10 07 2 100,0 Государственная поддержка информационных центров 078 10 07 379 2 100,0 Целевые субсидии и субвенции 078 10 07 379 290 2 100,0 Образование 078 14 451 144,7 Среднее профессиональное образование 078 14 04 41 330,7 Ведомственные расходы на образование 078 14 04 400 41 330,7 Средние специальные учебные заведения 078 14 04 400 268 41 330,7 Высшее профессиональное образование 078 14 06 409 814,0 Ведомственные расходы на образование 078 14 06 400 409 814,0 Высшие учебные заведения 078 14 06 400 271 409 814,0 Культура, искусство и кинематография 078 15 3 661,9 Культура и искусство 078 15 01 3 661,9 Ведомственные расходы на культуру и искусство 078 15 01 410 3 661,9 Музеи и постоянные выставки 078 15 01 410 283 3 661,9 Финансовая помощь другим бюджетам бюджетной системы 078 21 18 900,0 Мероприятия в области регионального развития 078 21 03 18 900,0 Государственные капитальные вложения 078 21 03 313 18 900,0 Государственные капитальные вложения на безвозвратной основе 078 21 03 313 198 18 900,0 МИНИСТЕРСТВО СЕЛЬСКОГО ХОЗЯЙСТВА РОССИЙСКОЙ ФЕДЕРАЦИИ 082 32 800 335,7 Государственное управление и местное самоуправление 082 01 167 229,8 Функционирование исполнительных органов государственной власти 082 01 03 167 229,8 Центральный аппарат 082 01 03 037 167 229,8 Денежное содержание аппарата 082 01 03 037 027 115 285,9 Расходы на содержание аппарата 082 01 03 037 029 51 943,9 Международная деятельность 082 03 330 064,0 Международное сотрудничество 082 03 01 324 763,9 Взносы в международные организации 082 03 01 121 7 475,2 Взносы в международные организации 082 03 01 121 053 7 475,2 Расходы в сфере международной деятельности 082 03 01 131 317 288,7 Прочие расходы, не отнесенные к другим видам расходов 082 03 01 131 397 317 288,7 Международные культурные, научные и информационные связи 082 03 04 5 300,1 Расходы на международные культурные, научные и информационные связи 082 03 04 125 5 300,1 Участие в международных конференциях 082 03 04 125 050 2 788,1 Проведение выставок, ярмарок за рубежом 082 03 04 125 051 2 512,0 Фундаментальные исследования и содействие научно-техническому прогрессу 082 06 200 429,5 Разработка перспективных технологий и приоритетных направлений научно-технического прогресса 082 06 02 200 429,5 НИОКР 082 06 02 281 182 205,5 Другие НИОКР 082 06 02 281 216 182 205,5 Федеральная целевая программа "Повышение плодородия почв России на 2002 - 2005 годы" 082 06 02 654 18 000,0 Проведение научно-исследовательских и опытно-конструкторских работ в рамках федеральных целевых программ 082 06 02 654 187 18 000,0 Федеральная целевая программа "Энергоэффективная экономика" на 2002 - 2005 годы и на перспективу до 2010 года 082 06 02 669 224,0 Подпрограмма "Энергоэффективность в сфере потребления" 082 06 02 669 811 224,0 Промышленность, энергетика и строительство 082 07 1 138 790,0 Строительство, архитектура 082 07 07 1 138 790,0 Государственные капитальные вложения 082 07 07 313 668 380,0 Государственные капитальные вложения на безвозвратной основе 082 07 07 313 198 668 380,0 Федеральная целевая программа "Жилище" на 2002 - 2010 годы 082 07 07 633 20 000,0 Мероприятия по обеспечению жильем отдельных категорий граждан 082 07 07 633 760 20 000,0 Федеральная целевая программа "Экология и природные ресурсы России (2002 - 2010 годы)" 082 07 07 648 21 400,0 Подпрограмма "Водные биологические ресурсы и аквакультура" 082 07 07 648 786 21 400,0 Федеральная целевая программа "Повышение плодородия почв России на 2002 - 2005 годы" 082 07 07 654 224 010,0 Государственные капитальные вложения на безвозвратной основе 082 07 07 654 198 224 010,0 Федеральная целевая программа "Восстановление экономики и социальной сферы Чеченской Республики (2002 год и последующие годы)" 082 07 07 676 205 000,0 Финансирование мероприятий по федеральной целевой программе восстановления экономики и социальной сферы Чеченской Республики 082 07 07 676 540 205 000,0 Сельское хозяйство и рыболовство 082 08 22 810 839,0 Сельскохозяйственное производство 082 08 01 22 810 839,0 Государственные капитальные вложения 082 08 01 313 156 824,7 Государственные капитальные вложения на безвозвратной основе 082 08 01 313 198 156 824,7 Субвенции для финансирования мероприятий по проведению закупочных интервенций продовольственного зерна 082 08 01 338 1 424 708,0 Целевые субсидии и субвенции 082 08 01 338 290 1 424 708,0 Государственная поддержка программ и мероприятий по развитию животноводства 082 08 01 340 1 195 000,0 Финансирование мероприятий по племенному животноводству и элитному семеноводству 082 08 01 340 217 745 000,0 Субсидии на шерсть 082 08 01 340 221 350 000,0 Целевые субсидии и субвенции 082 08 01 340 290 100 000,0 Государственная поддержка программ и мероприятий по развитию растениеводства 082 08 01 341 1 170 000,0 Финансирование мероприятий по племенному животноводству и элитному семеноводству 082 08 01 341 217 270 000,0 Субсидии на производство льна и конопли 082 08 01 341 219 100 000,0 Целевые субсидии и субвенции 082 08 01 341 290 800 000,0 Прочие расходы в области сельского хозяйства 082 08 01 342 11 129 996,3 Содержание подведомственных структур 082 08 01 342 075 8 904 971,0 Субсидии утильзаводам 082 08 01 342 220 45 000,0 Прочие расходы, не отнесенные к другим видам расходов 082 08 01 342 397 2 180 025,3 Прочие расходы, не отнесенные к другим целевым статьям 082 08 01 515 3 200 000,0 Субсидирование процентных ставок по привлеченным кредитам 082 08 01 515 463 3 200 000,0 Федеральная целевая программа "Повышение плодородия почв России на 2002 - 2005 годы" 082 08 01 654 4 533 400,0 Прочие расходы, не отнесенные к другим видам расходов 082 08 01 654 397 4 533 400,0 Федеральная целевая программа "Социальное развитие села до 2010 года" 082 08 01 680 910,0 Прочие расходы, не отнесенные к другим видам расходов 082 08 01 680 397 910,0 Образование 082 14 6 465 988,7 Дошкольное образование 082 14 01 767,7 Ведомственные расходы на образование 082 14 01 400 767,7 Детские дошкольные учреждения 082 14 01 400 259 767,7 Среднее профессиональное образование 082 14 04 2 476 221,4 Ведомственные расходы на образование 082 14 04 400 2 476 221,4 Средние специальные учебные заведения 082 14 04 400 268 2 476 221,4 Переподготовка и повышение квалификации 082 14 05 178 101,8 Ведомственные расходы на образование 082 14 05 400 178 101,8 Институты повышения квалификации 082 14 05 400 269 155 140,1 Учебные заведения и курсы по переподготовке кадров 082 14 05 400 270 22 961,7 Высшее профессиональное образование 082 14 06 3 805 337,5 Ведомственные расходы на образование 082 14 06 400 3 805 337,5 Высшие учебные заведения 082 14 06 400 271 3 805 337,5 Прочие расходы в области образования 082 14 07 5 560,3 Ведомственные расходы на образование 082 14 07 400 5 560,3 Прочие учреждения и мероприятия в области образования 082 14 07 400 272 5 560,3 Здравоохранение и физическая культура 082 17 12 100,0 Здравоохранение 082 17 01 12 100,0 Ведомственные расходы на здравоохранение 082 17 01 430 12 100,0 Поликлиники, амбулатории, диагностические центры 082 17 01 430 301 12 100,0 Социальная политика 082 18 5 386,9 Социальная помощь 082 18 02 5 386,9 Федеральная целевая программа "Преодоление последствий радиационных аварий на период до 2010 года" 082 18 02 655 5 386,9 Прочие расходы, не отнесенные к другим видам расходов 082 18 02 655 397 5 386,9 Финансовая помощь другим бюджетам бюджетной системы 082 21 1 669 040,0 Финансовая помощь бюджетам других уровней 082 21 01 1 469 090,0 Федеральная целевая программа "Социальное развитие села до 2010 года" 082 21 01 680 1 469 090,0 Прочие расходы, не отнесенные к другим видам расходов 082 21 01 680 397 1 469 090,0 Мероприятия в области регионального развития 082 21 03 199 950,0 Государственные капитальные вложения 082 21 03 313 132 100,0 Государственные капитальные вложения на безвозвратной основе 082 21 03 313 198 132 100,0 Федеральная целевая программа "Социальное развитие села до 2010 года" 082 21 03 680 67 850,0 Государственные капитальные вложения на безвозвратной основе 082 21 03 680 198 67 850,0 Прочие расходы 082 30 467,8 Резервные фонды 082 30 01 467,8 Резервные фонды 082 30 01 510 467,8 Резервный фонд Правительства Российской Федерации по предупреждению и ликвидации чрезвычайных ситуаций и последствий стихийных бедствий 082 30 01 510 392 467,8 ГОСУДАРСТВЕННАЯ ХЛЕБНАЯ ИНСПЕКЦИЯ ПРИ ПРАВИТЕЛЬСТВЕ РОССИЙСКОЙ ФЕДЕРАЦИИ 083 147 933,0 Государственное управление и местное самоуправление 083 01 9 153,4 Прочие расходы на общегосударственное управление 083 01 05 9 153,4 Расходы на общегосударственное управление (не отнесенные к бюджетам других министерств и ведомств) 083 01 05 039 9 153,4 Денежное содержание аппарата 083 01 05 039 027 5 251,2 Расходы на содержание аппарата 083 01 05 039 029 3 902,2 Международная деятельность 083 03 479,6 Международные культурные, научные и информационные связи 083 03 04 479,6 Расходы на международные культурные, научные и информационные связи 083 03 04 125 479,6 Участие в международных конференциях 083 03 04 125 050 479,6 Сельское хозяйство и рыболовство 083 08 138 300,0 Прочие мероприятия в области сельского хозяйства 083 08 05 138 300,0 Государственная поддержка органов хлебной инспекции 083 08 05 347 138 300,0 Содержание подведомственных структур 083 08 05 347 075 138 300,0 ГОСУДАРСТВЕННАЯ ФЕЛЬДЪЕГЕРСКАЯ СЛУЖБА РОССИЙСКОЙ ФЕДЕРАЦИИ 089 626 604,9 Правоохранительная деятельность и обеспечение безопасности государства 089 05 626 604,9 Государственная фельдъегерская служба 089 05 11 626 604,9 Обеспечение личного состава войск (сил) 089 05 11 601 547 025,9 Денежное содержание гражданского персонала 089 05 11 601 600 98 979,9 Денежное довольствие военнослужащих 089 05 11 601 601 415 822,0 Продовольственное обеспечение военнослужащих 089 05 11 601 602 23 424,0 Вещевое обеспечение военнослужащих 089 05 11 601 603 8 800,0 Боевая подготовка и материально-техническое обеспечение войск (сил) 089 05 11 602 79 579,0 Транспортное обеспечение в рамках государственного оборонного заказа 089 05 11 602 609 79 579,0 МИНИСТЕРСТВО ФИНАНСОВ РОССИЙСКОЙ ФЕДЕРАЦИИ 092 1 041 447 622,7 Государственное управление и местное самоуправление 092 01 12 414 995,9 Деятельность финансовых и налоговых органов 092 01 04 12 290 787,6 Центральный аппарат 092 01 04 037 374 702,3 Денежное содержание аппарата 092 01 04 037 027 254 912,0 Расходы на содержание аппарата 092 01 04 037 029 119 790,3 Территориальные органы 092 01 04 038 13 092,8 Денежное содержание аппарата 092 01 04 038 027 9 825,3 Расходы на содержание аппарата 092 01 04 038 029 3 267,5 Территориальные органы федерального казначейства 092 01 04 045 7 589 358,8 Денежное содержание аппарата 092 01 04 045 027 4 923 729,1 Расходы на содержание аппарата 092 01 04 045 029 2 665 629,7 Содержание контрольно-ревизионных органов Министерства финансов Российской Федерации 092 01 04 046 1 170 792,0 Денежное содержание аппарата 092 01 04 046 027 820 114,6 Расходы на содержание аппарата 092 01 04 046 029 350 677,4 Содержание территориальных органов валютного контроля Министерства финансов Российской Федерации 092 01 04 049 56 465,9 Денежное содержание аппарата 092 01 04 049 027 32 674,6 Расходы на содержание аппарата 092 01 04 049 029 23 791,3 Прочие расходы, не отнесенные к другим целевым статьям 092 01 04 515 1 570 375,8 Содержание подведомственных структур 092 01 04 515 075 935 022,5 Прочие расходы, не отнесенные к другим видам расходов 092 01 04 515 397 635 353,3 Федеральная целевая программа развития органов федерального казначейства на 2000 - 2004 годы 092 01 04 632 1 516 000,0 Прочие расходы, не отнесенные к другим видам расходов 092 01 04 632 397 1 516 000,0 Прочие расходы на общегосударственное управление 092 01 05 124 208,3 Расходы на общегосударственное управление (не отнесенные к бюджетам других министерств и ведомств) 092 01 05 039 124 208,3 Прочие расходы, не отнесенные к другим видам расходов 092 01 05 039 397 124 208,3 Международная деятельность 092 03 -512 865,7 Международное сотрудничество 092 03 01 -10 030 367,8 Зарубежный аппарат 092 03 01 120 11 632,6 Расходы на содержание аппарата 092 03 01 120 029 11 632,6 Взносы в международные организации 092 03 01 121 1 823 519,2 Взносы в международные организации 092 03 01 121 053 1 823 519,2 Расходы по обязательствам в рамках проектов, финансируемых с участием международных финансовых организаций 092 03 01 130 172 940,8 Прочие расходы, не отнесенные к другим видам расходов 092 03 01 130 397 172 940,8 Расходы в сфере международной деятельности 092 03 01 131 -12 418 642,9 Прочие расходы, не отнесенные к другим видам расходов 092 03 01 131 397 -12 418 642,9 Операции неторгового характера 092 03 01 134 256 162,5 Приобретение, строительство и реконструкция недвижимости за рубежом 092 03 01 134 052 126 295,4 Прочие расходы, не отнесенные к другим видам расходов 092 03 01 134 397 129 867,1 Государственные гарантии по внешним заимствованиям 092 03 01 136 124 020,0 Прочие расходы, не отнесенные к другим видам расходов 092 03 01 136 397 124 020,0 Реализация межгосударственных договоров в рамках Содружества Независимых Государств 092 03 03 9 419 166,6 Долевое участие в содержании координационных структур Содружества Независимых Государств 092 03 03 127 431 570,3 Долевое участие в содержании координационных структур Содружества Независимых Государств 092 03 03 127 055 431 570,3 Обеспечение сотрудничества в рамках Содружества Независимых Государств 092 03 03 128 3 259 018,0 Расходы по реализации межгосударственных соглашений в рамках Содружества Независимых Государств 092 03 03 128 056 3 259 018,0 Долевой взнос в бюджет Союзного государства 092 03 03 132 1 530 820,0 Расходы на финансирование долевого взноса в бюджет Союзного государства 092 03 03 132 090 1 530 820,0 Прочие расходы, не отнесенные к другим целевым статьям 092 03 03 515 4 197 758,3 Прочие расходы, не отнесенные к другим видам расходов 092 03 03 515 397 4 197 758,3 Международные культурные, научные и информационные связи 092 03 04 98 335,5 Расходы на международные культурные, научные и информационные связи 092 03 04 125 98 335,5 Участие в международных научных исследованиях, стажировки студентов за рубежом 092 03 04 125 049 2 629,9 Участие в международных конференциях 092 03 04 125 050 95 705,6 Национальная оборона 092 04 355 202,0 Строительство и содержание Вооруженных Сил Российской Федерации 092 04 01 305 800,0 Расходы в сфере международной деятельности 092 04 01 131 305 800,0 Прочие расходы, не отнесенные к другим видам расходов 092 04 01 131 397 305 800,0 Подготовка и участие в обеспечении коллективной безопасности и миротворческой деятельности 092 04 04 49 402,0 Участие в миротворческой деятельности 092 04 04 135 49 402,0 Расходы на подготовка и участие военного и гражданского персонала в деятельности по поддержанию или восстановлению международного мира и безопасности 092 04 04 135 058 49 402,0 Фундаментальные исследования и содействие научно-техническому прогрессу 092 06 27 650,2 Разработка перспективных технологий и приоритетных направлений научно-технического прогресса 092 06 02 27 650,2 НИОКР 092 06 02 281 27 650,2 Другие НИОКР 092 06 02 281 216 27 650,2 Промышленность, энергетика и строительство 092 07 7 491 907,1 Другие отрасли промышленности 092 07 05 40 000,0 Государственная поддержка отраслей промышленности 092 07 05 302 40 000,0 Субсидирование процентных ставок по привлеченным кредитам 092 07 05 302 463 40 000,0 Строительство, архитектура 092 07 07 7 451 907,1 Расходы по обязательствам в рамках проектов, финансируемых с участием международных финансовых организаций 092 07 07 130 633 760,0 Субсидии по сертификатам, выданным органами исполнительной власти субъектов Российской Федерации 092 07 07 130 200 633 760,0 Государственные капитальные вложения 092 07 07 313 92 710,0 Государственные капитальные вложения на безвозвратной основе 092 07 07 313 198 92 710,0 Федеральная целевая программа развития органов федерального казначейства на 2000 - 2004 годы 092 07 07 632 1 080 000,0 Государственные капитальные вложения на безвозвратной основе 092 07 07 632 198 1 080 000,0 Федеральная целевая программа "Жилище" на 2002 - 2010 годы 092 07 07 633 5 645 437,1 Президентская программа "Государственные жилищные сертификаты" 092 07 07 633 758 5 525 437,1 Мероприятия по обеспечению жильем отдельных категорий граждан 092 07 07 633 760 120 000,0 Сельское хозяйство и рыболовство 092 08 850 000,0 Прочие мероприятия в области сельского хозяйства 092 08 05 850 000,0 Взнос Российской Федерации в уставные капиталы кредитных организаций 092 08 05 518 850 000,0 Прочие расходы, не отнесенные к другим видам расходов 092 08 05 518 397 850 000,0 Образование 092 14 344 341,3 Среднее профессиональное образование 092 14 04 236 935,2 Ведомственные расходы на образование 092 14 04 400 236 935,2 Средние специальные учебные заведения 092 14 04 400 268 236 935,2 Переподготовка и повышение квалификации 092 14 05 25 755,6 Ведомственные расходы на образование 092 14 05 400 25 755,6 Институты повышения квалификации 092 14 05 400 269 25 755,6 Высшее профессиональное образование 092 14 06 80 355,6 Ведомственные расходы на образование 092 14 06 400 80 355,6 Высшие учебные заведения 092 14 06 400 271 80 355,6 Прочие расходы в области образования 092 14 07 1 294,9 Ведомственные расходы на образование 092 14 07 400 1 294,9 Прочие учреждения и мероприятия в области образования 092 14 07 400 272 1 294,9 Культура, искусство и кинематография 092 15 2 573,6 Культура и искусство 092 15 01 2 573,6 Ведомственные расходы на культуру и искусство 092 15 01 410 2 573,6 Библиотеки 092 15 01 410 284 2 573,6 Здравоохранение и физическая культура 092 17 16 400,0 Здравоохранение 092 17 01 16 400,0 Ведомственные расходы на здравоохранение 092 17 01 430 16 400,0 Поликлиники, амбулатории, диагностические центры 092 17 01 430 301 16 400,0 Социальная политика 092 18 6 440 000,0 Социальная помощь 092 18 02 6 440 000,0 Программы ликвидации последствий чрезвычайных ситуаций 092 18 02 395 6 440 000,0 Программа ликвидации последствий аварии на Чернобыльской АЭС 092 18 02 395 250 5 896 719,0 Программа ликвидации последствий ядерного выброса в Челябинской области 092 18 02 395 251 331 375,2 Программа ликвидации последствий ядерных испытаний на Семипалатинском полигоне 092 18 02 395 252 211 905,8 Обслуживание государственного и муниципального долга 092 19 250 042 413,2 Обслуживание государственного и муниципального внутреннего долга 092 19 01 47 295 431,3 Процентные платежи по государственному внутреннему долгу 092 19 01 460 47 295 431,3 Выплаты процентов по государственному долгу 092 19 01 460 330 47 295 431,3 Обслуживание государственного внешнего долга 092 19 02 202 746 981,9 Процентные платежи по государственному внешнему долгу 092 19 02 461 202 746 981,9 Выплаты процентов по государственному долгу 092 19 02 461 330 202 746 981,9 Пополнение государственных запасов и резервов 092 20 474 700,0 Прочие государственные запасы и резервы 092 20 03 474 700,0 Прочие расходы, не отнесенные к другим целевым статьям 092 20 03 515 474 700,0 Содержание подведомственных структур 092 20 03 515 075 474 700,0 Финансовая помощь другим бюджетам бюджетной системы 092 21 749 458 836,7 Финансовая помощь бюджетам других уровней 092 21 01 305 486 233,5 Расходы по обязательствам в рамках проектов, финансируемых с участием международных финансовых организаций 092 21 01 130 42,5 Прочие расходы, не отнесенные к другим видам расходов 092 21 01 130 397 42,5 Фонд софинансирования социальных расходов 092 21 01 352 15 000 000,0 Дотации бюджетам субъектов Российской Федерации на частичное возмещение расходов в связи с повышением тарифной ставки (оклада) первого разряда Единой тарифной сетки по оплате труда работников организаций бюджетной сферы 092 21 01 352 354 10 000 000,0 Дотации бюджетам субъектов Российской Федерации на частичное возмещение расходов по предоставлению населению субсидий по оплате жилья и коммунальных услуг 092 21 01 352 365 5 000 000,0 Федеральный фонд финансовой поддержки субъектов Российской Федерации 092 21 01 480 173 167 526,0 Дотации на выравнивание уровня бюджетной обеспеченности субъектов Российской Федерации 092 21 01 480 364 161 758 682,0 Субвенции на компенсацию тарифов на электроэнергию территориям Дальнего Востока и Архангельской области 092 21 01 480 455 2 600 000,0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092 21 01 480 456 8 808 844,0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092 21 01 483 17 682 998,7 Средства, передаваемые для компенсации дополнительных расходов, возникших в результате решений, принятых органами власти другого уровня 092 21 01 483 358 491 574,7 Другие средства, передаваемые по взаимным расчетам 092 21 01 483 359 15 667 858,2 Резервный фонд Правительства Российской Федерации 092 21 01 483 390 48 301,8 Резервный фонд Президента Российской Федерации 092 21 01 483 391 40 814,0 Резервный фонд Правительства Российской Федерации по предупреждению и ликвидации чрезвычайных ситуаций и последствий стихийных бедствий 092 21 01 483 392 1 434 450,0 Дотации и субвенции 092 21 01 485 38 650 961,3 Дотации бюджетам закрытых административно-территориальных образований 092 21 01 485 350 7 954 778,0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092 21 01 485 360 10 330 461,4 Дотация на содержание объектов инфраструктуры города Байконура, связанных с арендой космодрома Байконур, и субвенции бюджету города Байконура на капитальные вложения и отселение граждан Российской Федерации 092 21 01 485 361 563 757,0 Дотация городу-курорту Сочи 092 21 01 485 363 1 045 500,0 Дотации бюджетам субъектов Российской Федерации на поддержку мер по обеспечению сбалансированности бюджетов, включая возмещение выпадающих доходов, в связи с изменением бюджетного и налогового законодательства Российской Федерации 092 21 01 485 366 5 485 983,9 Субвенции бюджетам закрытых административно-территориальных образований на капитальные вложения 092 21 01 485 378 4 195 405,0 Субвенции бюджетам закрытых административно-территориальных образований на отселение 092 21 01 485 379 823 576,0 Дотации бюджетам субъектов Российской Федерации на возмещение потерь по акцизам на табачные изделия и акцизам на водку, ликероводочные изделия 092 21 01 485 383 6 000 000,0 Субвенции бюджетам закрытых административно-территориальных образований на финансирование программ развития закрытых административно-территориальных образований 092 21 01 485 454 1 000 000,0 Субвенции на реализацию программ развития городов как наукоградов Российской Федерации 092 21 01 485 538 310 000,0 Субвенция на премирование победителей Всероссийского конкурса на звание "Самый благоустроенный город России" 092 21 01 485 539 98 500,0 Субвенции бюджету города Москвы на выполнение федеральных полномочий по сбору и утилизации радиоактивных отходов в Центральном регионе 092 21 01 485 542 843 000,0 Фонд реформирования региональных финансов 092 21 01 488 1 300 400,0 Субсидии на реформирование и оздоровление региональных финансов, развитие социальной инфраструктуры, повышение эффективности бюджетных расходов, поддержку экономических реформ 092 21 01 488 458 1 300 400,0 Фонд компенсаций 092 21 01 489 47 411 175,0 Субсидии бюджетам субъектов Российской Федерации на реализацию Федерального закона "О социальной защите инвалидов в Российской Федерации", за исключением льгот по оплате жилищно-коммунальных услуг 092 21 01 489 337 7 618 251,6 Субвенции бюджетам субъектов Российской Федерации на реализацию Закона Российской Федерации "О статусе Героев Советского Союза, Героев Российской Федерации и полных кавалеров ордена Славы" и Федерального закона "О предоставлении социальных гарантий Героям Социалистического Труда и полным кавалерам ордена Трудовой Славы" 092 21 01 489 349 158 325,0 Субсидии бюджетам субъектов Российской Федерации на компенсацию расходов по предоставлению льгот по оплате жилищно-коммунальных услуг отдельным категориям граждан, работающих и проживающих в сельской местности 092 21 01 489 384 1 691 778,0 Субвенции на возмещение льгот по оплате жилищно-коммунальных услуг в соответствии с Федеральным законом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092 21 01 489 385 13 820 000,0 Субвенции на реализацию Федерального закона "О государственных пособиях гражданам, имеющим детей" 092 21 01 489 470 21 224 420,4 Субсидии бюджетам субъектов Российской Федерации на возмещение льгот по оплате жилищно-коммунальных услуг, услуг связи, проезда на общественном транспорте городского и пригородного сообщения гражданам, подвергшимся радиационному воздействию вследствие катастрофы на Чернобыльской АЭС, аварии на производственном объединении "Маяк" и ядерных испытаний на Семипалатинском полигоне 092 21 01 489 556 1 100 000,0 Субвенции бюджетам субъектов Российской Федерации на реализацию Закона Российской Федерации "О реабилитации жертв политических репрессий" 092 21 01 489 557 1 798 400,0 Федеральная целевая программа "Социально-экономическое развитие Республики Татарстан до 2006 года" 092 21 01 675 6 144 800,0 Другие средства, передаваемые по взаимным расчетам 092 21 01 675 359 6 144 800,0 Федеральная целевая программа "Социально-экономическое развитие Республики Башкортостан до 2006 года" 092 21 01 681 6 128 330,0 Другие средства, передаваемые по взаимным расчетам 092 21 01 681 359 6 128 330,0 Фонд регионального развития 092 21 02 12 790 880,0 Федеральная целевая программа развития Калининградской области на период до 2010 года 092 21 02 671 560 000,0 Субсидии на реализацию федеральных программ развития регионов 092 21 02 671 457 560 000,0 Федеральная целевая программа "Экономическое и социальное развитие Дальнего Востока и Забайкалья на 1996 - 2005 и до 2010 года" 092 21 02 672 968 000,0 Субсидии на реализацию федеральных программ развития регионов 092 21 02 672 457 968 000,0 Федеральная целевая программа "Социально-экономическое развитие Курильских островов Сахалинской области (1994 - 2005 годы)" 092 21 02 673 241 000,0 Субсидии на реализацию федеральных программ развития регионов 092 21 02 673 457 241 000,0 Федеральная целевая программа "Юг России" 092 21 02 674 2 051 900,0 Субсидии на реализацию федеральных программ развития регионов 092 21 02 674 457 2 051 900,0 Федеральная целевая программа "Социально-экономическое развитие Республики Татарстан до 2006 года" 092 21 02 675 5 120 000,0 Субсидии на реализацию федеральных программ развития регионов 092 21 02 675 457 4 000 000,0 Содержание Дирекции федеральной целевой программы 092 21 02 675 650 7 000,0 Подпрограмма "Сохранение и развитие исторического центра г. Казани" 092 21 02 675 800 1 113 000,0 Федеральная целевая программа "Сокращение различий в социально-экономическом развитии регионов Российской Федерации (2002 - 2010 годы и до 2015 года)" 092 21 02 677 2 628 000,0 Субсидии на реализацию федеральных программ развития регионов 092 21 02 677 457 2 628 000,0 Федеральная целевая программа "Социально-экономическое развитие Республики Башкортостан до 2006 года" 092 21 02 681 1 221 980,0 Субсидии на реализацию федеральных программ развития регионов 092 21 02 681 457 1 221 980,0 Мероприятия в области регионального развития 092 21 03 6 462 900,0 Государственные капитальные вложения 092 21 03 313 6 298 800,0 Государственные капитальные вложения на безвозвратной основе 092 21 03 313 198 6 298 800,0 Федеральная целевая программа "Жилище" на 2002 - 2010 годы 092 21 03 633 164 100,0 Мероприятия по обеспечению жильем отдельных категорий граждан 092 21 03 633 760 164 100,0 Средства, передаваемые государственным внебюджетным фондам 092 21 04 424 718 823,2 Средства, передаваемые Фонду социального страхования Российской Федерации на выплату компенсаций и пособий гражданам в соответствии с законодательством Российской Федерации 092 21 04 435 899 324,2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чернобыльской катастрофы 092 21 04 435 850 785 992,9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аварии на производственном объединении "Маяк" 092 21 04 435 851 97 527,6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ядерных испытаний на Семипалатинском полигоне 092 21 04 435 852 15 803,7 Средства, передаваемые Пенсионному фонду Российской Федерации на выплату пенсий и пособий в соответствии с законодательством Российской Федерации 092 21 04 441 49 441 277,8 Пособия и социальная помощь 092 21 04 441 322 49 441 277,8 Выплата пенсий и пособий другим категориям граждан 092 21 04 442 880 620,0 Пособия и социальная помощь 092 21 04 442 322 880 620,0 Субсидии из федерального бюджета на выплату базовой части трудовой пенсии за счет средств единого социального налога 092 21 04 448 373 497 601,2 Пособия и социальная помощь 092 21 04 448 322 373 497 601,2 Военная реформа 092 25 7 254 918,3 Проведение военной реформы 092 25 01 7 254 918,3 Расходы на проведение военной реформы 092 25 01 611 7 254 918,3 Жилой фонд 092 25 01 611 631 7 254 918,3 Прочие расходы 092 30 6 786 550,1 Резервные фонды 092 30 01 1 682 249,0 Резервные фонды 092 30 01 510 1 682 249,0 Резервный фонд Правительства Российской Федерации 092 30 01 510 390 418 772,0 Резервный фонд Президента Российской Федерации 092 30 01 510 391 100 155,0 Резервный фонд Правительства Российской Федерации по предупреждению и ликвидации чрезвычайных ситуаций и последствий стихийных бедствий 092 30 01 510 392 1 163 322,0 Бюджетные кредиты (бюджетные ссуды) 092 30 03 3 920 000,0 Бюджетные кредиты (бюджетные ссуды) 092 30 03 514 3 920 000,0 Другие ссуды 092 30 03 514 399 3 920 000,0 Прочие расходы, не отнесенные к другим подразделам 092 30 04 1 184 301,1 Прочие расходы, не отнесенные к другим целевым статьям 092 30 04 515 1 184 301,1 Прочие расходы, не отнесенные к другим видам расходов 092 30 04 515 397 1 184 301,1 МИНИСТЕРСТВО РОССИЙСКОЙ ФЕДЕРАЦИИ ПО АТОМНОЙ ЭНЕРГИИ 099 15 497 007,9 Государственное управление и местное самоуправление 099 01 120 059,7 Функционирование исполнительных органов государственной власти 099 01 03 120 059,7 Центральный аппарат 099 01 03 037 120 059,7 Денежное содержание аппарата 099 01 03 037 027 69 440,4 Расходы на содержание аппарата 099 01 03 037 029 50 619,3 Международная деятельность 099 03 42 405,7 Международные культурные, научные и информационные связи 099 03 04 42 405,7 Расходы на международные культурные, научные и информационные связи 099 03 04 125 42 405,7 Участие в международных научных исследованиях, стажировки студентов за рубежом 099 03 04 125 049 36 827,9 Участие в международных конференциях 099 03 04 125 050 5 577,8 Фундаментальные исследования и содействие научно-техническому прогрессу 099 06 415 101,4 Разработка перспективных технологий и приоритетных направлений научно-технического прогресса 099 06 02 415 101,4 НИОКР 099 06 02 281 232 481,4 Финансирование приоритетных направлений науки и техники 099 06 02 281 182 60 000,0 Другие НИОКР 099 06 02 281 216 172 481,4 Федеральная целевая программа "Ядерная и радиационная безопасность России" на 2000 - 2006 годы 099 06 02 653 53 480,0 Подпрограмма "Обращение с радиоактивными отходами и отработавшими ядерными материалами, их утилизация и захоронение" 099 06 02 653 762 21 168,0 Подпрограмма "Безопасность атомной промышленности России" 099 06 02 653 763 2 240,0 Подпрограмма "Безопасность атомных электростанций и исследовательских ядерных установок" 099 06 02 653 764 2 688,0 Подпрограмма "Атомные электростанции и ядерные энергетические установки нового поколения с повышенной безопасностью" 099 06 02 653 765 5 152,0 Подпрограмма "Совершенствование системы подготовки, переподготовки и повышения квалификации кадров" 099 06 02 653 766 1 904,0 Подпрограмма "Организация системы государственного учета и контроля ядерных материалов и системы государственного учета и контроля радиоактивных веществ и радиоактивных отходов" 099 06 02 653 767 1 904,0 Подпрограмма "Средства и методы исследования и анализа воздействия ядерно- и радиационно-опасных объектов на природную среду и человека" 099 06 02 653 777 5 040,0 Подпрограмма "Методы анализа и обоснования безопасности ядерно- и радиационно-опасных объектов" 099 06 02 653 778 11 200,0 Подпрограмма "Стратегия обеспечения ядерной и радиационной безопасности России" 099 06 02 653 779 2 184,0 Федеральная целевая программа "Международный термоядерный реактор ИТЭР" на 2002 - 2005 годы 099 06 02 659 61 600,0 Проведение научно-исследовательских и опытно-конструкторских работ в рамках федеральных целевых программ 099 06 02 659 187 61 600,0 Федеральная целевая программа "Национальная технологическая база" на 2002 - 2006 годы 099 06 02 663 42 900,0 Проведение научно-исследовательских и опытно-конструкторских работ в рамках федеральных целевых программ 099 06 02 663 187 42 900,0 Федеральная целевая программа "Энергоэффективная экономика" на 2002 - 2005 годы и на перспективу до 2010 года 099 06 02 669 24 640,0 Подпрограмма "Безопасность и развитие атомной энергетики" 099 06 02 669 810 24 640,0 Промышленность, энергетика и строительство 099 07 685 000,0 Строительство, архитектура 099 07 07 685 000,0 Государственные капитальные вложения по специальным министерствам и ведомствам 099 07 07 315 130 300,0 Государственные капитальные вложения на безвозвратной основе 099 07 07 315 198 130 300,0 Федеральная целевая программа "Жилище" на 2002 - 2010 годы 099 07 07 633 1 000,0 Мероприятия по обеспечению жильем отдельных категорий граждан 099 07 07 633 760 1 000,0 Федеральная целевая программа "Ядерная и радиационная безопасность России" на 2000 - 2006 годы 099 07 07 653 30 000,0 Подпрограмма "Обращение с радиоактивными отходами и отработавшими ядерными материалами, их утилизация и захоронение" 099 07 07 653 762 30 000,0 Федеральная целевая программа "Реформирование и развитие оборонно-промышленного комплекса (2002 - 2006 годы)" 099 07 07 665 52 700,0 Подпрограмма "Реформирование предприятий атомной промышленности (ядерно-оружейного комплекса) на 2002 - 2006 годы" 099 07 07 665 751 52 700,0 Федеральная целевая научно-техническая программа "Исследования и разработки по приоритетным направлениям развития науки и техники" на 2002 - 2006 годы 099 07 07 666 70 000,0 Государственные капитальные вложения на безвозвратной основе 099 07 07 666 198 70 000,0 Федеральная целевая программа "Энергоэффективная экономика" на 2002 - 2005 годы и на перспективу до 2010 года 099 07 07 669 401 000,0 Подпрограмма "Безопасность и развитие атомной энергетики" 099 07 07 669 810 401 000,0 Образование 099 14 158 641,1 Дошкольное образование 099 14 01 4 496,6 Ведомственные расходы на образование 099 14 01 400 4 496,6 Детские дошкольные учреждения 099 14 01 400 259 4 496,6 Начальное профессиональное образование 099 14 03 7 490,5 Ведомственные расходы на образование 099 14 03 400 7 490,5 Профессионально-технические училища 099 14 03 400 266 7 490,5 Среднее профессиональное образование 099 14 04 95 428,2 Ведомственные расходы на образование 099 14 04 400 95 428,2 Средние специальные учебные заведения 099 14 04 400 268 95 428,2 Высшее профессиональное образование 099 14 06 51 225,8 Ведомственные расходы на образование 099 14 06 400 51 225,8 Высшие учебные заведения 099 14 06 400 271 51 225,8 Финансовая помощь другим бюджетам бюджетной системы 099 21 9 500,0 Мероприятия в области регионального развития 099 21 03 9 500,0 Федеральная целевая программа "Жилище" на 2002 - 2010 годы 099 21 03 633 9 500,0 Мероприятия по обеспечению жильем отдельных категорий граждан 099 21 03 633 760 9 500,0 Целевые бюджетные фонды 099 31 14 066 300,0 Фонд Министерства Российской Федерации по атомной энергии 099 31 09 14 066 300,0 Расходы за счет целевого фонда, консолидируемого в бюджете 099 31 09 520 12 950 401,9 Выплаты пенсий и пособий 099 31 09 520 326 701 487,2 Расходы на мероприятия по повышению ядерной, радиационной и экологической безопасности и поддержке фундаментальной и прикладной науки 099 31 09 520 375 2 351 847,9 Компенсация организациям расходов, связанных с исполнением международных обязательств, принятых Российской Федерацией 099 31 09 520 377 5 533 554,0 Прочие расходы, не отнесенные к другим видам расходов 099 31 09 520 397 4 363 512,8 Федеральная целевая программа "Реформирование и развитие оборонно-промышленного комплекса (2002 - 2006 годы)" 099 31 09 665 1 115 898,1 Подпрограмма "Реформирование предприятий атомной промышленности (ядерно-оружейного комплекса) на 2002 - 2006 годы" 099 31 09 665 751 1 115 898,1 МИНИСТЕРСТВО ТРАНСПОРТА РОССИЙСКОЙ ФЕДЕРАЦИИ 104 99 177 721,4 Государственное управление и местное самоуправление 104 01 1 273 478,8 Функционирование исполнительных органов государственной власти 104 01 03 1 273 478,8 Центральный аппарат 104 01 03 037 266 822,8 Денежное содержание аппарата 104 01 03 037 027 166 651,5 Расходы на содержание аппарата 104 01 03 037 029 100 171,3 Территориальные органы 104 01 03 038 1 006 656,0 Денежное содержание аппарата 104 01 03 038 027 683 298,9 Расходы на содержание аппарата 104 01 03 038 029 323 357,1 Международная деятельность 104 03 3 061 186,5 Международное сотрудничество 104 03 01 3 052 819,8 Взносы в международные организации 104 03 01 121 33 589,8 Взносы в международные организации 104 03 01 121 053 33 589,8 Расходы по обязательствам в рамках проектов, финансируемых с участием международных финансовых организаций 104 03 01 130 511 670,0 Прочие расходы, не отнесенные к другим видам расходов 104 03 01 130 397 511 670,0 Расходы в сфере международной деятельности 104 03 01 131 2 507 560,0 Прочие расходы, не отнесенные к другим видам расходов 104 03 01 131 397 2 507 560,0 Международные культурные, научные и информационные связи 104 03 04 8 366,7 Расходы на международные культурные, научные и информационные связи 104 03 04 125 8 366,7 Участие в международных конференциях 104 03 04 125 050 8 366,7 Фундаментальные исследования и содействие научно-техническому прогрессу 104 06 83 349,3 Разработка перспективных технологий и приоритетных направлений научно-технического прогресса 104 06 02 83 349,3 НИОКР 104 06 02 281 50 125,3 Другие НИОКР 104 06 02 281 216 50 125,3 Федеральная целевая программа "Модернизация транспортной системы России (2002 - 2010 годы)" 104 06 02 630 28 000,0 Подпрограмма "Автомобильные дороги" 104 06 02 630 701 3 360,0 Подпрограмма "Гражданская авиация" 104 06 02 630 702 2 800,0 Подпрограмма "Единая система организации воздушного движения" 104 06 02 630 703 560,0 Подпрограмма "Морской транспорт" 104 06 02 630 704 6 160,0 Подпрограмма "Внутренний водный транспорт" 104 06 02 630 705 1 680,0 Подпрограмма "Внутренние водные пути" 104 06 02 630 706 5 040,0 Подпрограмма "Реформирование пассажирского транспорта общего пользования" 104 06 02 630 707 2 800,0 Подпрограмма "Безопасность дорожного движения" 104 06 02 630 708 2 800,0 Подпрограмма "Информатизация" 104 06 02 630 709 560,0 Подпрограмма "Международные транспортные коридоры" 104 06 02 630 710 2 240,0 Федеральная целевая программа "Мировой океан" 104 06 02 634 5 000,0 Подпрограмма "Транспортные коммуникации России в Мировом океане" 104 06 02 634 721 5 000,0 Федеральная целевая программа "Энергоэффективная экономика" на 2002 - 2005 годы и на перспективу до 2010 года 104 06 02 669 224,0 Подпрограмма "Энергоэффективность в сфере потребления" 104 06 02 669 811 224,0 Промышленность, энергетика и строительство 104 07 3 661 100,0 Другие отрасли промышленности 104 07 05 15 000,0 Федеральная целевая программа "Глобальная навигационная система" 104 07 05 662 15 000,0 Подпрограмма "Внедрение и использование спутниковых навигационных систем в интересах транспорта" 104 07 05 662 747 15 000,0 Строительство, архитектура 104 07 07 3 646 100,0 Государственные капитальные вложения 104 07 07 313 35 000,0 Государственные капитальные вложения на безвозвратной основе 104 07 07 313 198 35 000,0 Федеральная целевая программа "Модернизация транспортной системы России (2002 - 2010 годы)" 104 07 07 630 3 491 100,0 Подпрограмма "Гражданская авиация" 104 07 07 630 702 1 566 100,0 Подпрограмма "Морской транспорт" 104 07 07 630 704 1 320 000,0 Подпрограмма "Внутренние водные пути" 104 07 07 630 706 585 000,0 Подпрограмма "Безопасность дорожного движения" 104 07 07 630 708 20 000,0 Федеральная целевая программа "Восстановление экономики и социальной сферы Чеченской Республики (2002 год и последующие годы)" 104 07 07 676 120 000,0 Финансирование мероприятий по федеральной целевой программе восстановления экономики и социальной сферы Чеченской Республики 104 07 07 676 540 120 000,0 Транспорт, связь и информатика 104 10 2 841 890,0 Автомобильный транспорт 104 10 01 114 400,0 Государственная поддержка автомобильного транспорта 104 10 01 372 78 000,0 Целевые субсидии и субвенции 104 10 01 372 290 78 000,0 Федеральная целевая программа "Модернизация транспортной системы России (2002 - 2010 годы)" 104 10 01 630 36 400,0 Содержание Дирекции федеральной целевой программы 104 10 01 630 650 16 800,0 Подпрограмма "Реформирование пассажирского транспорта общего пользования" 104 10 01 630 707 7 000,0 Подпрограмма "Безопасность дорожного движения" 104 10 01 630 708 10 000,0 Подпрограмма "Международные транспортные коридоры" 104 10 01 630 710 2 600,0 Воздушный транспорт 104 10 03 425 000,1 Государственная поддержка воздушного транспорта 104 10 03 373 244 900,0 Субсидии предприятиям воздушного транспорта, расположенным в районах Крайнего Севера 104 10 03 373 232 84 600,0 Обеспечение безопасности воздушного транспорта 104 10 03 373 233 160 300,0 Прочие расходы, не отнесенные к другим целевым статьям 104 10 03 515 180 100,1 Субсидирование процентных ставок по привлеченным кредитам 104 10 03 515 463 10 100,1 Возмещение авиакомпаниям части затрат на уплату лизинговых платежей за воздушные суда российского производства, части затрат на уплату процентов по кредитам, полученным в российских кредитных организациях, на приобретение российских воздушных судов 104 10 03 515 481 170 000,0 Водный транспорт 104 10 04 2 302 489,9 Государственная поддержка морского транспорта 104 10 04 374 106 661,4 Обеспечение безопасности морского транспорта 104 10 04 374 236 106 661,4 Государственная поддержка речного транспорта 104 10 04 375 2 105 928,6 Обеспечение безопасности речного транспорта 104 10 04 375 234 2 086 826,4 Субсидии на перевозку пассажиров в межобластном сообщении 104 10 04 375 235 19 102,2 Прочие расходы, не отнесенные к другим целевым статьям 104 10 04 515 89 899,9 Субсидирование процентных ставок по привлеченным кредитам 104 10 04 515 463 89 899,9 Образование 104 14 2 390 582,1 Среднее профессиональное образование 104 14 04 1 292 251,9 Ведомственные расходы на образование 104 14 04 400 1 292 251,9 Средние специальные учебные заведения 104 14 04 400 268 1 292 251,9 Высшее профессиональное образование 104 14 06 1 096 169,4 Ведомственные расходы на образование 104 14 06 400 1 096 169,4 Высшие учебные заведения 104 14 06 400 271 1 096 169,4 Прочие расходы в области образования 104 14 07 2 160,8 Ведомственные расходы на образование 104 14 07 400 2 160,8 Прочие учреждения и мероприятия в области образования 104 14 07 400 272 2 160,8 Культура, искусство и кинематография 104 15 214,9 Культура и искусство 104 15 01 214,9 Ведомственные расходы на культуру и искусство 104 15 01 410 214,9 Музеи и постоянные выставки 104 15 01 410 283 214,9 Здравоохранение и физическая культура 104 17 188 015,6 Здравоохранение 104 17 01 188 015,6 Ведомственные расходы на здравоохранение 104 17 01 430 188 015,6 Больницы, клиники, госпитали 104 17 01 430 300 188 015,6 Финансовая помощь другим бюджетам бюджетной системы 104 21 40 949 220,0 Финансовая помощь бюджетам других уровней 104 21 01 40 915 720,0 Государственная поддержка дорожного хозяйства 104 21 01 479 40 915 720,0 Субвенции и субсидии бюджетам субъектов Российской Федерации на финансирование дорожного хозяйства 104 21 01 479 532 40 915 720,0 Мероприятия в области регионального развития 104 21 03 33 500,0 Государственные капитальные вложения 104 21 03 313 33 500,0 Государственные капитальные вложения на безвозвратной основе 104 21 03 313 198 33 500,0 Исследование и использование космического пространства 104 24 17 000,0 Научно-исследовательские и опытно-конструкторские работы в области космической деятельности 104 24 02 17 000,0 Федеральная целевая программа "Глобальная навигационная система" 104 24 02 662 17 000,0 Подпрограмма "Внедрение и использование спутниковых навигационных систем в интересах транспорта" 104 24 02 662 747 17 000,0 Дорожное хозяйство 104 26 44 625 183,9 Дорожное хозяйство 104 26 01 44 625 183,9 Государственная поддержка дорожного хозяйства 104 26 01 479 1 150 000,0 Текущие расходы организаций на управление дорожным хозяйством 104 26 01 479 522 1 150 000,0 Федеральная целевая программа "Модернизация транспортной системы России (2002 - 2010 годы)" 104 26 01 630 43 475 183,9 Подпрограмма "Автомобильные дороги" 104 26 01 630 701 43 475 183,9 Прочие расходы 104 30 86 500,3 Резервные фонды 104 30 01 86 500,3 Резервные фонды 104 30 01 510 86 500,3 Резервный фонд Правительства Российской Федерации по предупреждению и ликвидации чрезвычайных ситуаций и последствий стихийных бедствий 104 30 01 510 392 86 500,3 РОССИЙСКОЕ АГЕНТСТВО ПО БОЕПРИПАСАМ 125 5 678 102,1 Государственное управление и местное самоуправление 125 01 28 117,8 Функционирование исполнительных органов государственной власти 125 01 03 28 117,8 Центральный аппарат 125 01 03 037 28 117,8 Денежное содержание аппарата 125 01 03 037 027 20 085,0 Расходы на содержание аппарата 125 01 03 037 029 8 032,8 Международная деятельность 125 03 7 384,3 Международные культурные, научные и информационные связи 125 03 04 7 384,3 Расходы на международные культурные, научные и информационные связи 125 03 04 125 7 384,3 Участие в международных конференциях 125 03 04 125 050 7 384,3 Фундаментальные исследования и содействие научно-техническому прогрессу 125 06 24 300,0 Разработка перспективных технологий и приоритетных направлений научно-технического прогресса 125 06 02 24 300,0 Федеральная целевая программа "Национальная технологическая база" на 2002 - 2006 годы 125 06 02 663 24 300,0 Проведение научно-исследовательских и опытно-конструкторских работ в рамках федеральных целевых программ 125 06 02 663 187 24 300,0 Промышленность, энергетика и строительство 125 07 226 300,0 Строительство, архитектура 125 07 07 226 300,0 Государственные капитальные вложения по специальным министерствам и ведомствам 125 07 07 315 115 000,0 Государственные капитальные вложения на безвозвратной основе 125 07 07 315 198 115 000,0 Федеральная целевая программа "Национальная технологическая база" на 2002 - 2006 годы 125 07 07 663 28 400,0 Государственные капитальные вложения на безвозвратной основе 125 07 07 663 198 28 400,0 Федеральная целевая программа "Реформирование и развитие оборонно-промышленного комплекса (2002 - 2006 годы)" 125 07 07 665 82 900,0 Государственные капитальные вложения на безвозвратной основе 125 07 07 665 198 82 900,0 Утилизация и ликвидация вооружений, включая выполнение международных договоров 125 22 5 392 000,0 Утилизация и ликвидация вооружений по международным договорам 125 22 01 5 392 000,0 Президентская программа "Уничтожение запасов химического оружия в Российской Федерации" 125 22 01 652 5 392 000,0 Утилизация и ликвидация вооружений 125 22 01 652 371 5 061 550,0 Инспекционная деятельность и другие расходы 125 22 01 652 372 65 000,0 НИОКР в целях реализации конвенции 125 22 01 652 373 265 450,0 РОССИЙСКОЕ АГЕНТСТВО ПО ОБЫЧНЫМ ВООРУЖЕНИЯМ 126 663 860,8 Государственное управление и местное самоуправление 126 01 20 555,2 Функционирование исполнительных органов государственной власти 126 01 03 20 555,2 Центральный аппарат 126 01 03 037 20 555,2 Денежное содержание аппарата 126 01 03 037 027 13 270,4 Расходы на содержание аппарата 126 01 03 037 029 7 284,8 Международная деятельность 126 03 588,7 Международные культурные, научные и информационные связи 126 03 04 588,7 Расходы на международные культурные, научные и информационные связи 126 03 04 125 588,7 Участие в международных конференциях 126 03 04 125 050 588,7 Фундаментальные исследования и содействие научно-техническому прогрессу 126 06 65 400,0 Разработка перспективных технологий и приоритетных направлений научно-технического прогресса 126 06 02 65 400,0 Федеральная целевая программа "Национальная технологическая база" на 2002 - 2006 годы 126 06 02 663 65 400,0 Проведение научно-исследовательских и опытно-конструкторских работ в рамках федеральных целевых программ 126 06 02 663 187 65 400,0 Промышленность, энергетика и строительство 126 07 573 300,0 Строительство, архитектура 126 07 07 573 300,0 Государственные капитальные вложения по специальным министерствам и ведомствам 126 07 07 315 379 000,0 Государственные капитальные вложения на безвозвратной основе 126 07 07 315 198 379 000,0 Федеральная целевая программа "Национальная технологическая база" на 2002 - 2006 годы 126 07 07 663 106 500,0 Государственные капитальные вложения на безвозвратной основе 126 07 07 663 198 106 500,0 Федеральная целевая программа "Реформирование и развитие оборонно-промышленного комплекса (2002 - 2006 годы)" 126 07 07 665 83 300,0 Государственные капитальные вложения на безвозвратной основе 126 07 07 665 198 83 300,0 Федеральная целевая научно-техническая программа "Исследования и разработки по приоритетным направлениям развития науки и техники" на 2002 - 2006 годы 126 07 07 666 4 500,0 Государственные капитальные вложения на безвозвратной основе 126 07 07 666 198 4 500,0 Культура, искусство и кинематография 126 15 4 016,9 Культура и искусство 126 15 01 4 016,9 Ведомственные расходы на культуру и искусство 126 15 01 410 4 016,9 Музеи и постоянные выставки 126 15 01 410 283 4 016,9 РОССИЙСКОЕ АГЕНТСТВО ПО СИСТЕМАМ УПРАВЛЕНИЯ 128 1 087 706,8 Государственное управление и местное самоуправление 128 01 23 211,7 Функционирование исполнительных органов государственной власти 128 01 03 23 211,7 Центральный аппарат 128 01 03 037 23 211,7 Денежное содержание аппарата 128 01 03 037 027 13 442,1 Расходы на содержание аппарата 128 01 03 037 029 9 769,6 Международная деятельность 128 03 2 795,1 Международные культурные, научные и информационные связи 128 03 04 2 795,1 Расходы на международные культурные, научные и информационные связи 128 03 04 125 2 795,1 Участие в международных конференциях 128 03 04 125 050 2 795,1 Фундаментальные исследования и содействие научно-техническому прогрессу 128 06 408 300,0 Разработка перспективных технологий и приоритетных направлений научно-технического прогресса 128 06 02 408 300,0 Федеральная целевая программа "Национальная технологическая база" на 2002 - 2006 годы 128 06 02 663 398 800,0 Проведение научно-исследовательских и опытно-конструкторских работ в рамках федеральных целевых программ 128 06 02 663 187 398 800,0 Федеральная целевая программа "Электронная Россия (2002 - 2010 годы)" 128 06 02 670 9 500,0 Проведение научно-исследовательских и опытно-конструкторских работ в рамках федеральных целевых программ 128 06 02 670 187 9 500,0 Промышленность, энергетика и строительство 128 07 553 400,0 Строительство, архитектура 128 07 07 553 400,0 Государственные капитальные вложения по специальным министерствам и ведомствам 128 07 07 315 350 000,0 Государственные капитальные вложения на безвозвратной основе 128 07 07 315 198 350 000,0 Федеральная целевая программа "Национальная технологическая база" на 2002 - 2006 годы 128 07 07 663 48 100,0 Государственные капитальные вложения на безвозвратной основе 128 07 07 663 198 48 100,0 Федеральная целевая программа "Реформирование и развитие оборонно-промышленного комплекса (2002 - 2006 годы)" 128 07 07 665 155 300,0 Государственные капитальные вложения на безвозвратной основе 128 07 07 665 198 155 300,0 Исследование и использование космического пространства 128 24 100 000,0 Научно-исследовательские и опытно-конструкторские работы в области космической деятельности 128 24 02 100 000,0 Федеральная целевая программа "Глобальная навигационная система" 128 24 02 662 100 000,0 Подпрограмма "Разработка, подготовка производства, изготовление навигационного оборудования и аппаратуры для гражданских потребителей" 128 24 02 662 749 100 000,0 РОССИЙСКОЕ АГЕНТСТВО ПО СУДОСТРОЕНИЮ 129 666 528,2 Государственное управление и местное самоуправление 129 01 24 150,7 Функционирование исполнительных органов государственной власти 129 01 03 24 150,7 Центральный аппарат 129 01 03 037 23 733,7 Денежное содержание аппарата 129 01 03 037 027 13 173,0 Расходы на содержание аппарата 129 01 03 037 029 10 560,7 Реализация государственной политики в области приватизации и управления федеральной собственностью 129 01 03 067 417,0 Расходы, связанные с деятельностью по управлению находящимися в федеральной собственности акциями открытых акционерных обществ 129 01 03 067 061 417,0 Международная деятельность 129 03 465,5 Международные культурные, научные и информационные связи 129 03 04 465,5 Расходы на международные культурные, научные и информационные связи 129 03 04 125 465,5 Участие в международных конференциях 129 03 04 125 050 465,5 Фундаментальные исследования и содействие научно-техническому прогрессу 129 06 168 912,0 Разработка перспективных технологий и приоритетных направлений научно-технического прогресса 129 06 02 168 912,0 Федеральная целевая программа "Мировой океан" 129 06 02 634 4 040,0 Подпрограмма "Создание технологий для освоения ресурсов и пространств Мирового океана" 129 06 02 634 719 4 040,0 Федеральная целевая программа "Ядерная и радиационная безопасность России" на 2000 - 2006 годы 129 06 02 653 11 872,0 Подпрограмма "Ядерная и радиационная безопасность на предприятиях судостроительной промышленности" 129 06 02 653 768 11 872,0 Федеральная целевая программа "Национальная технологическая база" на 2002 - 2006 годы 129 06 02 663 153 000,0 Проведение научно-исследовательских и опытно-конструкторских работ в рамках федеральных целевых программ 129 06 02 663 187 153 000,0 Промышленность, энергетика и строительство 129 07 473 000,0 Строительство, архитектура 129 07 07 473 000,0 Государственные капитальные вложения по специальным министерствам и ведомствам 129 07 07 315 350 000,0 Государственные капитальные вложения на безвозвратной основе 129 07 07 315 198 350 000,0 Федеральная целевая программа "Мировой океан" 129 07 07 634 10 000,0 Подпрограмма "Создание высокотехнологичных установок, машин и оборудования для морской добычи нефти, газа и освоения углеводородных месторождений на континентальном шельфе Арктики на 2003 - 2012 годы" 129 07 07 634 815 10 000,0 Федеральная целевая программа "Ядерная и радиационная безопасность России" на 2000 - 2006 годы 129 07 07 653 5 000,0 Подпрограмма "Обращение с радиоактивными отходами и отработавшими ядерными материалами, их утилизация и захоронение" 129 07 07 653 762 5 000,0 Федеральная целевая программа "Национальная технологическая база" на 2002 - 2006 годы 129 07 07 663 30 000,0 Государственные капитальные вложения на безвозвратной основе 129 07 07 663 198 30 000,0 Федеральная целевая программа "Реформирование и развитие оборонно-промышленного комплекса (2002 - 2006 годы)" 129 07 07 665 78 000,0 Государственные капитальные вложения на безвозвратной основе 129 07 07 665 198 78 000,0 ГОСУДАРСТВЕННЫЙ КОМИТЕТ РОССИЙСКОЙ ФЕДЕРАЦИИ ПО СТРОИТЕЛЬСТВУ И ЖИЛИЩНО-КОММУНАЛЬНОМУ КОМПЛЕКСУ 133 7 353 163,8 Государственное управление и местное самоуправление 133 01 67 388,6 Функционирование исполнительных органов государственной власти 133 01 03 67 388,6 Центральный аппарат 133 01 03 037 67 388,6 Денежное содержание аппарата 133 01 03 037 027 44 213,6 Расходы на содержание аппарата 133 01 03 037 029 23 175,0 Международная деятельность 133 03 702 447,9 Международное сотрудничество 133 03 01 700 359,5 Взносы в международные организации 133 03 01 121 3 359,1 Взносы в международные организации 133 03 01 121 053 3 359,1 Расходы по обязательствам в рамках проектов, финансируемых с участием международных финансовых организаций 133 03 01 130 57 509,9 Прочие расходы, не отнесенные к другим видам расходов 133 03 01 130 397 57 509,9 Расходы в сфере международной деятельности 133 03 01 131 639 490,5 Прочие расходы, не отнесенные к другим видам расходов 133 03 01 131 397 639 490,5 Международные культурные, научные и информационные связи 133 03 04 2 088,4 Расходы на международные культурные, научные и информационные связи 133 03 04 125 2 088,4 Участие в международных конференциях 133 03 04 125 050 2 088,4 Фундаментальные исследования и содействие научно-техническому прогрессу 133 06 23 202,0 Разработка перспективных технологий и приоритетных направлений научно-технического прогресса 133 06 02 23 202,0 НИОКР 133 06 02 281 3 402,0 Другие НИОКР 133 06 02 281 216 3 402,0 Федеральная целевая программа "Жилище" на 2002 - 2010 годы 133 06 02 633 7 840,0 Проведение научно-исследовательских и опытно-конструкторских работ в рамках федеральных целевых программ 133 06 02 633 187 7 840,0 Федеральная целевая программа "Сейсмобезопасность территории России" (2002 - 2010 годы) 133 06 02 656 5 600,0 Проведение научно-исследовательских и опытно-конструкторских работ в рамках федеральных целевых программ 133 06 02 656 187 5 600,0 Федеральная целевая программа "Сохранение и развитие архитектуры исторических городов (2002 - 2010 годы)" 133 06 02 658 440,0 Подпрограмма "Сохранение и развитие исторического центра г. Санкт-Петербурга" 133 06 02 658 744 440,0 Федеральная целевая программа "Национальная технологическая база" на 2002 - 2006 годы 133 06 02 663 4 800,0 Проведение научно-исследовательских и опытно-конструкторских работ в рамках федеральных целевых программ 133 06 02 663 187 4 800,0 Федеральная целевая программа "Энергоэффективная экономика" на 2002 - 2005 годы и на перспективу до 2010 года 133 06 02 669 1 120,0 Подпрограмма "Энергоэффективность в сфере потребления" 133 06 02 669 811 1 120,0 Промышленность, энергетика и строительство 133 07 2 894 009,0 Другие отрасли промышленности 133 07 05 178 200,0 Государственная поддержка отраслей промышленности 133 07 05 302 178 200,0 Целевые субсидии и субвенции 133 07 05 302 290 178 200,0 Строительство, архитектура 133 07 07 2 715 809,0 Государственные капитальные вложения 133 07 07 313 352 726,0 Государственные капитальные вложения на безвозвратной основе 133 07 07 313 198 352 726,0 Федеральная целевая программа "Жилище" на 2002 - 2010 годы 133 07 07 633 25 000,0 Президентская программа "Государственные жилищные сертификаты" 133 07 07 633 758 25 000,0 Федеральная целевая программа "Сейсмобезопасность территории России" (2002 - 2010 годы) 133 07 07 656 13 000,0 Государственные капитальные вложения на безвозвратной основе 133 07 07 656 198 13 000,0 Федеральная целевая программа "Сохранение и развитие архитектуры исторических городов (2002 - 2010 годы)" 133 07 07 658 537 700,0 Подпрограмма "Сохранение и развитие исторического центра г. Санкт-Петербурга" 133 07 07 658 744 357 680,0 Подпрограмма "Возрождение, строительство, реконструкция и реставрация исторических малых и средних городов России в условиях экономической реформы" 133 07 07 658 745 180 020,0 Федеральная целевая программа "Восстановление экономики и социальной сферы Чеченской Республики (2002 год и последующие годы)" 133 07 07 676 1 787 383,0 Финансирование мероприятий по федеральной целевой программе восстановления экономики и социальной сферы Чеченской Республики 133 07 07 676 540 1 787 383,0 Образование 133 14 786 769,4 Общее образование 133 14 02 1 600,7 Ведомственные расходы на образование 133 14 02 400 1 600,7 Учреждения по внешкольной работе с детьми 133 14 02 400 264 1 600,7 Среднее профессиональное образование 133 14 04 782 436,1 Ведомственные расходы на образование 133 14 04 400 782 436,1 Средние специальные учебные заведения 133 14 04 400 268 782 436,1 Прочие расходы в области образования 133 14 07 2 732,6 Ведомственные расходы на образование 133 14 07 400 2 732,6 Прочие учреждения и мероприятия в области образования 133 14 07 400 272 2 732,6 Культура, искусство и кинематография 133 15 22 036,7 Культура и искусство 133 15 01 22 036,7 Ведомственные расходы на культуру и искусство 133 15 01 410 22 036,7 Содержание особо ценных объектов культурного наследия народов Российской Федерации 133 15 01 410 273 17 335,6 Библиотеки 133 15 01 410 284 4 701,1 Финансовая помощь другим бюджетам бюджетной системы 133 21 2 857 310,2 Мероприятия в области регионального развития 133 21 03 2 857 310,2 Государственные капитальные вложения 133 21 03 313 327 980,2 Государственные капитальные вложения на безвозвратной основе 133 21 03 313 198 327 980,2 Федеральная целевая программа "Жилище" на 2002 - 2010 годы 133 21 03 633 2 088 830,0 Подпрограмма "Реформирование и модернизация жилищно-коммунального комплекса Российской Федерации" 133 21 03 633 752 554 930,0 Подпрограмма "Обеспечение жильем граждан Российской Федерации, подлежащих отселению с комплекса "Байконур" 133 21 03 633 755 8 100,0 Подпрограмма "Переселение граждан Российской Федерации из ветхого и аварийного жилищного фонда" 133 21 03 633 756 1 322 050,0 Мероприятия по обеспечению жильем отдельных категорий граждан 133 21 03 633 760 203 750,0 Федеральная целевая программа "Сейсмобезопасность территории России" (2002 - 2010 годы) 133 21 03 656 198 27 000,0 Государственные капитальные вложения на безвозвратной основе 133 21 03 656 27 000,0 Федеральная целевая программа "Сохранение и развитие архитектуры исторических городов (2002 - 2010 годы)" 133 21 03 658 34 500,0 Подпрограмма "Сохранение и развитие исторического центра г. Санкт-Петербурга" 133 21 03 658 744 34 500,0 Федеральная целевая программа "Энергоэффективная экономика" на 2002 - 2005 годы и на перспективу до 2010 года 133 21 03 669 367 000,0 Подпрограмма "Энергоэффективность топливно-энергетического комплекса" 133 21 03 669 809 367 000,0 Федеральная целевая программа "Экономическое и социальное развитие Дальнего Востока и Забайкалья на 1996 - 2005 и до 2010 года" 133 21 03 672 12 000,0 Государственные капитальные вложения на безвозвратной основе 133 21 03 672 198 12 000,0 МИНИСТЕРСТВО РОССИЙСКОЙ ФЕДЕРАЦИИ ПО ДЕЛАМ ПЕЧАТИ, ТЕЛЕРАДИОВЕЩАНИЯ И СРЕДСТВ МАССОВЫХ КОММУНИКАЦИЙ 134 13 581 881,9 Государственное управление и местное самоуправление 134 01 137 690,2 Функционирование исполнительных органов государственной власти 134 01 03 137 690,2 Центральный аппарат 134 01 03 037 118 198,5 Денежное содержание аппарата 134 01 03 037 027 47 226,9 Расходы на содержание аппарата 134 01 03 037 029 70 971,6 Территориальные органы 134 01 03 038 19 491,7 Денежное содержание аппарата 134 01 03 038 027 15 241,6 Расходы на содержание аппарата 134 01 03 038 029 4 250,1 Международная деятельность 134 03 648 619,5 Международное сотрудничество 134 03 01 239 092,3 Зарубежный аппарат 134 03 01 120 157 465,2 Денежное содержание аппарата 134 03 01 120 027 50 494,3 Расходы на содержание аппарата 134 03 01 120 029 106 970,9 Взносы в международные организации 134 03 01 121 25 901,9 Взносы в международные организации 134 03 01 121 053 25 901,9 Операции неторгового характера 134 03 01 134 55 725,2 Прочие расходы, не отнесенные к другим видам расходов 134 03 01 134 397 55 725,2 Международные культурные, научные и информационные связи 134 03 04 409 527,2 Расходы на международные культурные, научные и информационные связи 134 03 04 125 409 527,2 Расходы на аренду каналов связи и радиопередатчиков за рубежом 134 03 04 125 048 377 975,9 Участие в международных конференциях 134 03 04 125 050 1 884,2 Проведение выставок, ярмарок за рубежом 134 03 04 125 051 29 667,1 Фундаментальные исследования и содействие научно-технич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