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Уголовный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22, ст. 2332; № 26, ст. 3012; 1999, № 7, ст. 871, 873; № 11, ст. 1255; № 12, ст. 1407; № 28, ст. 3489, 3490, 3491; 2001, № 11, ст. 1002; № 13, ст. 1140; № 26, ст. 2587; № 33, ст. 3424; № 47, ст. 4404, 4405; № 53, ст. 5028; 2002, № 10, ст. 966; № 11, ст. 1021; № 19, ст. 1793, 1795; № 26, ст. 2518; № 30, ст. 3020, 3029; № 44, ст. 4298; 2003, № 11, ст. 954; № 15, ст. 1304; № 27, ст. 2708, 2712; № 28, ст. 2880) следующие изменения и дополнения: 1) статью 16 признать утратившей силу; 2) в части первой статьи 17 слова "предусмотренных различными статьями или частями статьи настоящего Кодекса," исключить; 3) статью 18 изложить в следующей редакции: "Статья 18. Рецидив преступлений 1. Рецидивом преступлений признается совершение умышленного преступления лицом, имеющим судимость за ранее совершенное умышленное преступление.</w:t>
      </w:r>
    </w:p>
    <w:p>
      <w:r>
        <w:rPr>
          <w:b/>
        </w:rPr>
        <w:t xml:space="preserve">2. </w:t>
      </w:r>
      <w:r>
        <w:t>Рецидив преступлений признается опасным:</w:t>
      </w:r>
    </w:p>
    <w:p>
      <w:r>
        <w:rPr>
          <w:b/>
        </w:rPr>
        <w:t xml:space="preserve">3. </w:t>
      </w:r>
      <w:r>
        <w:t>Рецидив преступлений признается особо опасным:</w:t>
      </w:r>
    </w:p>
    <w:p>
      <w:r>
        <w:rPr>
          <w:b/>
        </w:rPr>
        <w:t xml:space="preserve">4. </w:t>
      </w:r>
      <w:r>
        <w:t>При признании рецидива преступлений не учитываются:</w:t>
      </w:r>
    </w:p>
    <w:p>
      <w:r>
        <w:rPr>
          <w:b/>
        </w:rPr>
        <w:t xml:space="preserve">5. </w:t>
      </w:r>
      <w:r>
        <w:t>Рецидив преступлений влечет более строгое наказание на основании и в пределах, предусмотренных настоящим Кодексом.";</w:t>
      </w:r>
    </w:p>
    <w:p>
      <w:r>
        <w:rPr>
          <w:b/>
        </w:rPr>
        <w:t xml:space="preserve">2. </w:t>
      </w:r>
      <w:r>
        <w:t>Штраф устанавливается в размере от двух тысяч пятисот до одного миллиона рублей или в размере заработной платы или иного дохода осужденного за период от двух недель до пяти лет. Штраф в размере от пятисот тысяч рублей или в размере заработной платы или иного дохода осужденного за период свыше трех лет может назначаться только за тяжкие и особо тяжкие преступления в случаях, специально предусмотренных соответствующими статьями Особенной части настоящего Кодекса</w:t>
      </w:r>
    </w:p>
    <w:p>
      <w:r>
        <w:rPr>
          <w:b/>
        </w:rPr>
        <w:t xml:space="preserve">3. </w:t>
      </w:r>
      <w:r>
        <w:t>Размер штрафа определяется судом с учетом тяжести совершенного преступления и имущественного положения осужденного и его семьи, а также с учетом возможности получения осужденным заработной платы или иного дохода. С учетом тех же обстоятельств суд может назначить штраф с рассрочкой выплаты определенными частями на срок до трех лет."; часть пятую изложить в следующей редакции: "5. В случае злостного уклонения от уплаты штрафа, назначенного в качестве основного наказания, он заменяется в пределах санкции, предусмотренной соответствующей статьей Особенной части настоящего Кодекса.";</w:t>
      </w:r>
    </w:p>
    <w:p>
      <w:r>
        <w:rPr>
          <w:b/>
        </w:rPr>
        <w:t xml:space="preserve">2. </w:t>
      </w:r>
      <w:r>
        <w:t>Исправительные работы устанавливаются на срок от двух месяцев до двух лет</w:t>
      </w:r>
    </w:p>
    <w:p>
      <w:r>
        <w:rPr>
          <w:b/>
        </w:rPr>
        <w:t xml:space="preserve">3. </w:t>
      </w:r>
      <w:r>
        <w:t>Из заработка осужденного к исправительным работам производятся удержания в доход государства в размере, установленном приговором суда, в пределах от пяти до двадцати процентов</w:t>
      </w:r>
    </w:p>
    <w:p>
      <w:r>
        <w:rPr>
          <w:b/>
        </w:rPr>
        <w:t xml:space="preserve">4. </w:t>
      </w:r>
      <w:r>
        <w:t>В случае злостного уклонения от отбывания наказания лицом, осужденным к исправительным работам, суд может заменить неотбытое наказание ограничением свободы, арестом или лишением свободы из расчета один день ограничения свободы за один день исправительных работ, один день ареста за два дня исправительных работ или один день лишения свободы за три дня исправительных работ</w:t>
      </w:r>
    </w:p>
    <w:p>
      <w:r>
        <w:rPr>
          <w:b/>
        </w:rPr>
        <w:t xml:space="preserve">5. </w:t>
      </w:r>
      <w:r>
        <w:t>Исправительные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
        <w:rPr>
          <w:b/>
        </w:rPr>
        <w:t xml:space="preserve">4. </w:t>
      </w:r>
      <w:r>
        <w:t>При назначении наказания лицу, признанному вердиктом присяжных заседателей виновным в совершении преступления, но заслуживающим снисхождения, обстоятельства, отягчающие наказание, не учитываются.";</w:t>
      </w:r>
    </w:p>
    <w:p>
      <w:r>
        <w:rPr>
          <w:b/>
        </w:rPr>
        <w:t xml:space="preserve">2. </w:t>
      </w:r>
      <w: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r>
        <w:rPr>
          <w:b/>
        </w:rPr>
        <w:t xml:space="preserve">3. </w:t>
      </w:r>
      <w: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w:t>
      </w:r>
    </w:p>
    <w:p>
      <w:r>
        <w:rPr>
          <w:b/>
        </w:rPr>
        <w:t xml:space="preserve">3. </w:t>
      </w:r>
      <w:r>
        <w:t>Если хотя бы одно из преступлений, совершенных по совокупности, является тяжким или особо тяжким преступлением, то окончательное наказание назначается путем частичного или полного сложения наказаний. При этом окончательное наказание в виде лишения свободы не может превышать более чем наполовину максимальный срок наказания в виде лишения свободы, предусмотренный за наиболее тяжкое из совершенных преступлений.";</w:t>
      </w:r>
    </w:p>
    <w:p>
      <w:r>
        <w:rPr>
          <w:b/>
        </w:rPr>
        <w:t xml:space="preserve">62. </w:t>
      </w:r>
      <w:r>
        <w:t>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об условном осуждении, установив новый испытательный срок и возложив на условно осужденного исполнение определенных обязанностей, предусмотренных частью пятой статьи 73 настоящего Кодекса.";</w:t>
      </w:r>
    </w:p>
    <w:p>
      <w:r>
        <w:rPr>
          <w:b/>
        </w:rPr>
        <w:t xml:space="preserve">2. </w:t>
      </w:r>
      <w:r>
        <w:t>То же деяние, совершенное:</w:t>
      </w:r>
    </w:p>
    <w:p>
      <w:r>
        <w:rPr>
          <w:b/>
        </w:rPr>
        <w:t xml:space="preserve">3. </w:t>
      </w:r>
      <w:r>
        <w:t>Деяния, предусмотренные частями первой или второй настоящей статьи</w:t>
      </w:r>
    </w:p>
    <w:p>
      <w:r>
        <w:rPr>
          <w:b/>
        </w:rPr>
        <w:t xml:space="preserve">2. </w:t>
      </w:r>
      <w:r>
        <w:t>при совершении лицом тяжкого преступления, за которое оно осуждается к реальному лишению свободы, если ранее это лицо два или более раза было осуждено за умышленное преступление средней тяжести к лишению свободы</w:t>
      </w:r>
    </w:p>
    <w:p>
      <w:r>
        <w:rPr>
          <w:b/>
        </w:rPr>
        <w:t xml:space="preserve">2. </w:t>
      </w:r>
      <w:r>
        <w:t>при совершении лицом тяжкого преступления, если ранее оно было осуждено за тяжкое или особо тяжкое преступление к реальному лишению свободы</w:t>
      </w:r>
    </w:p>
    <w:p>
      <w:r>
        <w:rPr>
          <w:b/>
        </w:rPr>
        <w:t xml:space="preserve">3. </w:t>
      </w:r>
      <w:r>
        <w:t>при совершении лицом тяжкого преступления, за которое оно осуждается к реальному лишению свободы, если ранее это лицо два раза было осуждено за тяжкое преступление к реальному лишению свободы</w:t>
      </w:r>
    </w:p>
    <w:p>
      <w:r>
        <w:rPr>
          <w:b/>
        </w:rPr>
        <w:t xml:space="preserve">3. </w:t>
      </w:r>
      <w:r>
        <w:t>при совершении лицом особо тяжкого преступления, если ранее оно два раза было осуждено за тяжкое преступление или ранее осуждалось за особо тяжкое преступление</w:t>
      </w:r>
    </w:p>
    <w:p>
      <w:r>
        <w:rPr>
          <w:b/>
        </w:rPr>
        <w:t xml:space="preserve">4. </w:t>
      </w:r>
      <w:r>
        <w:t>судимости за умышленные преступления небольшой тяжести</w:t>
      </w:r>
    </w:p>
    <w:p>
      <w:r>
        <w:rPr>
          <w:b/>
        </w:rPr>
        <w:t xml:space="preserve">4. </w:t>
      </w:r>
      <w:r>
        <w:t>судимости за преступления, совершенные лицом в возрасте до восемнадцати лет</w:t>
      </w:r>
    </w:p>
    <w:p>
      <w:r>
        <w:rPr>
          <w:b/>
        </w:rPr>
        <w:t xml:space="preserve">4. </w:t>
      </w:r>
      <w:r>
        <w:t>судимости за преступления, осуждение за которые признавалось условным либо по которым предоставлялась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статьей 86 настоящего Кодекса</w:t>
      </w:r>
    </w:p>
    <w:p>
      <w:r>
        <w:rPr>
          <w:b/>
        </w:rPr>
        <w:t xml:space="preserve">5. </w:t>
      </w:r>
      <w:r>
        <w:t>статью 37 дополнить частью второй1 следующего содержания: "21.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w:t>
      </w:r>
    </w:p>
    <w:p>
      <w:r>
        <w:rPr>
          <w:b/>
        </w:rPr>
        <w:t xml:space="preserve">5. </w:t>
      </w:r>
      <w:r>
        <w:t>пункт "ж" статьи 44 признать утратившим силу</w:t>
      </w:r>
    </w:p>
    <w:p>
      <w:r>
        <w:rPr>
          <w:b/>
        </w:rPr>
        <w:t xml:space="preserve">5. </w:t>
      </w:r>
      <w:r>
        <w:t>в части третьей статьи 45 слова ", а также конфискация имущества" исключить, слово "применяются" заменить словом "применяется"</w:t>
      </w:r>
    </w:p>
    <w:p>
      <w:r>
        <w:rPr>
          <w:b/>
        </w:rPr>
        <w:t xml:space="preserve">5. </w:t>
      </w:r>
      <w:r>
        <w:t>в статье 46: части первую, вторую и третью изложить в следующей редакции: "1. Штраф есть денежное взыскание, назначаемое в пределах, предусмотренных настоящим Кодексом</w:t>
      </w:r>
    </w:p>
    <w:p>
      <w:r>
        <w:rPr>
          <w:b/>
        </w:rPr>
        <w:t xml:space="preserve">3. </w:t>
      </w:r>
      <w:r>
        <w:t>в статье 49: в части первой слова ", вид которых определяется органами местного самоуправления" исключить, дополнить предложением следующего содержания: "Вид обязательных работ и объекты, на которых они отбываются, определяются органами местного самоуправления по согласованию с уголовно-исполнительными инспекциями."; в части третьей слова "или арестом" заменить словами ", арестом или лишением свободы", слова "или ареста" заменить словами ", ареста или лишения свободы"; часть четвертую изложить в следующей редакции: "4. Обязательные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
        <w:rPr>
          <w:b/>
        </w:rPr>
        <w:t xml:space="preserve">3. </w:t>
      </w:r>
      <w:r>
        <w:t>статью 50 изложить в следующей редакции: "Статья 50. Исправительные работы 1. Исправительные работы назначаются осужденному, не имеющему основного места работы, и отбываются в местах, определяемых органом местного самоуправления по согласованию с органом, исполняющим наказания в виде исправительных работ, но в районе места жительства осужденного</w:t>
      </w:r>
    </w:p>
    <w:p>
      <w:r>
        <w:rPr>
          <w:b/>
        </w:rPr>
        <w:t xml:space="preserve">5. </w:t>
      </w:r>
      <w:r>
        <w:t>в части второй статьи 51 слово "содержания" заменить словом "довольствия"</w:t>
      </w:r>
    </w:p>
    <w:p>
      <w:r>
        <w:rPr>
          <w:b/>
        </w:rPr>
        <w:t xml:space="preserve">5. </w:t>
      </w:r>
      <w:r>
        <w:t>статью 52 признать утратившей силу</w:t>
      </w:r>
    </w:p>
    <w:p>
      <w:r>
        <w:rPr>
          <w:b/>
        </w:rPr>
        <w:t xml:space="preserve">5. </w:t>
      </w:r>
      <w:r>
        <w:t>в части пятой статьи 53 слова "до восьми" заменить словами "до четырнадцати"</w:t>
      </w:r>
    </w:p>
    <w:p>
      <w:r>
        <w:rPr>
          <w:b/>
        </w:rPr>
        <w:t xml:space="preserve">5. </w:t>
      </w:r>
      <w:r>
        <w:t>в части второй статьи 54 слова "до восьми" заменить словами "до четырнадцати"</w:t>
      </w:r>
    </w:p>
    <w:p>
      <w:r>
        <w:rPr>
          <w:b/>
        </w:rPr>
        <w:t xml:space="preserve">5. </w:t>
      </w:r>
      <w:r>
        <w:t>в статье 56: в части второй слова "от шести" заменить словами "от двух"; часть третью признать утратившей силу</w:t>
      </w:r>
    </w:p>
    <w:p>
      <w:r>
        <w:rPr>
          <w:b/>
        </w:rPr>
        <w:t xml:space="preserve">5. </w:t>
      </w:r>
      <w:r>
        <w:t>в статье 58: в части первой: пункт "б" изложить в следующей редакции: "б) мужчинам, осужденным к лишению свободы за совершение тяжких преступлений, ранее не отбывавшим лишение свободы, а также женщинам, осужденным к лишению свободы за совершение тяжких и особо тяжких преступлений, в том числе при любом виде рецидива, - в исправительных колониях общего режима;"; пункт "в" после слов "а также при рецидиве" дополнить словами "или опасном рецидиве", слова "и женщинам при особо опасном рецидиве преступлений" исключить; часть вторую дополнить словами ", при этом суд засчитывает время содержания осужденного под стражей до вступления в законную силу обвинительного приговора в срок отбывания наказания в тюрьме"</w:t>
      </w:r>
    </w:p>
    <w:p>
      <w:r>
        <w:rPr>
          <w:b/>
        </w:rPr>
        <w:t xml:space="preserve">5. </w:t>
      </w:r>
      <w:r>
        <w:t>в пункте "а" части первой статьи 63 слова "неоднократность преступлений," исключить</w:t>
      </w:r>
    </w:p>
    <w:p>
      <w:r>
        <w:rPr>
          <w:b/>
        </w:rPr>
        <w:t xml:space="preserve">5. </w:t>
      </w:r>
      <w:r>
        <w:t>в статье 65: часть первую дополнить словами ", а наказание назначается в пределах санкции, предусмотренной соответствующей статьей Особенной части настоящего Кодекса"; часть вторую признать утратившей силу; части третью и четвертую изложить в следующей редакции: "3. При назначении наказания по совокупности преступлений или по совокупности приговоров вид, срок или размер наказания назначаются по правилам, предусмотренным статьями 69 и 70 настоящего Кодекса</w:t>
      </w:r>
    </w:p>
    <w:p>
      <w:r>
        <w:rPr>
          <w:b/>
        </w:rPr>
        <w:t xml:space="preserve">4. </w:t>
      </w:r>
      <w:r>
        <w:t>статью 68 изложить в следующей редакции: "Статья 68. Назначение наказания при рецидиве преступлений 1. При назначении наказания при рецидиве, опасном рецидиве или особо опасном рецидиве преступлений учитываются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
        <w:rPr>
          <w:b/>
        </w:rPr>
        <w:t xml:space="preserve">3. </w:t>
      </w:r>
      <w:r>
        <w:t>части вторую и третью статьи 69 изложить в следующей редакции: "2. Если все преступления, совершенные по совокупности, являются преступлениями небольшой и средней тяжести, то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w:t>
      </w:r>
    </w:p>
    <w:p>
      <w:r>
        <w:rPr>
          <w:b/>
        </w:rPr>
        <w:t xml:space="preserve">3. </w:t>
      </w:r>
      <w:r>
        <w:t>в части второй статьи 71 слова ", а также конфискация имущества" исключить</w:t>
      </w:r>
    </w:p>
    <w:p>
      <w:r>
        <w:rPr>
          <w:b/>
        </w:rPr>
        <w:t xml:space="preserve">3. </w:t>
      </w:r>
      <w:r>
        <w:t>в статье 73: часть первую после слов "лишение свободы" дополнить словами "на срок до восьми лет", после слов "осужденного без" дополнить словом "реального"; часть четвертую изложить в следующей редакции: "4. При условном осуждении также могут быть назначены дополнительные виды наказаний."</w:t>
      </w:r>
    </w:p>
    <w:p>
      <w:r>
        <w:rPr>
          <w:b/>
        </w:rPr>
        <w:t xml:space="preserve">3. </w:t>
      </w:r>
      <w:r>
        <w:t>часть первую статьи 75 после слова "небольшой" дополнить словами "или средней", дополнить словами ", и вследствие деятельного раскаяния перестало быть общественно опасным"</w:t>
      </w:r>
    </w:p>
    <w:p>
      <w:r>
        <w:rPr>
          <w:b/>
        </w:rPr>
        <w:t xml:space="preserve">3. </w:t>
      </w:r>
      <w:r>
        <w:t>статью 76 после слова "небольшой" дополнить словами "или средней"</w:t>
      </w:r>
    </w:p>
    <w:p>
      <w:r>
        <w:rPr>
          <w:b/>
        </w:rPr>
        <w:t xml:space="preserve">3. </w:t>
      </w:r>
      <w:r>
        <w:t>статью 77 признать утратившей силу</w:t>
      </w:r>
    </w:p>
    <w:p>
      <w:r>
        <w:rPr>
          <w:b/>
        </w:rPr>
        <w:t xml:space="preserve">3. </w:t>
      </w:r>
      <w:r>
        <w:t>в статье 79: в части первой слова "исправительные работы, ограничение по военной службе, ограничение свободы," исключить, слова "может быть освобождено условно-досрочно" заменить словами "подлежит условно-досрочному освобождению"; часть пятую дополнить предложениями следующего содержания: "Условно-досрочное освобождение от дальнейшего отбывания пожизненного лишения свободы применяется только при отсутствии у осужденного злостных нарушений установленного порядка отбывания наказания в течение предшествующих трех лет. Лицо, совершившее в период отбывания пожизненного лишения свободы новое тяжкое или особо тяжкое преступление, условно-досрочному освобождению не подлежит."</w:t>
      </w:r>
    </w:p>
    <w:p>
      <w:r>
        <w:rPr>
          <w:b/>
        </w:rPr>
        <w:t xml:space="preserve">3. </w:t>
      </w:r>
      <w:r>
        <w:t>часть первую статьи 80 после слова "отбывающему" дополнить словами "ограничение свободы, содержание в дисциплинарной воинской части или"</w:t>
      </w:r>
    </w:p>
    <w:p>
      <w:r>
        <w:rPr>
          <w:b/>
        </w:rPr>
        <w:t xml:space="preserve">3. </w:t>
      </w:r>
      <w:r>
        <w:t>дополнить статьей 801 следующего содержания: "Статья 801. Освобождение от наказания в связи с изменением обстановки Лицо, впервые совершившее преступление небольшой или средней тяжести, освобождается судом от наказания, если будет установлено, что вследствие изменения обстановки это лицо или совершенное им преступление перестали быть общественно опасными."</w:t>
      </w:r>
    </w:p>
    <w:p>
      <w:r>
        <w:rPr>
          <w:b/>
        </w:rPr>
        <w:t xml:space="preserve">3. </w:t>
      </w:r>
      <w:r>
        <w:t>часть первую статьи 82 после слова "отсрочить" дополнить словом "реальное"</w:t>
      </w:r>
    </w:p>
    <w:p>
      <w:r>
        <w:rPr>
          <w:b/>
        </w:rPr>
        <w:t xml:space="preserve">3. </w:t>
      </w:r>
      <w:r>
        <w:t>пункт "б" части третьей статьи 86 после слова "отбытия" дополнить словами "или исполнения"</w:t>
      </w:r>
    </w:p>
    <w:p>
      <w:r>
        <w:rPr>
          <w:b/>
        </w:rPr>
        <w:t xml:space="preserve">3. </w:t>
      </w:r>
      <w:r>
        <w:t>часть вторую статьи 87 изложить в следующей редакции: "2. 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 органа управления образованием."</w:t>
      </w:r>
    </w:p>
    <w:p>
      <w:r>
        <w:rPr>
          <w:b/>
        </w:rPr>
        <w:t xml:space="preserve">3. </w:t>
      </w:r>
      <w:r>
        <w:t>в статье 88: часть вторую изложить в следующей редакции: "2. Штраф назначается как при наличии у несовершеннолетнего осужденного самостоятельного заработка или имущества, на которое может быть обращено взыскание, так и при отсутствии таковых. Штраф, назначенный несовершеннолетнему осужденному, по решению суда может взыскиваться с его родителей или иных законных представителей с их согласия.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 часть шестую изложить в следующей редакции: "6. Наказание в виде лишения свободы назначается несовершеннолетним осужденным, совершившим преступления в возрасте до шестнадцати лет, на срок не свыше шести лет. Этой же категории несовершеннолетних, совершивших особо тяжкие преступления, а также остальным несовершеннолетним осужденным наказание назначается на срок не свыше десяти лет и отбывается в воспитательных колониях. Наказание в виде лишения свободы не может быть назначено несовершеннолетнему осужденному, совершившему в возрасте до шестнадцати лет преступление небольшой или средней тяжести впервые, а также остальным несовершеннолетним осужденным, совершившим преступления небольшой тяжести впервые."; дополнить частями шестой1 и шестой2 следующего содержания: "61. При назначении несовершеннолетнему осужденному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настоящего Кодекса, сокращается наполовину</w:t>
      </w:r>
    </w:p>
    <w:p>
      <w:r>
        <w:rPr>
          <w:b/>
        </w:rPr>
        <w:t xml:space="preserve">62. </w:t>
      </w:r>
      <w:r>
        <w:t>в статье 90: в части первой слово "впервые" исключить; в части третьей второе предложение изложить в следующей редакции: "Срок применения принудительных мер воспитательного воздействия, предусмотренных пунктами "б" и "г" части второй настоящей статьи,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преступления средней тяжести."</w:t>
      </w:r>
    </w:p>
    <w:p>
      <w:r>
        <w:rPr>
          <w:b/>
        </w:rPr>
        <w:t xml:space="preserve">62. </w:t>
      </w:r>
      <w:r>
        <w:t>в статье 92: часть вторую после слов "средней тяжести," дополнить словами "а также тяжкого преступления,"; дополнить частью пятой следующего содержания: "5. Несовершеннолетние, совершившие преступления, предусмотренные частями первой и второй статьи 111, частью второй статьи 117, частью третьей статьи 122, статьей 126, частью третьей статьи 127, частью второй статьи 131, частью второй статьи 132, частью четвертой статьи 158, частью второй статьи 161, частями первой и второй статьи 162, частью второй статьи 163, частью первой статьи 205, частью первой статьи 2051, частью первой статьи 206, статьей 208, частью второй статьи 210, частью первой статьи 211, частями второй и третьей статьи 223, частями первой и второй статьи 226, частью первой статьи 2281, частями первой и второй статьи 229 настоящего Кодекса, освобождению от наказания в порядке, предусмотренном частью второй настоящей статьи, не подлежат."</w:t>
      </w:r>
    </w:p>
    <w:p>
      <w:r>
        <w:rPr>
          <w:b/>
        </w:rPr>
        <w:t xml:space="preserve">62. </w:t>
      </w:r>
      <w:r>
        <w:t>в статье 93: слова "к исправительным работам или" исключить; пункт "а" дополнить словами "либо за тяжкое преступление"; пункт "б" признать утратившим силу</w:t>
      </w:r>
    </w:p>
    <w:p>
      <w:r>
        <w:rPr>
          <w:b/>
        </w:rPr>
        <w:t xml:space="preserve">62. </w:t>
      </w:r>
      <w:r>
        <w:t>в части первой статьи 97: в пункте "в" слово "вменяемости;" заменить словом "вменяемости, -"; пункт "г" признать утратившим силу</w:t>
      </w:r>
    </w:p>
    <w:p>
      <w:r>
        <w:rPr>
          <w:b/>
        </w:rPr>
        <w:t xml:space="preserve">62. </w:t>
      </w:r>
      <w:r>
        <w:t>в части второй статьи 99 слова "в лечении от алкоголизма, наркомании либо" исключить</w:t>
      </w:r>
    </w:p>
    <w:p>
      <w:r>
        <w:rPr>
          <w:b/>
        </w:rPr>
        <w:t xml:space="preserve">62. </w:t>
      </w:r>
      <w:r>
        <w:t>в части второй статьи 105: в пункте "м" слово "потерпевшего;" заменить словом "потерпевшего, -"; пункт "н" признать утратившим силу</w:t>
      </w:r>
    </w:p>
    <w:p>
      <w:r>
        <w:rPr>
          <w:b/>
        </w:rPr>
        <w:t xml:space="preserve">62. </w:t>
      </w:r>
      <w:r>
        <w:t>в статье 109: в части первой слово "трех" заменить словом "двух"; часть вторую изложить в следующей редакции: "2. Причинение смерти по неосторожности вследствие ненадлежащего исполнения лицом своих профессиональных обязанностей - наказывается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дополнить частью третьей следующего содержания: "3. Причинение смерти по неосторожности двум или более лицам -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62. </w:t>
      </w:r>
      <w:r>
        <w:t>в части третьей статьи 111: в пункте "б" слово "лиц;" заменить словом "лиц, -"; пункт "в" признать утратившим силу</w:t>
      </w:r>
    </w:p>
    <w:p>
      <w:r>
        <w:rPr>
          <w:b/>
        </w:rPr>
        <w:t xml:space="preserve">62. </w:t>
      </w:r>
      <w:r>
        <w:t>в части второй статьи 112: в пункте "е" слово "вражды;" заменить словом "вражды, -"; пункт "ж" признать утратившим силу</w:t>
      </w:r>
    </w:p>
    <w:p>
      <w:r>
        <w:rPr>
          <w:b/>
        </w:rPr>
        <w:t xml:space="preserve">62. </w:t>
      </w:r>
      <w:r>
        <w:t>в статье 115: слово "Умышленное" заменить словом "1. Умышленное",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дополнить частью второй следующего содержания: "2. То же деяние, совершенное из хулиганских побуждений, - наказывается обязательными работами на срок от ста двадцати до ста восьмидесяти часов, либо исправительными работами на срок от шести месяцев до одного года, либо арестом на срок от четырех до шести месяцев, либо лишением свободы на срок до двух лет."</w:t>
      </w:r>
    </w:p>
    <w:p>
      <w:r>
        <w:rPr>
          <w:b/>
        </w:rPr>
        <w:t xml:space="preserve">62. </w:t>
      </w:r>
      <w:r>
        <w:t>в статье 116: слово "Нанесение" заменить словом "1. Нанесение", слова "до ста минимальных размеров оплаты труда" заменить словами "до сорока тысяч рублей", слова "до одного месяца" заменить словами "до трех месяцев"; дополнить частью второй следующего содержания: "2. Те же деяния, совершенные из хулиганских побуждений, - наказываются обязательными работами на срок от ста двадцати до ста восьмидесяти часов, либо исправительными работами на срок от шести месяцев до одного года, либо арестом на срок от четырех до шести месяцев, либо лишением свободы на срок до двух лет."</w:t>
      </w:r>
    </w:p>
    <w:p>
      <w:r>
        <w:rPr>
          <w:b/>
        </w:rPr>
        <w:t xml:space="preserve">62. </w:t>
      </w:r>
      <w:r>
        <w:t>статью 117 дополнить примечанием следующего содержания: "Примечание. Под пыткой в настоящей статье и других статьях настоящего Кодекса понимается причинение физических или нравственных страданий в целях понуждения к даче показаний или иным действиям, противоречащим воле человека, а также в целях наказания либо в иных целях."</w:t>
      </w:r>
    </w:p>
    <w:p>
      <w:r>
        <w:rPr>
          <w:b/>
        </w:rPr>
        <w:t xml:space="preserve">62. </w:t>
      </w:r>
      <w:r>
        <w:t>в статье 118: в наименовании слова "или средней тяжести" исключить;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"до двух лет" заменить словами "до одного года"; части третью и четвертую признать утратившими силу</w:t>
      </w:r>
    </w:p>
    <w:p>
      <w:r>
        <w:rPr>
          <w:b/>
        </w:rPr>
        <w:t xml:space="preserve">62. </w:t>
      </w:r>
      <w:r>
        <w:t>в статье 121: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w:t>
      </w:r>
    </w:p>
    <w:p>
      <w:r>
        <w:rPr>
          <w:b/>
        </w:rPr>
        <w:t xml:space="preserve">62. </w:t>
      </w:r>
      <w:r>
        <w:t>статью 122 дополнить примечанием следующего содержания: "Примечание. Лицо, совершившее деяния, предусмотренные частями первой или второй настоящей статьи, освобождается от уголовной ответственности в случае, если другое лицо, поставленное в опасность заражения либо зараженное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r>
        <w:rPr>
          <w:b/>
        </w:rPr>
        <w:t xml:space="preserve">62. </w:t>
      </w:r>
      <w:r>
        <w:t>в статье 123: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часть вторую признать утратившей силу; в части третьей слова "Деяния, предусмотренные частями первой или второй настоящей статьи, если они повлекли" заменить словами "То же деяние, если оно повлекло", слово "наказываются" заменить словом "наказывается"</w:t>
      </w:r>
    </w:p>
    <w:p>
      <w:r>
        <w:rPr>
          <w:b/>
        </w:rPr>
        <w:t xml:space="preserve">62. </w:t>
      </w:r>
      <w:r>
        <w:t>в части первой статьи 124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62. </w:t>
      </w:r>
      <w:r>
        <w:t>в статье 125 слова "от пятидесяти до ста минимальных размеров оплаты труда" заменить словами "до восьмидесяти тысяч рублей", слова "до одного месяца" заменить словами "до шести месяцев", дополнить словами ", либо лишением свободы на срок до одного года"</w:t>
      </w:r>
    </w:p>
    <w:p>
      <w:r>
        <w:rPr>
          <w:b/>
        </w:rPr>
        <w:t xml:space="preserve">62. </w:t>
      </w:r>
      <w:r>
        <w:t>в статье 126: пункт "б" части второй признать утратившим силу; пункт "б" части третьей признать утратившим силу</w:t>
      </w:r>
    </w:p>
    <w:p>
      <w:r>
        <w:rPr>
          <w:b/>
        </w:rPr>
        <w:t xml:space="preserve">62. </w:t>
      </w:r>
      <w:r>
        <w:t>пункт "б" части второй статьи 127 признать утратившим силу</w:t>
      </w:r>
    </w:p>
    <w:p>
      <w:r>
        <w:rPr>
          <w:b/>
        </w:rPr>
        <w:t xml:space="preserve">62. </w:t>
      </w:r>
      <w:r>
        <w:t>дополнить статьями 1271 и 1272 следующего содержания: "Статья 1271. Торговля людьми 1. Торговля людьми, то есть купля-продажа человека либо его вербовка, перевозка, передача, укрывательство или получение, совершенные в целях его эксплуатации, - наказывается лишением свободы на срок до пяти лет</w:t>
      </w:r>
    </w:p>
    <w:p>
      <w:r>
        <w:rPr>
          <w:b/>
        </w:rPr>
        <w:t xml:space="preserve">2. </w:t>
      </w:r>
      <w:r>
        <w:t>в отношении двух или более лиц</w:t>
      </w:r>
    </w:p>
    <w:p>
      <w:r>
        <w:rPr>
          <w:b/>
        </w:rPr>
        <w:t xml:space="preserve">2. </w:t>
      </w:r>
      <w:r>
        <w:t>в отношении заведомо несовершеннолетнего</w:t>
      </w:r>
    </w:p>
    <w:p>
      <w:r>
        <w:rPr>
          <w:b/>
        </w:rPr>
        <w:t xml:space="preserve">2. </w:t>
      </w:r>
      <w:r>
        <w:t>лицом с использованием своего служебного положения</w:t>
      </w:r>
    </w:p>
    <w:p>
      <w:r>
        <w:rPr>
          <w:b/>
        </w:rPr>
        <w:t xml:space="preserve">2. </w:t>
      </w:r>
      <w:r>
        <w:t>с перемещением потерпевшего через Государственную границу Российской Федерации или с незаконным удержанием его за границей</w:t>
      </w:r>
    </w:p>
    <w:p>
      <w:r>
        <w:rPr>
          <w:b/>
        </w:rPr>
        <w:t xml:space="preserve">2. </w:t>
      </w:r>
      <w:r>
        <w:t>с использованием поддельных документов, а равно с изъятием, сокрытием либо уничтожением документов, удостоверяющих личность потерпевшего</w:t>
      </w:r>
    </w:p>
    <w:p>
      <w:r>
        <w:rPr>
          <w:b/>
        </w:rPr>
        <w:t xml:space="preserve">2. </w:t>
      </w:r>
      <w:r>
        <w:t>с применением насилия или с угрозой его применения</w:t>
      </w:r>
    </w:p>
    <w:p>
      <w:r>
        <w:rPr>
          <w:b/>
        </w:rPr>
        <w:t xml:space="preserve">2. </w:t>
      </w:r>
      <w:r>
        <w:t>в целях изъятия у потерпевшего органов или тканей, - наказывается лишением свободы на срок от трех до десяти лет</w:t>
      </w:r>
    </w:p>
    <w:p>
      <w:r>
        <w:rPr>
          <w:b/>
        </w:rPr>
        <w:t xml:space="preserve">3. </w:t>
      </w:r>
      <w:r>
        <w:t>повлекшие по неосторожности смерть, причинение тяжкого вреда здоровью потерпевшего или иные тяжкие последствия</w:t>
      </w:r>
    </w:p>
    <w:p>
      <w:r>
        <w:rPr>
          <w:b/>
        </w:rPr>
        <w:t xml:space="preserve">3. </w:t>
      </w:r>
      <w:r>
        <w:t>совершенные способом, опасным для жизни и здоровья многих людей</w:t>
      </w:r>
    </w:p>
    <w:p>
      <w:r>
        <w:rPr>
          <w:b/>
        </w:rPr>
        <w:t xml:space="preserve">3. </w:t>
      </w:r>
      <w:r>
        <w:t>совершенные организованной группой, - наказываются лишением свободы на срок от восьми до пятнадцати лет. Примечания</w:t>
      </w:r>
    </w:p>
    <w:p>
      <w:r>
        <w:rPr>
          <w:b/>
        </w:rPr>
        <w:t xml:space="preserve">3. </w:t>
      </w:r>
      <w:r>
        <w:t>Лицо, впервые совершившее деяние, предусмотренное частью первой или пунктом "а" части второй настоящей статьи, добровольно освободившее потерпевшего и способствовавшее раскрытию совершенного преступления, освобождается от уголовной ответственности, если в его действиях не содержится иного состава преступления</w:t>
      </w:r>
    </w:p>
    <w:p>
      <w:r>
        <w:rPr>
          <w:b/>
        </w:rPr>
        <w:t xml:space="preserve">3. </w:t>
      </w:r>
      <w:r>
        <w:t>Под эксплуатацией человека в настоящей статье понимаются использование занятия проституцией другими лицами и иные формы сексуальной эксплуатации, рабский труд (услуги), подневольное состояние, а равно изъятие его органов или тканей</w:t>
      </w:r>
    </w:p>
    <w:p>
      <w:r>
        <w:rPr>
          <w:b/>
        </w:rPr>
        <w:t>Статья 127.2. Использование рабского труда</w:t>
      </w:r>
    </w:p>
    <w:p>
      <w:r>
        <w:rPr>
          <w:b/>
        </w:rPr>
        <w:t xml:space="preserve">1. </w:t>
      </w:r>
      <w:r>
        <w:t>Использование труда человека, в отношении которого осуществляются полномочия, присущие праву собственности, в случае, если лицо по не зависящим от него причинам не может отказаться от выполнения работ (услуг), - наказывается лишением свободы на срок до пяти лет</w:t>
      </w:r>
    </w:p>
    <w:p>
      <w:r>
        <w:rPr>
          <w:b/>
        </w:rPr>
        <w:t xml:space="preserve">2. </w:t>
      </w:r>
      <w:r>
        <w:t>То же деяние, совершенное:</w:t>
      </w:r>
    </w:p>
    <w:p>
      <w:r>
        <w:rPr>
          <w:b/>
        </w:rPr>
        <w:t xml:space="preserve">3. </w:t>
      </w:r>
      <w:r>
        <w:t>Деяния, предусмотренные частями первой или второй настоящей статьи, повлекшие по неосторожности смерть, причинение тяжкого вреда здоровью потерпевшего или иные тяжкие последствия либо совершенные организованной группой, - наказываются лишением свободы на срок от восьми до пятнадцати лет.";</w:t>
      </w:r>
    </w:p>
    <w:p>
      <w:r>
        <w:rPr>
          <w:b/>
        </w:rPr>
        <w:t xml:space="preserve">2. </w:t>
      </w:r>
      <w:r>
        <w:t>То же деяние, совершенное лицом с использованием своего служебного положения,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пяти лет.";</w:t>
      </w:r>
    </w:p>
    <w:p>
      <w:r>
        <w:rPr>
          <w:b/>
        </w:rPr>
        <w:t xml:space="preserve">2. </w:t>
      </w:r>
      <w:r>
        <w:t>Кража, совершенная:</w:t>
      </w:r>
    </w:p>
    <w:p>
      <w:r>
        <w:rPr>
          <w:b/>
        </w:rPr>
        <w:t xml:space="preserve">3. </w:t>
      </w:r>
      <w:r>
        <w:t>Кража, совершенная с незаконным проникновением в жилище либо в крупном размере,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
        <w:rPr>
          <w:b/>
        </w:rPr>
        <w:t xml:space="preserve">4. </w:t>
      </w:r>
      <w:r>
        <w:t>Кража, совершенная</w:t>
      </w:r>
    </w:p>
    <w:p>
      <w:r>
        <w:rPr>
          <w:b/>
        </w:rPr>
        <w:t xml:space="preserve">2. </w:t>
      </w:r>
      <w:r>
        <w:t>в отношении двух или более лиц</w:t>
      </w:r>
    </w:p>
    <w:p>
      <w:r>
        <w:rPr>
          <w:b/>
        </w:rPr>
        <w:t xml:space="preserve">2. </w:t>
      </w:r>
      <w:r>
        <w:t>в отношении заведомо несовершеннолетнего</w:t>
      </w:r>
    </w:p>
    <w:p>
      <w:r>
        <w:rPr>
          <w:b/>
        </w:rPr>
        <w:t xml:space="preserve">2. </w:t>
      </w:r>
      <w:r>
        <w:t>лицом с использованием своего служебного положения</w:t>
      </w:r>
    </w:p>
    <w:p>
      <w:r>
        <w:rPr>
          <w:b/>
        </w:rPr>
        <w:t xml:space="preserve">2. </w:t>
      </w:r>
      <w:r>
        <w:t>с применением шантажа, насилия или с угрозой его применения</w:t>
      </w:r>
    </w:p>
    <w:p>
      <w:r>
        <w:rPr>
          <w:b/>
        </w:rPr>
        <w:t xml:space="preserve">2. </w:t>
      </w:r>
      <w:r>
        <w:t>с изъятием, сокрытием либо уничтожением документов, удостоверяющих личность потерпевшего, - наказывается лишением свободы на срок от трех до десяти лет</w:t>
      </w:r>
    </w:p>
    <w:p>
      <w:r>
        <w:rPr>
          <w:b/>
        </w:rPr>
        <w:t xml:space="preserve">3. </w:t>
      </w:r>
      <w:r>
        <w:t>(Утратил силу - Федеральный закон от 07.12.2011 № 420-ФЗ) 54) (Утратил силу - Федеральный закон от 07.12.2011 № 420-ФЗ) 55) пункт "а" части второй статьи 131 признать утратившим силу</w:t>
      </w:r>
    </w:p>
    <w:p>
      <w:r>
        <w:rPr>
          <w:b/>
        </w:rPr>
        <w:t xml:space="preserve">3. </w:t>
      </w:r>
      <w:r>
        <w:t>пункт "а" части второй статьи 132 признать утратившим силу</w:t>
      </w:r>
    </w:p>
    <w:p>
      <w:r>
        <w:rPr>
          <w:b/>
        </w:rPr>
        <w:t xml:space="preserve">3. </w:t>
      </w:r>
      <w:r>
        <w:t>в статье 133 слова "от двухсот до трехсот минимальных размеров оплаты труда" заменить словами "до ста двадцати тысяч рублей", слова "от двух до трех месяцев" заменить словами "до одного года"</w:t>
      </w:r>
    </w:p>
    <w:p>
      <w:r>
        <w:rPr>
          <w:b/>
        </w:rPr>
        <w:t xml:space="preserve">3. </w:t>
      </w:r>
      <w:r>
        <w:t>в статье 134: в наименовании слово "четырнадцатилетнего" заменить словом "шестнадцатилетнего"; в абзаце первом слово "четырнадцатилетнего" заменить словом "шестнадцатилетнего"</w:t>
      </w:r>
    </w:p>
    <w:p>
      <w:r>
        <w:rPr>
          <w:b/>
        </w:rPr>
        <w:t xml:space="preserve">3. </w:t>
      </w:r>
      <w:r>
        <w:t>в статье 135 слово "четырнадцатилетнего" заменить словом "шестнадцатилетнего", слова "от трехсот до пятисот минимальных размеров оплаты труда" заменить словами "до трехсот тысяч рублей", слова "от трех до пяти месяцев" заменить словами "до двух лет"</w:t>
      </w:r>
    </w:p>
    <w:p>
      <w:r>
        <w:rPr>
          <w:b/>
        </w:rPr>
        <w:t xml:space="preserve">3. </w:t>
      </w:r>
      <w:r>
        <w:t>статью 136 изложить в следующей редакции: "Статья 136. Нарушение равенства прав и свобод человека и гражданина 1. Дискриминация, то есть нарушение прав, свобод и законных интересов человека и гражданина в зависимости от его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или каким-либо социальным группам,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ста восьмидесяти часов, либо исправительными работами на срок до одного года, либо лишением свободы на срок до двух лет</w:t>
      </w:r>
    </w:p>
    <w:p>
      <w:r>
        <w:rPr>
          <w:b/>
        </w:rPr>
        <w:t xml:space="preserve">2. </w:t>
      </w:r>
      <w:r>
        <w:t>в статье 137: в части первой слова ", если эти деяния совершены из корыстной или иной личной заинтересованности и причинили вред правам и законным интересам граждан," исключить,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в статье 138: в части первой слова "от пятидесяти до ста минимальных размеров оплаты труда" заменить словами "до восьмидесяти тысяч рублей", слова "до одного месяца" заменить словами "до шести месяцев"; в части второй слова "от ста до трехсот минимальных размеров оплаты труда" заменить словами "от ста тысяч до трехсот тысяч рублей", слова "до трех месяцев" заменить словами "года до двух лет", после слов "до пяти лет," дополнить словами "либо обязательными работами на срок от ста восьмидесяти до двухсот сорока часов,"; (Абзац утратил силу - Федеральный закон от 07.12.2011 № 420-ФЗ) 63) в статье 139: в части первой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в части второй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третьей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в статье 140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141: в части первой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в части второй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третьей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 слова "до пятидесяти минимальных размеров оплаты труда" заменить словами "до восьмидесяти тысяч рублей или в размере заработной платы или иного дохода осужденного за период до шести месяцев"</w:t>
      </w:r>
    </w:p>
    <w:p>
      <w:r>
        <w:rPr>
          <w:b/>
        </w:rPr>
        <w:t xml:space="preserve">2. </w:t>
      </w:r>
      <w:r>
        <w:t>в статье 1411: в части первой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 в части второй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в примечании слова "двух тысяч минимальных размеров оплаты труда" заменить словами "одного миллиона рублей"</w:t>
      </w:r>
    </w:p>
    <w:p>
      <w:r>
        <w:rPr>
          <w:b/>
        </w:rPr>
        <w:t xml:space="preserve">2. </w:t>
      </w:r>
      <w:r>
        <w:t>в статье 142: в части первой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 в части второй слова "от пятисот до одной тысячи минимальных размеров оплаты труда" заменить словами "от ста тысяч до пятисот тысяч рублей", слова "от шести месяцев до одного года" заменить словами "от одного года до трех лет"; в части третьей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w:t>
      </w:r>
    </w:p>
    <w:p>
      <w:r>
        <w:rPr>
          <w:b/>
        </w:rPr>
        <w:t xml:space="preserve">2. </w:t>
      </w:r>
      <w:r>
        <w:t>в статье 1421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w:t>
      </w:r>
    </w:p>
    <w:p>
      <w:r>
        <w:rPr>
          <w:b/>
        </w:rPr>
        <w:t xml:space="preserve">2. </w:t>
      </w:r>
      <w:r>
        <w:t>в статье 143: в части первой слова "или средней тяжести" исключить,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слова "лишением свободы на срок до двух лет" заменить словами "лишением свободы на срок до одного года"; в части второй слово "пяти" заменить словом "трех"</w:t>
      </w:r>
    </w:p>
    <w:p>
      <w:r>
        <w:rPr>
          <w:b/>
        </w:rPr>
        <w:t xml:space="preserve">2. </w:t>
      </w:r>
      <w:r>
        <w:t>в статье 144: в части первой слова "от пятидесяти до ста минимальных размеров оплаты труда" заменить словами "до восьмидесяти тысяч рублей", слова "до одного месяца" заменить словами "до шести месяцев"; часть вторую после слова "наказывается"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слова "до двух лет" заменить словами "до двух лет,", слова "лишением свободы на срок до трех лет" заменить словами "лишением свободы на срок до двух лет"</w:t>
      </w:r>
    </w:p>
    <w:p>
      <w:r>
        <w:rPr>
          <w:b/>
        </w:rPr>
        <w:t xml:space="preserve">2. </w:t>
      </w:r>
      <w:r>
        <w:t>в статье 145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1451: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трехсот до семисот минимальных размеров оплаты труда" заменить словами "от ста тысяч до трехсот тысяч рублей", слова "от трех до семи месяцев" заменить словами "от одного года до двух лет"</w:t>
      </w:r>
    </w:p>
    <w:p>
      <w:r>
        <w:rPr>
          <w:b/>
        </w:rPr>
        <w:t xml:space="preserve">2. </w:t>
      </w:r>
      <w:r>
        <w:t>в статье 146: в части первой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 в части второй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 в части третьей: пункт "а" признать утратившим силу; слова "от двух" исключить,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примечании слова "сто минимальных размеров оплаты труда" заменить словами "пятьдесят тысяч рублей", слова "пятьсот минимальных размеров оплаты труда" заменить словами "двести пятьдесят тысяч рублей"</w:t>
      </w:r>
    </w:p>
    <w:p>
      <w:r>
        <w:rPr>
          <w:b/>
        </w:rPr>
        <w:t xml:space="preserve">2. </w:t>
      </w:r>
      <w:r>
        <w:t>в статье 147: в части первой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 в части второй слова "неоднократно либо" исключить, слова "от четырехсот до восьмисот минимальных размеров оплаты труда" заменить словами "от ста тысяч до трехсот тысяч рублей", слова "от четырех до восьми месяцев" заменить словами "от одного года до двух лет"</w:t>
      </w:r>
    </w:p>
    <w:p>
      <w:r>
        <w:rPr>
          <w:b/>
        </w:rPr>
        <w:t xml:space="preserve">2. </w:t>
      </w:r>
      <w:r>
        <w:t>в статье 148 слова "до двухсот минимальных размеров оплаты труда" заменить словами "до восьмидесяти тысяч рублей", слова "до двух" заменить словами "до шести"</w:t>
      </w:r>
    </w:p>
    <w:p>
      <w:r>
        <w:rPr>
          <w:b/>
        </w:rPr>
        <w:t xml:space="preserve">2. </w:t>
      </w:r>
      <w:r>
        <w:t>в статье 149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w:t>
      </w:r>
    </w:p>
    <w:p>
      <w:r>
        <w:rPr>
          <w:b/>
        </w:rPr>
        <w:t xml:space="preserve">2. </w:t>
      </w:r>
      <w:r>
        <w:t>в статье 151: в части первой слово "проституцией," исключить, после слова "попрошайничеством" дополнить словами ", совершенное лицом, достигшим восемнадцатилетнего возраста,"; в части третьей слова "неоднократно либо" исключить; дополнить примечанием следующего содержания: "Примечание. Действие настоящей статьи не распространяется на случаи вовлечения несовершеннолетнего в занятие бродяжничеством, если это деяние совершено родителем вследствие стечения тяжелых жизненных обстоятельств, вызванных утратой источника средств существования или отсутствием места жительства."</w:t>
      </w:r>
    </w:p>
    <w:p>
      <w:r>
        <w:rPr>
          <w:b/>
        </w:rPr>
        <w:t xml:space="preserve">2. </w:t>
      </w:r>
      <w:r>
        <w:t>статью 152 признать утратившей силу</w:t>
      </w:r>
    </w:p>
    <w:p>
      <w:r>
        <w:rPr>
          <w:b/>
        </w:rPr>
        <w:t xml:space="preserve">2. </w:t>
      </w:r>
      <w:r>
        <w:t>в статье 153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154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2. </w:t>
      </w:r>
      <w:r>
        <w:t>в статье 155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абзац второй статьи 156 изложить в следующей редакции: "наказывается штрафом в размере до сорока тысяч рублей или в размере заработной платы или иного дохода осужденного за период до трех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ста восьмидесяти часов, либо исправительными работами на срок до одного года, либо ограничением свободы на срок до трех лет."</w:t>
      </w:r>
    </w:p>
    <w:p>
      <w:r>
        <w:rPr>
          <w:b/>
        </w:rPr>
        <w:t xml:space="preserve">2. </w:t>
      </w:r>
      <w:r>
        <w:t>статьи 158 - 160 изложить в следующей редакции: "Статья 158. Кража 1. Кража, то есть тайное хищение чужого имущества,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ста восьмидесяти часов, либо исправительными работами на срок от шести месяцев до одного года, либо арестом на срок от двух до четырех месяцев, либо лишением свободы на срок до двух лет</w:t>
      </w:r>
    </w:p>
    <w:p>
      <w:r>
        <w:rPr>
          <w:b/>
        </w:rPr>
        <w:t xml:space="preserve">2. </w:t>
      </w:r>
      <w:r>
        <w:t>группой лиц по предварительному сговору</w:t>
      </w:r>
    </w:p>
    <w:p>
      <w:r>
        <w:rPr>
          <w:b/>
        </w:rPr>
        <w:t xml:space="preserve">2. </w:t>
      </w:r>
      <w:r>
        <w:t>с незаконным проникновением в помещение либо иное хранилище</w:t>
      </w:r>
    </w:p>
    <w:p>
      <w:r>
        <w:rPr>
          <w:b/>
        </w:rPr>
        <w:t xml:space="preserve">2. </w:t>
      </w:r>
      <w:r>
        <w:t>с причинением значительного ущерба гражданину</w:t>
      </w:r>
    </w:p>
    <w:p>
      <w:r>
        <w:rPr>
          <w:b/>
        </w:rPr>
        <w:t xml:space="preserve">2. </w:t>
      </w:r>
      <w:r>
        <w:t>из одежды, сумки или другой ручной клади, находившихся при потерпевшем,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w:t>
      </w:r>
    </w:p>
    <w:p>
      <w:r>
        <w:rPr>
          <w:b/>
        </w:rPr>
        <w:t xml:space="preserve">4. </w:t>
      </w:r>
      <w:r>
        <w:t>организованной группой</w:t>
      </w:r>
    </w:p>
    <w:p>
      <w:r>
        <w:rPr>
          <w:b/>
        </w:rPr>
        <w:t xml:space="preserve">4. </w:t>
      </w:r>
      <w:r>
        <w:t>в особо крупном размере, -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Примечания</w:t>
      </w:r>
    </w:p>
    <w:p>
      <w:r>
        <w:rPr>
          <w:b/>
        </w:rPr>
        <w:t xml:space="preserve">4. </w:t>
      </w:r>
      <w:r>
        <w:t>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
        <w:rPr>
          <w:b/>
        </w:rPr>
        <w:t xml:space="preserve">4. </w:t>
      </w:r>
      <w:r>
        <w:t>Значительный ущерб гражданину в статьях настоящей главы определяется с учетом его имущественного положения, но не может составлять менее двух тысяч пятисот рублей</w:t>
      </w:r>
    </w:p>
    <w:p>
      <w:r>
        <w:rPr>
          <w:b/>
        </w:rPr>
        <w:t xml:space="preserve">4. </w:t>
      </w:r>
      <w:r>
        <w:t>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Под хранилищем в статьях настоящей главы понимаются хозяйственные помещения, обособленные от жилых построек, участки территории, магистральные трубопроводы, иные сооружения независимо от форм собственности, которые оборудованы ограждением либо техническими средствами или обеспечены иной охраной и предназначены для постоянного или временного хранения материальных ценностей</w:t>
      </w:r>
    </w:p>
    <w:p>
      <w:r>
        <w:rPr>
          <w:b/>
        </w:rPr>
        <w:t xml:space="preserve">4. </w:t>
      </w:r>
      <w:r>
        <w:t>Крупным размером в статьях настоящей главы признается стоимость имущества, превышающая двести пятьдесят тысяч рублей, а особо крупным - один миллион рублей</w:t>
      </w:r>
    </w:p>
    <w:p>
      <w:r>
        <w:rPr>
          <w:b/>
        </w:rPr>
        <w:t>Статья 159. Мошенничество</w:t>
      </w:r>
    </w:p>
    <w:p>
      <w:r>
        <w:rPr>
          <w:b/>
        </w:rPr>
        <w:t xml:space="preserve">1. </w:t>
      </w:r>
      <w:r>
        <w:t>Мошенничество, то есть хищение чужого имущества или приобретение права на чужое имущество путем обмана или злоупотребления доверием,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ста восьмидесяти часов, либо исправительными работами на срок от шести месяцев до одного года, либо арестом на срок от двух до четырех месяцев, либо лишением свободы на срок до двух лет</w:t>
      </w:r>
    </w:p>
    <w:p>
      <w:r>
        <w:rPr>
          <w:b/>
        </w:rPr>
        <w:t xml:space="preserve">2. </w:t>
      </w:r>
      <w:r>
        <w:t>Мошенничество,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w:t>
      </w:r>
    </w:p>
    <w:p>
      <w:r>
        <w:rPr>
          <w:b/>
        </w:rPr>
        <w:t xml:space="preserve">3. </w:t>
      </w:r>
      <w:r>
        <w:t>Мошенничество, совершенное лицом с использованием своего служебного положения, а равно в крупном размере,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шести лет со штрафом в размере до десяти тысяч рублей или в размере заработной платы или иного дохода осужденного за период до одного месяца либо без такового</w:t>
      </w:r>
    </w:p>
    <w:p>
      <w:r>
        <w:rPr>
          <w:b/>
        </w:rPr>
        <w:t xml:space="preserve">4. </w:t>
      </w:r>
      <w:r>
        <w:t>Мошенничество, совершенное организованной группой либо в особо крупном размере, -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w:t>
      </w:r>
    </w:p>
    <w:p>
      <w:r>
        <w:rPr>
          <w:b/>
        </w:rPr>
        <w:t>Статья 160. Присвоение или растрата</w:t>
      </w:r>
    </w:p>
    <w:p>
      <w:r>
        <w:rPr>
          <w:b/>
        </w:rPr>
        <w:t xml:space="preserve">1. </w:t>
      </w:r>
      <w:r>
        <w:t>Присвоение или растрата, то есть хищение чужого имущества, вверенного виновному, - 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ста двадцати часов, либо исправительными работами на срок до шести месяцев, либо лишением свободы на срок до двух лет</w:t>
      </w:r>
    </w:p>
    <w:p>
      <w:r>
        <w:rPr>
          <w:b/>
        </w:rPr>
        <w:t xml:space="preserve">2. </w:t>
      </w:r>
      <w:r>
        <w:t>Те же деяния, совершенные группой лиц по предварительному сговору, а равно с причинением значительного ущерба гражданину, -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ста восьмидесяти часов, либо исправительными работами на срок до одного года, либо лишением свободы на срок до пяти лет</w:t>
      </w:r>
    </w:p>
    <w:p>
      <w:r>
        <w:rPr>
          <w:b/>
        </w:rPr>
        <w:t xml:space="preserve">3. </w:t>
      </w:r>
      <w:r>
        <w:t>Те же деяния,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лишением свободы на срок от двух до шести лет со штрафом в размере до десяти тысяч рублей или в размере заработной платы или иного дохода осужденного за период до одного месяца либо без такового</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w:t>
      </w:r>
    </w:p>
    <w:p>
      <w:r>
        <w:rPr>
          <w:b/>
        </w:rPr>
        <w:t xml:space="preserve">2. </w:t>
      </w:r>
      <w:r>
        <w:t>Разбой, совершенный группой лиц по предварительному сговору, а равно с применением оружия или предметов, используемых в качестве оружия, -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w:t>
      </w:r>
    </w:p>
    <w:p>
      <w:r>
        <w:rPr>
          <w:b/>
        </w:rPr>
        <w:t xml:space="preserve">3. </w:t>
      </w:r>
      <w:r>
        <w:t>Разбой, совершенный с незаконным проникновением в жилище, помещение либо иное хранилище или в крупном размере, - наказывается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4. </w:t>
      </w:r>
      <w:r>
        <w:t>Разбой, совершенный: а) организованной группой; б) в целях завладения имуществом в особо крупном размере; в) с причинением тяжкого вреда здоровью потерпевшего, - 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2. </w:t>
      </w:r>
      <w:r>
        <w:t>То же деяние, совершенное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четырех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
        <w:rPr>
          <w:b/>
        </w:rPr>
        <w:t xml:space="preserve">3. </w:t>
      </w:r>
      <w:r>
        <w:t>Деяние, предусмотренное частью второй настоящей статьи, совершенное:</w:t>
      </w:r>
    </w:p>
    <w:p>
      <w:r>
        <w:rPr>
          <w:b/>
        </w:rPr>
        <w:t xml:space="preserve">4. </w:t>
      </w:r>
      <w:r>
        <w:t>Деяния, предусмотренные частями второй или третьей настоящей статьи, совершенные организованной группой, - наказываются лишением свободы на срок от семи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Примечание. Финансовыми операциями и другими сделками с денежными средствами или иным имуществом, совершенными в крупном размере, в настоящей статье, а также в статье 1741 настоящего Кодекса признаются финансовые операции и другие сделки с денежными средствами или иным имуществом, совершенные на сумму, превышающую один миллион рублей</w:t>
      </w:r>
    </w:p>
    <w:p>
      <w:r>
        <w:rPr>
          <w:b/>
        </w:rPr>
        <w:t xml:space="preserve">4. </w:t>
      </w:r>
      <w:r>
        <w:t>в статье 161: в части второй: пункт "б" признать утратившим силу; пункт "д" изложить в следующей редакции: "д) в крупном размере, -"; слово "трех" заменить словом "двух", слова "до пятидесяти минимальных размеров оплаты труда" заменить словами "до десяти тысяч рублей"; в части третьей: пункт "б" изложить в следующей редакции: "б) в особо крупном размере, -"; пункт "в" признать утратившим силу; слова "с конфискацией имущества"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4. </w:t>
      </w:r>
      <w:r>
        <w:t>статью 162 изложить в следующей редакции: "Статья 162. Разбой 1. Разбой, то есть нападение в целях хищения чужого имущества, совершенное с применением насилия, опасного для жизни или здоровья, либо с угрозой применения такого насилия, - наказывается лишением свободы на срок от трех до восьми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4. </w:t>
      </w:r>
      <w:r>
        <w:t>в статье 163: в части первой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 в части второй: пункт "б" признать утратившим силу; в пункте "в" слово "насилия, -" заменить словом "насилия;"; дополнить пунктом "г" следующего содержания: "г) в крупном размере, -";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части третьей: в пункте "б" слово "крупном" заменить словами "особо крупном"; в пункте "в" слово "потерпевшего;" заменить словом "потерпевшего, -"; пункт "г" признать утратившим силу; слова "с конфискацией имущества"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4. </w:t>
      </w:r>
      <w:r>
        <w:t>в статье 164: в части первой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части второй: пункт "б" признать утратившим силу; слова "с конфискацией имущества"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4. </w:t>
      </w:r>
      <w:r>
        <w:t>в статье 165: в части первой слова "до двухсот минимальных размеров оплаты труда" заменить словами "до восьмидесяти тысяч рублей", слова "до двух лет" заменить словами "до шести лет"; в части второй: абзац первый изложить в следующей редакции: "2. То же деяние, совершенное группой лиц по предварительному сговору либо в крупном размере, -"; слова "от четырехсот до восьмисот минимальных размеров оплаты труда" заменить словами "от ста тысяч до трехсот тысяч рублей", слова "от четырех до восьми месяцев" заменить словами "от одного года до двух лет",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 в части третьей: пункт "б" изложить в следующей редакции: "б) причинившие особо крупный ущерб, -"; пункт "в" признать утратившим силу; слова "от двух" исключить, слова "до ста минимальных размеров оплаты труда" заменить словами "до восьмидесяти тысяч рублей", слова "до одного месяца" заменить словами "до шести месяцев"</w:t>
      </w:r>
    </w:p>
    <w:p>
      <w:r>
        <w:rPr>
          <w:b/>
        </w:rPr>
        <w:t xml:space="preserve">4. </w:t>
      </w:r>
      <w:r>
        <w:t>в статье 166: часть первую после слова "наказывается" дополнить словами "штрафом в размере до ста двадцати тысяч рублей или в размере заработной платы или иного дохода осужденного за период до одного года, либо", слова "лишением свободы на срок до трех лет" заменить словами "лишением свободы на срок до пяти лет"; в части второй: пункт "б" признать утратившим силу; после слова "наказывается" дополнить словами "штрафом в размере до двухсот тысяч рублей или в размере заработной платы или иного дохода осужденного за период до восемнадцати месяцев либо", слова "от трех" исключить; в части третьей слово "крупный" заменить словами "особо крупный"</w:t>
      </w:r>
    </w:p>
    <w:p>
      <w:r>
        <w:rPr>
          <w:b/>
        </w:rPr>
        <w:t xml:space="preserve">4. </w:t>
      </w:r>
      <w:r>
        <w:t>в статье 167: в части первой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часть вторую после слова "совершенные" дополнить словами "из хулиганских побуждений,"</w:t>
      </w:r>
    </w:p>
    <w:p>
      <w:r>
        <w:rPr>
          <w:b/>
        </w:rPr>
        <w:t xml:space="preserve">4. </w:t>
      </w:r>
      <w:r>
        <w:t>статью 168 изложить в следующей редакции: "Статья 168. Уничтожение или повреждение имущества по неосторожности Уничтожение или повреждение чужого имущества в крупном размере, совершенные путем неосторожного обращения с огнем или иными источниками повышенной опасности, - наказываются штрафом в размере до ста двадцати тысяч рублей или в размере заработной платы или иного дохода осужденного за период до одного года, либо исправительными работами на срок от одного года до двух лет, либо ограничением свободы на срок до трех лет, либо лишением свободы на срок до одного года."</w:t>
      </w:r>
    </w:p>
    <w:p>
      <w:r>
        <w:rPr>
          <w:b/>
        </w:rPr>
        <w:t xml:space="preserve">4. </w:t>
      </w:r>
      <w:r>
        <w:t>в статье 169: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 в части второй слова "до ста минимальных размеров оплаты труда" заменить словами "до восьмидесяти тысяч рублей", слова "до одного месяца" заменить словами "до шести месяцев"; дополнить примечанием следующего содержания: "Примечание. В статьях настоящей главы, за исключением статей 174, 1741, 178, 185, 1851, 193, 194, 198, 199 и 1991, крупным размером, крупным ущербом, доходом либо задолженностью в крупном размере признаются стоимость, ущерб, доход либо задолженность в сумме, превышающей двести пятьдесят тысяч рублей, особо крупным - один миллион рублей."</w:t>
      </w:r>
    </w:p>
    <w:p>
      <w:r>
        <w:rPr>
          <w:b/>
        </w:rPr>
        <w:t xml:space="preserve">4. </w:t>
      </w:r>
      <w:r>
        <w:t>в статье 170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4. </w:t>
      </w:r>
      <w:r>
        <w:t>в статье 171: в части первой слова "от трехсот до пятисот минимальных размеров оплаты труда" заменить словами "до трехсот тысяч рублей", слова "от трех до пяти месяцев" заменить словами "до двух лет", слова ", либо лишением свободы на срок до трех лет" исключить; в части второй: в пункте "б" слово "размере;" заменить словом "размере, -"; пункт "в" признать утратившим силу;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w:t>
      </w:r>
    </w:p>
    <w:p>
      <w:r>
        <w:rPr>
          <w:b/>
        </w:rPr>
        <w:t xml:space="preserve">4. </w:t>
      </w:r>
      <w:r>
        <w:t>в статье 1711: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дополнить словами "со штрафом в размере до восьмидесяти тысяч рублей или в размере заработной платы или иного дохода осужденного за период до шести месяцев"; в части второй: пункт "б" признать утратившим силу; после слова "наказываются"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примечание признать утратившим силу</w:t>
      </w:r>
    </w:p>
    <w:p>
      <w:r>
        <w:rPr>
          <w:b/>
        </w:rPr>
        <w:t xml:space="preserve">4. </w:t>
      </w:r>
      <w:r>
        <w:t>в статье 172: в части первой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 в части второй: в пункте "б" слово "размере;" заменить словом "размере, -"; пункт "в" признать утратившим силу;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4. </w:t>
      </w:r>
      <w:r>
        <w:t>(Утратил силу - Федеральный закон от 07.04.2010 № 60-ФЗ) 98) статьи 174 и 1741 изложить в следующей редакции: "Статья 174. Легализация (отмывание) денежных средств или иного имущества, приобретенных другими лицами преступным путем 1. Совершение финансовых операций и других сделок с денежными средствами или иным имуществом, заведомо приобретенными другими лицами преступным путем (за исключением преступлений, предусмотренных статьями 193, 194, 198, 199, 1991 и 1992 настоящего Кодекса), в целях придания правомерного вида владению, пользованию и распоряжению указанными денежными средствами или иным имуществом - 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
        <w:rPr>
          <w:b/>
        </w:rPr>
        <w:t xml:space="preserve">3. </w:t>
      </w:r>
      <w:r>
        <w:t>группой лиц по предварительному сговору</w:t>
      </w:r>
    </w:p>
    <w:p>
      <w:r>
        <w:rPr>
          <w:b/>
        </w:rPr>
        <w:t xml:space="preserve">3. </w:t>
      </w:r>
      <w:r>
        <w:t>лицом с использованием своего служебного положения, - наказывается лишением свободы на срок от четырех до восьми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Статья 174.1. Легализация (отмывание) денежных средств или иного имущества, приобретенных лицом в результате совершения им преступления</w:t>
      </w:r>
    </w:p>
    <w:p>
      <w:r>
        <w:rPr>
          <w:b/>
        </w:rPr>
        <w:t xml:space="preserve">1. </w:t>
      </w:r>
      <w:r>
        <w:t>Совершение финансовых операций и других сделок с денежными средствами или иным имуществом, приобретенными лицом в результате совершения им преступления (за исключением преступлений, предусмотренных статьями 193, 194, 198, 199, 1991 и 1992 настоящего Кодекса), либо использование указанных средств или иного имущества для осуществления предпринимательской или иной экономической деятельности - наказываются штрафом в размере до ста двадцати тысяч рублей или в размере заработной платы или иного дохода осужденного за период до одного года</w:t>
      </w:r>
    </w:p>
    <w:p>
      <w:r>
        <w:rPr>
          <w:b/>
        </w:rPr>
        <w:t xml:space="preserve">2. </w:t>
      </w:r>
      <w:r>
        <w:t>Те же деяния, совершенные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
        <w:rPr>
          <w:b/>
        </w:rPr>
        <w:t xml:space="preserve">3. </w:t>
      </w:r>
      <w:r>
        <w:t>Деяния, предусмотренные частью второй настоящей статьи, совершенные:</w:t>
      </w:r>
    </w:p>
    <w:p>
      <w:r>
        <w:rPr>
          <w:b/>
        </w:rPr>
        <w:t xml:space="preserve">4. </w:t>
      </w:r>
      <w:r>
        <w:t>Деяния, предусмотренные частями второй или третьей настоящей статьи, совершенные организованной группой, - наказываются лишением свободы на срок от десяти до пятнадцати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w:t>
      </w:r>
    </w:p>
    <w:p>
      <w:r>
        <w:rPr>
          <w:b/>
        </w:rPr>
        <w:t xml:space="preserve">2. </w:t>
      </w:r>
      <w:r>
        <w:t>Те же деяния, совершенные лицом с использованием своего служебного положения либо группой лиц по предварительному сговору,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пяти лет</w:t>
      </w:r>
    </w:p>
    <w:p>
      <w:r>
        <w:rPr>
          <w:b/>
        </w:rPr>
        <w:t xml:space="preserve">3. </w:t>
      </w:r>
      <w:r>
        <w:t>Деяния, предусмотренные частями первой или второй настоящей статьи, совершенные с применением насилия или с угрозой его применения, а равно с уничтожением или повреждением чужого имущества либо с угрозой его уничтожения или повреждения, при отсутствии признаков вымогательства, либо организованной группой, - наказываются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Примечание. Крупным ущербом в настоящей статье признается ущерб, сумма которого превышает один миллион рублей.";</w:t>
      </w:r>
    </w:p>
    <w:p>
      <w:r>
        <w:rPr>
          <w:b/>
        </w:rPr>
        <w:t xml:space="preserve">2. </w:t>
      </w:r>
      <w:r>
        <w:t>То же деяние, совершенное в особо крупном размере, - 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лишением свободы на срок до трех лет. Примечание. Крупным размером в настоящей статье признается сумма налогов и (или) сборов, составляющая за период в пределах трех финансовых лет подряд более ста тысяч рублей, при условии, что доля неуплаченных налогов и (или) сборов превышает 10 процентов подлежащих уплате сумм налогов и (или) сборов, либо превышающая триста тысяч рублей, а особо крупным размером - сумма, составляющая за период в пределах трех финансовых лет подряд более пятисот тысяч рублей, при условии, что доля неуплаченных налогов и (или) сборов превышает 20 процентов подлежащих уплате сумм налогов и (или) сборов, либо превышающая один миллион пятьсот тысяч рублей</w:t>
      </w:r>
    </w:p>
    <w:p>
      <w:r>
        <w:rPr>
          <w:b/>
        </w:rPr>
        <w:t xml:space="preserve">3. </w:t>
      </w:r>
      <w:r>
        <w:t>группой лиц по предварительному сговору</w:t>
      </w:r>
    </w:p>
    <w:p>
      <w:r>
        <w:rPr>
          <w:b/>
        </w:rPr>
        <w:t xml:space="preserve">3. </w:t>
      </w:r>
      <w:r>
        <w:t>лицом с использованием своего служебного положения, - наказываются лишением свободы на срок от четырех до восьми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4. </w:t>
      </w:r>
      <w:r>
        <w:t>в статье 175: в части первой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в части второй: в пункте "б" слово "размере;" заменить словом "размере, -"; пункт "в" признать утратившим силу;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 в части третьей слова "до ста минимальных размеров оплаты труда" заменить словами "до восьмидесяти тысяч рублей", слова "до одного месяца" заменить словами "до шести месяцев"</w:t>
      </w:r>
    </w:p>
    <w:p>
      <w:r>
        <w:rPr>
          <w:b/>
        </w:rPr>
        <w:t xml:space="preserve">4. </w:t>
      </w:r>
      <w:r>
        <w:t>в статье 176: в части первой слова "от двухсот до пятисот минимальных размеров оплаты труда" заменить словами "до двухсот тысяч рублей", слова "от двух до пяти месяцев" заменить словами "до восемнадцати месяцев", слова "от двух до пяти лет" заменить словами "до пяти лет"; в части второй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w:t>
      </w:r>
    </w:p>
    <w:p>
      <w:r>
        <w:rPr>
          <w:b/>
        </w:rPr>
        <w:t xml:space="preserve">4. </w:t>
      </w:r>
      <w:r>
        <w:t>в статье 177: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примечание признать утратившим силу</w:t>
      </w:r>
    </w:p>
    <w:p>
      <w:r>
        <w:rPr>
          <w:b/>
        </w:rPr>
        <w:t xml:space="preserve">4. </w:t>
      </w:r>
      <w:r>
        <w:t>статью 178 изложить в следующей редакции: "Статья 178. Недопущение, ограничение или устранение конкуренции 1. Недопущение, ограничение или устранение конкуренции путем установления или поддержания монопольно высоких или монопольно низких цен, раздела рынка, ограничения доступа на рынок, устранения с него других субъектов экономической деятельности, установления или поддержания единых цен, если эти деяния повлекли причинение крупного ущерба,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от четырех до шести месяцев, либо лишением свободы на срок до двух лет</w:t>
      </w:r>
    </w:p>
    <w:p>
      <w:r>
        <w:rPr>
          <w:b/>
        </w:rPr>
        <w:t xml:space="preserve">3. </w:t>
      </w:r>
      <w:r>
        <w:t>в статье 179: в части первой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 пункт "а" части второй признать утратившим силу</w:t>
      </w:r>
    </w:p>
    <w:p>
      <w:r>
        <w:rPr>
          <w:b/>
        </w:rPr>
        <w:t xml:space="preserve">3. </w:t>
      </w:r>
      <w:r>
        <w:t>в статье 180: в части первой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 в части второй слова "от ста до двухсот минимальных размеров оплаты труда" заменить словами "до ста двадцати тысяч рублей", слова "от одного до двух месяцев" заменить словами "до одного года"; в части третьей слова "от четырехсот до восьмисот минимальных размеров оплаты труда" заменить словами "от ста тысяч до трехсот тысяч рублей", слова "от четырех до восьми месяцев" заменить словами "от одного года до двух лет"</w:t>
      </w:r>
    </w:p>
    <w:p>
      <w:r>
        <w:rPr>
          <w:b/>
        </w:rPr>
        <w:t xml:space="preserve">3. </w:t>
      </w:r>
      <w:r>
        <w:t>в статье 181: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"неоднократно или" исключить</w:t>
      </w:r>
    </w:p>
    <w:p>
      <w:r>
        <w:rPr>
          <w:b/>
        </w:rPr>
        <w:t xml:space="preserve">3. </w:t>
      </w:r>
      <w:r>
        <w:t>статью 182 признать утратившей силу</w:t>
      </w:r>
    </w:p>
    <w:p>
      <w:r>
        <w:rPr>
          <w:b/>
        </w:rPr>
        <w:t xml:space="preserve">3. </w:t>
      </w:r>
      <w:r>
        <w:t>в статье 183: в части первой слова "от ста до двухсот минимальных размеров оплаты труда" заменить словами "до восьмидесяти тысяч рублей", слова "до двух месяцев" заменить словами "до шести месяцев"; в части второй слова "от ста до двухсот минимальных размеров оплаты труда" заменить словами "до ста двадцати тысяч рублей или в размере заработной платы или иного дохода осужденного за период до одного года"; в части третьей слова "от двухсот до пятисот минимальных размеров оплаты труда" заменить словами "до двухсот тысяч рублей или в размере заработной платы или иного дохода осужденного за период до восемнадцати месяцев", слова "пяти лет либо" заменить словами "трех лет либо"</w:t>
      </w:r>
    </w:p>
    <w:p>
      <w:r>
        <w:rPr>
          <w:b/>
        </w:rPr>
        <w:t xml:space="preserve">3. </w:t>
      </w:r>
      <w:r>
        <w:t>в статье 184: часть первую после слова "наказывается" дополнить словами "штрафом в размере до двухсот тысяч рублей или в размере заработной платы или иного дохода осужденного за период до восемнадцати месяцев, либо"; в части второй слова "неоднократно или" исключить, после слова "наказывается"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в части третьей слова "от двухсот до пятисот минимальных размеров оплаты труда" заменить словами "до трехсот тысяч рублей", слова "от двух до пяти месяцев" заменить словами "до двух лет"; часть четвертую после слова "наказываются"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w:t>
      </w:r>
    </w:p>
    <w:p>
      <w:r>
        <w:rPr>
          <w:b/>
        </w:rPr>
        <w:t xml:space="preserve">3. </w:t>
      </w:r>
      <w:r>
        <w:t>в статье 185: в части первой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 в части второй слова "неоднократно либо" исключить, после слова "наказываются" дополнить словами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в примечании слова "в две тысячи раз превышающий минимальный размер оплаты труда, установленный законодательством Российской Федерации на момент совершения преступления" заменить словами "превышающий один миллион рублей"</w:t>
      </w:r>
    </w:p>
    <w:p>
      <w:r>
        <w:rPr>
          <w:b/>
        </w:rPr>
        <w:t xml:space="preserve">3. </w:t>
      </w:r>
      <w:r>
        <w:t>в статье 1851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w:t>
      </w:r>
    </w:p>
    <w:p>
      <w:r>
        <w:rPr>
          <w:b/>
        </w:rPr>
        <w:t xml:space="preserve">3. </w:t>
      </w:r>
      <w:r>
        <w:t>в статье 186: в части первой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в части второй слова "либо лицом, ранее судимым за изготовление или сбыт поддельных денег или ценных бумаг" исключить, слова "с конфискацией имущества"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в части третьей слова "с конфискацией имущества"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3. </w:t>
      </w:r>
      <w:r>
        <w:t>в статье 187: в части первой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 в части второй слова "неоднократно или" исключить, слова "с конфискацией имущества"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3. </w:t>
      </w:r>
      <w:r>
        <w:t>(Утратил силу - Федеральный закон от 07.12.2011 № 420-ФЗ) 114) в статье 189: в части первой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в части второй слова "неоднократно или" и слова "от двух" исключить; в части третьей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3. </w:t>
      </w:r>
      <w:r>
        <w:t>в статье 190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3. </w:t>
      </w:r>
      <w:r>
        <w:t>в статье 191: в части первой слова "от двухсот до пятисот минимальных размеров оплаты труда" заменить словами "от ста тысяч до пятисот тысяч рублей", слова "от двух до пяти месяцев" заменить словами "от одного года до трех лет", слова ", либо лишением свободы на срок до трех лет" исключить; в части второй: пункт "а" признать утратившим силу; пункт "в" дополнить словами "группой лиц по предварительному сговору,"; слова "от пяти до десяти лет с конфискацией имущества или без таковой" заменить словами "до семи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примечание признать утратившим силу</w:t>
      </w:r>
    </w:p>
    <w:p>
      <w:r>
        <w:rPr>
          <w:b/>
        </w:rPr>
        <w:t xml:space="preserve">3. </w:t>
      </w:r>
      <w:r>
        <w:t>в статье 192: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примечание признать утратившим силу</w:t>
      </w:r>
    </w:p>
    <w:p>
      <w:r>
        <w:rPr>
          <w:b/>
        </w:rPr>
        <w:t xml:space="preserve">3. </w:t>
      </w:r>
      <w:r>
        <w:t>в примечании к статье 193 слова "десять тысяч минимальных размеров оплаты труда" заменить словами "пять миллионов рублей"</w:t>
      </w:r>
    </w:p>
    <w:p>
      <w:r>
        <w:rPr>
          <w:b/>
        </w:rPr>
        <w:t xml:space="preserve">3. </w:t>
      </w:r>
      <w:r>
        <w:t>в статье 194: в части первой слова "от двухсот до семисот минимальных размеров оплаты труда" заменить словами "от ста тысяч до трехсот тысяч рублей", слова "от двух до семи месяцев" заменить словами "от одного года до двух лет"; в части второй: пункты "б" и "в" признать утратившими силу; слова "от пятисот до одной тысячи минимальных размеров оплаты труда" заменить словами "от ста тысяч до пятисот тысяч рублей", слова "от пяти месяцев до одного года" заменить словами "от одного года до трех лет"; в примечании слова "одну тысячу минимальных размеров оплаты труда" заменить словами "пятьсот тысяч рублей", слова "три тысячи минимальных размеров оплаты труда" заменить словами "один миллион пятьсот тысяч рублей"</w:t>
      </w:r>
    </w:p>
    <w:p>
      <w:r>
        <w:rPr>
          <w:b/>
        </w:rPr>
        <w:t xml:space="preserve">3. </w:t>
      </w:r>
      <w:r>
        <w:t>в статье 195: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3. </w:t>
      </w:r>
      <w:r>
        <w:t>в статье 196 слова "либо иные тяжкие последствия" исключить</w:t>
      </w:r>
    </w:p>
    <w:p>
      <w:r>
        <w:rPr>
          <w:b/>
        </w:rPr>
        <w:t xml:space="preserve">3. </w:t>
      </w:r>
      <w:r>
        <w:t>в статье 197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 слова "до ста минимальных размеров оплаты труда" заменить словами "до восьмидесяти тысяч рублей", слова "до одного месяца" заменить словами "до шести месяцев"</w:t>
      </w:r>
    </w:p>
    <w:p>
      <w:r>
        <w:rPr>
          <w:b/>
        </w:rPr>
        <w:t xml:space="preserve">3. </w:t>
      </w:r>
      <w:r>
        <w:t>статьи 198 и 199 изложить в следующей редакции: "Статья 198. Уклонение от уплаты налогов и (или) сборов с физического лица 1. Уклонение от уплаты налогов и (или) сборов с физического лица путем непредставления налоговой декларации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или такие документы заведомо ложных сведений, совершенное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одного года</w:t>
      </w:r>
    </w:p>
    <w:p>
      <w:r>
        <w:rPr>
          <w:b/>
        </w:rPr>
        <w:t>Статья 199. Уклонение от уплаты налогов и (или) сборов с организации</w:t>
      </w:r>
    </w:p>
    <w:p>
      <w:r>
        <w:rPr>
          <w:b/>
        </w:rPr>
        <w:t xml:space="preserve">1. </w:t>
      </w:r>
      <w:r>
        <w:t>Уклонение от уплаты налогов и (или) сборов с организации путем непредставления налоговой декларации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или такие документы заведомо ложных сведений, совершенное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То же деяние, совершенное: а) группой лиц по предварительному сговору; б) в особо крупном размере,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 Примечание. Крупным размером в настоящей статье, а также в статье 1991 настоящего Кодекса признается сумма налогов и (или) сборов, составляющая за период в пределах трех финансовых лет подряд более пятисот тысяч рублей, при условии, что доля неуплаченных налогов и (или) сборов превышает 10 процентов подлежащих уплате сумм налогов и (или) сборов, либо превышающая один миллион пятьсот тысяч рублей, а особо крупным размером - сумма, составляющая за период в пределах трех финансовых лет подряд более двух миллионов пятисот тысяч рублей, при условии, что доля неуплаченных налогов и (или) сборов превышает 20 процентов подлежащих уплате сумм налогов и (или) сборов, либо превышающая семь миллионов пятьсот тысяч рублей.";</w:t>
      </w:r>
    </w:p>
    <w:p>
      <w:r>
        <w:rPr>
          <w:b/>
        </w:rPr>
        <w:t xml:space="preserve">2. </w:t>
      </w:r>
      <w:r>
        <w:t>То же деяние, совершенное в особо крупном размере, - наказывается штрафом в размере от двухсот тысяч до пятисот тысяч рублей или в размере заработной платы или иного дохода осужденного за период от двух до пяти лет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дополнить статьями 1991 и 1992 следующего содержания: "Статья 1991. Неисполнение обязанностей налогового агента 1. Неисполнение в личных интересах обязанностей налогового агента по исчислению, удержанию или перечислению налогов и (или) сборов, подлежащих в соответствии с законодательством Российской Федерации о налогах и сборах исчислению, удержанию у налогоплательщика и перечислению в соответствующий бюджет (внебюджетный фонд), совершенное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Статья 199.2. Сокрытие денежных средств либо имущества организации или индивидуального предпринимателя, за счет которых должно производиться взыскание налогов и (или) сборов</w:t>
      </w:r>
    </w:p>
    <w:p>
      <w:r>
        <w:t>Сокрытие денежных средств либо имущества организации или индивидуального предпринимателя, за счет которых в порядке, предусмотренном законодательством Российской Федерации о налогах и сборах, должно быть произведено взыскание недоимки по налогам и (или) сборам, совершенное собственником или руководителем организации либо иным лицом, выполняющим управленческие функции в этой организации, или индивидуальным предпринимателем в крупном размере, - 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125) статью 200 признать утратившей силу; 126) в статье 201: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одной тысячи минимальных размеров оплаты труда" заменить словами "от ста тысяч до пятисот тысяч рублей", слова "от пяти месяцев до одного года" заменить словами "от одного года до трех лет"; пункт 1 примечаний после слов "в статьях настоящей главы" дополнить словами ", а также в статье 196 настоящего Кодекса"; 127) в статье 202: в части первой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 в части второй слова "либо неоднократно" исключить,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128) в части второй статьи 203 слова "от четырех до восьми" заменить словами "до семи"; 129) в статье 204: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"неоднократно либо" исключить,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 в части третьей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 в части четвертой: пункт "б" признать утратившим силу;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130) пункт "б" части второй статьи 205 признать утратившим силу; 131) в части второй статьи 2051 слова "неоднократно или" исключить,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132) пункт "б" части второй статьи 206 признать утратившим силу; 133) в статье 207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134) в статье 209: в части первой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в части второй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в части третьей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135) в статье 210: в части первой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в части второй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части третьей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дополнить примечанием следующего содержания: "Примечание. Лицо, добровольно прекратившее участие в преступном сообществе (преступной организации) или входящем в него (нее) структурном подразделении либо объединении организаторов, руководителей или иных представителей организованных групп и активно способствовавшее раскрытию или пресечению этого преступления, освобождается от уголовной ответственности, если в его действиях не содержится иного состава преступления."; 136) пункт "б" части второй статьи 211 признать утратившим силу; 137) статью 213 изложить в следующей редакции: "Статья 213. Хулиганство 1. Хулиганство, то есть грубое нарушение общественного порядка, выражающее явное неуважение к обществу, совершенное с применением оружия или предметов, используемых в качестве оружия, - наказывается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w:t>
      </w:r>
    </w:p>
    <w:p>
      <w:r>
        <w:rPr>
          <w:b/>
        </w:rPr>
        <w:t xml:space="preserve">2. </w:t>
      </w:r>
      <w:r>
        <w:t>То же деяние, совершенное группой лиц по предварительному сговору или организованной группой либо связанное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 - наказывается лишением свободы на срок до семи лет.";</w:t>
      </w:r>
    </w:p>
    <w:p>
      <w:r>
        <w:rPr>
          <w:b/>
        </w:rPr>
        <w:t xml:space="preserve">2. </w:t>
      </w:r>
      <w:r>
        <w:t>Те же деяния, совершенные в особо крупном размере, - наказываются лишением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Примечания</w:t>
      </w:r>
    </w:p>
    <w:p>
      <w:r>
        <w:rPr>
          <w:b/>
        </w:rPr>
        <w:t xml:space="preserve">1. </w:t>
      </w:r>
      <w:r>
        <w:t>Лицо, совершившее преступление, предусмотренное настоящей статьей, добровольно сдавшее наркотические средства, психотропные вещества или их аналоги и активно способствовавшее раскрытию или пресечению преступлений, связанных с незаконным оборотом наркотических средств, психотропных веществ или их аналогов,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изъятие указанных средств, веществ или их аналогов при задержании лица, а также при производстве следственных действий по их обнаружению и изъятию</w:t>
      </w:r>
    </w:p>
    <w:p>
      <w:r>
        <w:rPr>
          <w:b/>
        </w:rPr>
        <w:t xml:space="preserve">2. </w:t>
      </w:r>
      <w:r>
        <w:t>Крупным размером в настоящей статье, а также в статьях 2281 и 229 настоящего Кодекса признается количество наркотического средства, психотропного вещества или их аналога, превышающее размеры средней разовой дозы потребления в десять и более раз, а особо крупным размером - в пятьдесят и более раз. Размеры средних разовых доз наркотических средств и психотропных веществ для целей настоящей статьи, а также статей 2281 и 229 настоящего Кодекса утверждаются Правительством Российской Федерации.";</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совершенные:</w:t>
      </w:r>
    </w:p>
    <w:p>
      <w:r>
        <w:rPr>
          <w:b/>
        </w:rPr>
        <w:t xml:space="preserve">2. </w:t>
      </w:r>
      <w:r>
        <w:t>в статье 214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2. </w:t>
      </w:r>
      <w:r>
        <w:t>в статье 215: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слова "лишением свободы на срок до трех лет" заменить словами "лишением свободы на срок до двух лет"; часть вторую изложить в следующей редакции: "2. То же деяние, повлекшее по неосторожности причинение тяжкого вреда здоровью или смерть человека либо радиоактивное заражение окружающей среды, -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дополнить частью третьей следующего содержания: "3. Деяние, предусмотренное частью первой настоящей статьи, повлекшее по неосторожности смерть двух или более лиц,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в статье 2151: в части первой слова "могло повлечь смерть человека или иные тяжкие последствия" заменить словами "повлекло по неосторожности причинение крупного ущерба, тяжкого вреда здоровью или иные тяжкие последствия",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"или иные тяжкие последствия" исключить</w:t>
      </w:r>
    </w:p>
    <w:p>
      <w:r>
        <w:rPr>
          <w:b/>
        </w:rPr>
        <w:t xml:space="preserve">2. </w:t>
      </w:r>
      <w:r>
        <w:t>в статье 2152: в части первой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пункт "б" части второй признать утратившим силу; в части третьей слова "или иные тяжкие последствия" исключить, слова "от трех до восьми" заменить словами "до семи",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w:t>
      </w:r>
    </w:p>
    <w:p>
      <w:r>
        <w:rPr>
          <w:b/>
        </w:rPr>
        <w:t xml:space="preserve">2. </w:t>
      </w:r>
      <w:r>
        <w:t>в статье 216: в части первой слова "или средней тяжести" исключить, после слова "человека" дополнить словами "либо крупного ущерба",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"или иные тяжкие последствия" исключить, слово "десяти" заменить словом "пяти"; дополнить частью третьей и примечанием следующего содержания: "3. Деяние, предусмотренное частью первой настоящей статьи, повлекшее по неосторожности смерть двух или более лиц,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 Примечание. Крупным ущербом в статьях настоящей главы признается ущерб, сумма которого превышает пятьсот тысяч рублей."</w:t>
      </w:r>
    </w:p>
    <w:p>
      <w:r>
        <w:rPr>
          <w:b/>
        </w:rPr>
        <w:t xml:space="preserve">2. </w:t>
      </w:r>
      <w:r>
        <w:t>в статье 217: в части первой слова "или иные тяжкие последствия" заменить словами "либо повлекло причинение крупного ущерба",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слова ", либо лишением свободы на срок до двух лет" исключить; в части второй слова "или иные тяжкие последствия" исключить, слово "десяти" заменить словом "пяти"; дополнить частью третьей следующего содержания: "3. Деяние, предусмотренное частью первой настоящей статьи, повлекшее по неосторожности смерть двух или более лиц,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в статье 218: слова "тяжкие последствия" заменить словами "причинение тяжкого вреда здоровью или смерть человека"; абзац второй изложить в следующей редакции: "наказываются ограничением свободы на срок до пяти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в статье 219: в части первой слова "или средней тяжести" исключить,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"или иные тяжкие последствия" исключить, слово "десяти" заменить словом "пяти"; дополнить частью третьей следующего содержания: "3. Деяние, предусмотренное частью первой настоящей статьи, повлекшее по неосторожности смерть двух или более лиц,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в статье 220: в части второй слово "десяти" заменить словом "пяти"; дополнить частью третьей следующего содержания: "3. Деяния, предусмотренные частью первой настоящей статьи, повлекшие по неосторожности смерть двух или более лиц, - наказываются лишением свободы на срок до семи лет."</w:t>
      </w:r>
    </w:p>
    <w:p>
      <w:r>
        <w:rPr>
          <w:b/>
        </w:rPr>
        <w:t xml:space="preserve">2. </w:t>
      </w:r>
      <w:r>
        <w:t>в статье 221: в части первой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пункт "б" части второй признать утратившим силу; в части третьей: в пункте "б" слово "насилия;" заменить словом "насилия, -"; пункт "в" признать утратившим силу;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примечание признать утратившим силу</w:t>
      </w:r>
    </w:p>
    <w:p>
      <w:r>
        <w:rPr>
          <w:b/>
        </w:rPr>
        <w:t xml:space="preserve">2. </w:t>
      </w:r>
      <w:r>
        <w:t>в статье 222: часть первую изложить в следующей редакции: "1. Незаконные приобретение, передача, сбыт, хранение, перевозка или ношение огнестрельного оружия (за исключением гладкоствольного), его основных частей, боеприпасов, взрывчатых веществ или взрывных устройств - наказываются ограничением свободы на срок до трех лет,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трех месяцев либо без такового."; в части второй слова "или неоднократно" исключить; в части четвертой: абзац первый изложить в следующей редакции: "4. Незаконный сбыт газового оружия, холодного оружия, в том числе метательного оружия, -"; слово "наказываются" заменить словом "наказывается", слова "до двухсот минимальных размеров оплаты труда" заменить словами "до восьмидесяти тысяч рублей", слова "до двух месяцев" заменить словами "до шести месяцев"; примечание дополнить предложением следующего содержания: "Не может признаваться добровольной сдачей предметов, указанных в настоящей статье, а также в статье 223 настоящего Кодекса, их изъятие при задержании лица, а также при производстве следственных действий по их обнаружению и изъятию."</w:t>
      </w:r>
    </w:p>
    <w:p>
      <w:r>
        <w:rPr>
          <w:b/>
        </w:rPr>
        <w:t xml:space="preserve">2. </w:t>
      </w:r>
      <w:r>
        <w:t>в части второй статьи 223 слова "или неоднократно" исключить</w:t>
      </w:r>
    </w:p>
    <w:p>
      <w:r>
        <w:rPr>
          <w:b/>
        </w:rPr>
        <w:t xml:space="preserve">2. </w:t>
      </w:r>
      <w:r>
        <w:t>статью 224 после слова "наказывается" дополнить словами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одного года, либо", слова ", либо лишением свободы на срок до одного года" исключить</w:t>
      </w:r>
    </w:p>
    <w:p>
      <w:r>
        <w:rPr>
          <w:b/>
        </w:rPr>
        <w:t xml:space="preserve">2. </w:t>
      </w:r>
      <w:r>
        <w:t>в статье 225: часть первую после слова "наказывается" дополнить словами "штрафом в размере до сорока тысяч рублей или в размере заработной платы или иного дохода осужденного за период до трех месяцев, либо"; часть вторую после слова "наказывается" дополнить словами "штрафом в размере до ста двадцати тысяч рублей или в размере заработной платы или иного дохода осужденного за период до одного года либо", слова "от трех" исключить</w:t>
      </w:r>
    </w:p>
    <w:p>
      <w:r>
        <w:rPr>
          <w:b/>
        </w:rPr>
        <w:t xml:space="preserve">2. </w:t>
      </w:r>
      <w:r>
        <w:t>в статье 226: в части третьей: пункт "б" признать утратившим силу;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части четвертой: в пункте "б" слово "насилия;" заменить словом "насилия, -"; пункт "в" признать утратившим силу; слова "с конфискацией имущества"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2. </w:t>
      </w:r>
      <w:r>
        <w:t>в статье 227: в части второй слова "неоднократно либо" исключить, слова "с конфискацией имущества"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части третьей слова "с конфискацией имущества"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2. </w:t>
      </w:r>
      <w:r>
        <w:t>статью 228 изложить в следующей редакции: "Статья 228. Незаконные приобретение, хранение, перевозка, изготовление, переработка наркотических средств, психотропных веществ или их аналогов 1. Незаконные приобретение, хранение, перевозка, изготовление, переработка без цели сбыта наркотических средств, психотропных веществ или их аналогов в крупном размере - наказываются штрафом в размере до сорока тысяч рублей или в размере заработной платы или иного дохода осужденного за период до трех месяцев, либо исправительными работами на срок до двух лет, либо лишением свободы на срок до трех лет</w:t>
      </w:r>
    </w:p>
    <w:p>
      <w:r>
        <w:rPr>
          <w:b/>
        </w:rPr>
        <w:t xml:space="preserve">2. </w:t>
      </w:r>
      <w:r>
        <w:t>дополнить статьями 2281 и 2282 следующего содержания: "Статья 2281. Незаконные производство, сбыт или пересылка наркотических средств, психотропных веществ или их аналогов 1. Незаконные производство, сбыт или пересылка наркотических средств, психотропных веществ или их аналогов - наказываются лишением свободы на срок от четырех до восьми лет</w:t>
      </w:r>
    </w:p>
    <w:p>
      <w:r>
        <w:rPr>
          <w:b/>
        </w:rPr>
        <w:t xml:space="preserve">2. </w:t>
      </w:r>
      <w:r>
        <w:t>группой лиц по предварительному сговору</w:t>
      </w:r>
    </w:p>
    <w:p>
      <w:r>
        <w:rPr>
          <w:b/>
        </w:rPr>
        <w:t xml:space="preserve">2. </w:t>
      </w:r>
      <w:r>
        <w:t>в крупном размере; (Абзац утратил силу - Федеральный закон от 27.07.2009 № 215-ФЗ) наказываются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3. </w:t>
      </w:r>
      <w:r>
        <w:t>организованной группой</w:t>
      </w:r>
    </w:p>
    <w:p>
      <w:r>
        <w:rPr>
          <w:b/>
        </w:rPr>
        <w:t xml:space="preserve">3. </w:t>
      </w:r>
      <w:r>
        <w:t>лицом с использованием своего служебного положения</w:t>
      </w:r>
    </w:p>
    <w:p>
      <w:r>
        <w:rPr>
          <w:b/>
        </w:rPr>
        <w:t xml:space="preserve">3. </w:t>
      </w:r>
      <w:r>
        <w:t>в отношении лица, заведомо не достигшего четырнадцатилетнего возраста</w:t>
      </w:r>
    </w:p>
    <w:p>
      <w:r>
        <w:rPr>
          <w:b/>
        </w:rPr>
        <w:t xml:space="preserve">3. </w:t>
      </w:r>
      <w:r>
        <w:t>в особо крупном размере, - наказываются лишением свободы на срок от восьми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Статья 228.2. Нарушение правил оборота наркотических средств или психотропных веществ</w:t>
      </w:r>
    </w:p>
    <w:p>
      <w:r>
        <w:rPr>
          <w:b/>
        </w:rPr>
        <w:t xml:space="preserve">1. </w:t>
      </w:r>
      <w:r>
        <w:t>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или психотропных веществ либо веществ, инструментов или оборудования, используемых для изготовления наркотических средств или психотропных веществ, находящихся под специальным контролем, а также культивирования растений, используемых для производства наркотических средств или психотропных веществ, повлекшее их утрату, если это деяние совершено лицом, в обязанности которого входит соблюдение указанных правил, - наказывается штрафом в размере до ста двадцати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То же деяние, совершенное из корыстных побуждений либо повлекшее по неосторожности причинение вреда здоровью человека или иные тяжкие последствия,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совершенные организованной группой либо в отношении заведомо несовершеннолетнего, - наказываются лишением свободы на срок от трех до восьми лет</w:t>
      </w:r>
    </w:p>
    <w:p>
      <w:r>
        <w:rPr>
          <w:b/>
        </w:rPr>
        <w:t xml:space="preserve">2. </w:t>
      </w:r>
      <w:r>
        <w:t>в статье 229: в части второй: пункт "б" признать утратившим силу;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 в части третьей: в пункте "в" слово "насилия;" заменить словом "насилия, -"; пункт "г" признать утратившим силу; слова "с конфискацией имущества"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2. </w:t>
      </w:r>
      <w:r>
        <w:t>в статье 230: в части первой слова "от двух" исключить; пункт "б" части второй признать утратившим силу; дополнить примечанием следующего содержания: "Примечание. Действие настоящей статьи не распространяется на случаи пропаганды применения в целях профилактики ВИЧ-инфекции и других опасных инфекционных заболеваний соответствующих инструментов и оборудования, используемых для потребления наркотических средств и психотропных веществ, если эти деяния осуществлялись по согласованию с органами исполнительной власти в области здравоохранения и органами по контролю за оборотом наркотических средств и психотропных веществ."</w:t>
      </w:r>
    </w:p>
    <w:p>
      <w:r>
        <w:rPr>
          <w:b/>
        </w:rPr>
        <w:t xml:space="preserve">2. </w:t>
      </w:r>
      <w:r>
        <w:t>в статье 231: в части первой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 пункт "б" части второй признать утратившим силу; дополнить примечанием следующего содержания: "Примечание. Размеры запрещенных к возделыванию растений, содержащих наркотические вещества, для целей настоящей статьи утверждаются Правительством Российской Федерации."</w:t>
      </w:r>
    </w:p>
    <w:p>
      <w:r>
        <w:rPr>
          <w:b/>
        </w:rPr>
        <w:t xml:space="preserve">2. </w:t>
      </w:r>
      <w:r>
        <w:t>статью 233 после слова "наказываются" дополнить словами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ста восьмидесяти часов, либо исправительными работами на срок до одного года, либо"</w:t>
      </w:r>
    </w:p>
    <w:p>
      <w:r>
        <w:rPr>
          <w:b/>
        </w:rPr>
        <w:t xml:space="preserve">2. </w:t>
      </w:r>
      <w:r>
        <w:t>в статье 234: часть первую после слова "наказываются" дополнить словами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одного года, либо"; в части второй слова "или неоднократно" исключить, после слова "наказываются" дополнить словами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двадцати до двухсот сорока часов, либо исправительными работами на срок от одного года до двух лет, либо", слова "от двух" исключить; часть третью после слова "наказываются" дополнить словами "штрафом в размере до ста двадцати тысяч рублей или в размере заработной платы или иного дохода осужденного за период до одного года либо"; в части четвертой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части первой статьи 235 слова "до трехсот минимальных размеров оплаты труда" заменить словами "до ста двадцати тысяч рублей", слова "до трех месяцев" заменить словами "до одного года"</w:t>
      </w:r>
    </w:p>
    <w:p>
      <w:r>
        <w:rPr>
          <w:b/>
        </w:rPr>
        <w:t xml:space="preserve">2. </w:t>
      </w:r>
      <w:r>
        <w:t>в статье 236: в части первой слова "от ста до двухсот минимальных размеров оплаты труда" заменить словами "до восьмидесяти тысяч рублей", слова "от одного до двух месяцев" заменить словами "до шести месяцев", после слов "деятельностью на срок до трех лет," дополнить словами "либо обязательными работами на срок до ста восьмидесяти часов, либо исправительными работами на срок до одного года,", слова ", либо лишением свободы на срок до двух лет" исключить; часть вторую после слова "наказывается" дополнить словами "обязательными работами на срок от ста восьмидесяти до двухсот сорока часов, либо исправительными работами на срок от шести месяцев до двух лет, либо", слова "или лишением свободы" заменить словами ", либо лишением свободы"</w:t>
      </w:r>
    </w:p>
    <w:p>
      <w:r>
        <w:rPr>
          <w:b/>
        </w:rPr>
        <w:t xml:space="preserve">2. </w:t>
      </w:r>
      <w:r>
        <w:t>в статье 237: в части первой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 в части второй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w:t>
      </w:r>
    </w:p>
    <w:p>
      <w:r>
        <w:rPr>
          <w:b/>
        </w:rPr>
        <w:t xml:space="preserve">2. </w:t>
      </w:r>
      <w:r>
        <w:t>в статье 238: в части первой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 в части второй: пункт "б" признать утратившим силу;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2. </w:t>
      </w:r>
      <w:r>
        <w:t>в статье 239: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ста до трехсот минимальных размеров оплаты труда" заменить словами "до ста двадцати тысяч рублей", слова "от одного до трех месяцев" заменить словами "до одного года"</w:t>
      </w:r>
    </w:p>
    <w:p>
      <w:r>
        <w:rPr>
          <w:b/>
        </w:rPr>
        <w:t xml:space="preserve">2. </w:t>
      </w:r>
      <w:r>
        <w:t>статьи 240 и 241 изложить в следующей редакции: "Статья 240. Вовлечение в занятие проституцией 1. Вовлечение в занятие проституцией или принуждение к продолжению занятия проституцией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лишением свободы на тот же срок</w:t>
      </w:r>
    </w:p>
    <w:p>
      <w:r>
        <w:rPr>
          <w:b/>
        </w:rPr>
        <w:t xml:space="preserve">2. </w:t>
      </w:r>
      <w:r>
        <w:t>с применением насилия или с угрозой его применения</w:t>
      </w:r>
    </w:p>
    <w:p>
      <w:r>
        <w:rPr>
          <w:b/>
        </w:rPr>
        <w:t xml:space="preserve">2. </w:t>
      </w:r>
      <w:r>
        <w:t>с перемещением потерпевшего через Государственную границу Российской Федерации или с незаконным удержанием его за границей</w:t>
      </w:r>
    </w:p>
    <w:p>
      <w:r>
        <w:rPr>
          <w:b/>
        </w:rPr>
        <w:t xml:space="preserve">2. </w:t>
      </w:r>
      <w:r>
        <w:t>группой лиц по предварительному сговору, - наказываются лишением свободы на срок до шести лет</w:t>
      </w:r>
    </w:p>
    <w:p>
      <w:r>
        <w:rPr>
          <w:b/>
        </w:rPr>
        <w:t>Статья 241. Организация занятия проституцией</w:t>
      </w:r>
    </w:p>
    <w:p>
      <w:r>
        <w:rPr>
          <w:b/>
        </w:rPr>
        <w:t xml:space="preserve">1. </w:t>
      </w:r>
      <w:r>
        <w:t>Деяния, направленные на организацию занятия проституцией другими лицами, а равно содержание притонов для занятия проституцией или систематическое предоставление помещений для занятия проституцией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ограничением свободы на срок до пяти лет, либо лишением свободы на тот же срок</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совершенные с использованием для занятия проституцией лиц, заведомо не достигших четырнадцатилетнего возраста, - наказываются лишением свободы на срок от трех до десяти лет.";</w:t>
      </w:r>
    </w:p>
    <w:p>
      <w:r>
        <w:rPr>
          <w:b/>
        </w:rPr>
        <w:t xml:space="preserve">2. </w:t>
      </w:r>
      <w:r>
        <w:t>Те же деяния, совершенные: а)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обязанным осуществлять надзор за несовершеннолетним; б) в отношении лица, заведомо не достигшего четырнадцатилетнего возраста; в) группой лиц по предварительному сговору или организованной группой, - наказываются лишением свободы на срок от трех до восьми лет.";</w:t>
      </w:r>
    </w:p>
    <w:p>
      <w:r>
        <w:rPr>
          <w:b/>
        </w:rPr>
        <w:t xml:space="preserve">2. </w:t>
      </w:r>
      <w:r>
        <w:t>Те же деяния, совершенные: а) с применением насилия или с угрозой его применения; б) лицом с использованием своего служебного положения; в) организованной группой,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пяти лет.";</w:t>
      </w:r>
    </w:p>
    <w:p>
      <w:r>
        <w:rPr>
          <w:b/>
        </w:rPr>
        <w:t xml:space="preserve">2. </w:t>
      </w:r>
      <w:r>
        <w:t>То же деяние, совершенное:</w:t>
      </w:r>
    </w:p>
    <w:p>
      <w:r>
        <w:rPr>
          <w:b/>
        </w:rPr>
        <w:t xml:space="preserve">2. </w:t>
      </w:r>
      <w:r>
        <w:t>лицом с использованием своего служебного положения</w:t>
      </w:r>
    </w:p>
    <w:p>
      <w:r>
        <w:rPr>
          <w:b/>
        </w:rPr>
        <w:t xml:space="preserve">2. </w:t>
      </w:r>
      <w:r>
        <w:t>с применением насилия или с угрозой его применения</w:t>
      </w:r>
    </w:p>
    <w:p>
      <w:r>
        <w:rPr>
          <w:b/>
        </w:rPr>
        <w:t xml:space="preserve">2. </w:t>
      </w:r>
      <w:r>
        <w:t>с использованием для занятия проституцией заведомо несовершеннолетних, - наказываются лишением свободы на срок до шести лет</w:t>
      </w:r>
    </w:p>
    <w:p>
      <w:r>
        <w:rPr>
          <w:b/>
        </w:rPr>
        <w:t xml:space="preserve">3. </w:t>
      </w:r>
      <w:r>
        <w:t>в статье 242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3. </w:t>
      </w:r>
      <w:r>
        <w:t>дополнить статьей 2421 следующего содержания: "Статья 2421. Изготовление и оборот материалов или предметов с порнографическими изображениями несовершеннолетних 1. Изготовление, хранение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материалов или предметов с порнографическими изображениями заведомо несовершеннолетних, а равно привлечение заведомо несовершеннолетних в качестве исполнителей для участия в зрелищных мероприятиях порнографического характера лицом, достигшим восемнадцатилетнего возраста, - наказываются лишением свободы на срок до шести лет</w:t>
      </w:r>
    </w:p>
    <w:p>
      <w:r>
        <w:rPr>
          <w:b/>
        </w:rPr>
        <w:t xml:space="preserve">2. </w:t>
      </w:r>
      <w:r>
        <w:t>в статье 243: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w:t>
      </w:r>
    </w:p>
    <w:p>
      <w:r>
        <w:rPr>
          <w:b/>
        </w:rPr>
        <w:t xml:space="preserve">2. </w:t>
      </w:r>
      <w:r>
        <w:t>в части первой статьи 244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2. </w:t>
      </w:r>
      <w:r>
        <w:t>в статье 245: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"либо неоднократно" исключить,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статью 246 после слова "наказывается" дополнить словами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от ста двадцати до двухсот сорока часов, либо исправительными работами на срок от одного года до двух лет, либо"</w:t>
      </w:r>
    </w:p>
    <w:p>
      <w:r>
        <w:rPr>
          <w:b/>
        </w:rPr>
        <w:t xml:space="preserve">2. </w:t>
      </w:r>
      <w:r>
        <w:t>в статье 247: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часть вторую после слова "наказываются"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w:t>
      </w:r>
    </w:p>
    <w:p>
      <w:r>
        <w:rPr>
          <w:b/>
        </w:rPr>
        <w:t xml:space="preserve">2. </w:t>
      </w:r>
      <w:r>
        <w:t>в статье 248: в части первой слова "лишением свободы на срок до трех лет" заменить словами "обязательными работами на срок до ста восьмидесяти часов, либо исправительными работами на срок до одного года, либо лишением свободы на срок до двух лет"; часть вторую после слова "наказывается" дополнить словами "обязательными работами на срок от ста восьмидесяти до двухсот сорока часов, либо исправительными работами на срок от шести месяцев до двух лет, либо", слова "от двух" исключить</w:t>
      </w:r>
    </w:p>
    <w:p>
      <w:r>
        <w:rPr>
          <w:b/>
        </w:rPr>
        <w:t xml:space="preserve">2. </w:t>
      </w:r>
      <w:r>
        <w:t>в статье 249: часть первую после слова "наказывается" дополнить словами "штрафом в размере до ста двадцати тысяч рублей или в размере заработной платы или иного дохода осужденного за период до одного года, либо", слова "лишением свободы на срок до трех лет" заменить словами "лишением свободы на срок до двух лет"; часть вторую после слова "наказывается" дополнить словами "штрафом в размере до ста двадцати тысяч рублей или в размере заработной платы или иного дохода осужденного за период до одного года, либо", слова ", либо лишением свободы на срок до двух лет" исключить</w:t>
      </w:r>
    </w:p>
    <w:p>
      <w:r>
        <w:rPr>
          <w:b/>
        </w:rPr>
        <w:t xml:space="preserve">2. </w:t>
      </w:r>
      <w:r>
        <w:t>в статье 250: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слово "трех" заменить словом "двух"; в части третьей слова "от двух" исключить</w:t>
      </w:r>
    </w:p>
    <w:p>
      <w:r>
        <w:rPr>
          <w:b/>
        </w:rPr>
        <w:t xml:space="preserve">2. </w:t>
      </w:r>
      <w:r>
        <w:t>в статье 251: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слово "трех" заменить словом "двух"; в части третьей слова "от двух" исключить</w:t>
      </w:r>
    </w:p>
    <w:p>
      <w:r>
        <w:rPr>
          <w:b/>
        </w:rPr>
        <w:t xml:space="preserve">2. </w:t>
      </w:r>
      <w:r>
        <w:t>в статье 252: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слово "трех" заменить словом "двух",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в части третьей слова "от двух" исключить</w:t>
      </w:r>
    </w:p>
    <w:p>
      <w:r>
        <w:rPr>
          <w:b/>
        </w:rPr>
        <w:t xml:space="preserve">2. </w:t>
      </w:r>
      <w:r>
        <w:t>в статье 253: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w:t>
      </w:r>
    </w:p>
    <w:p>
      <w:r>
        <w:rPr>
          <w:b/>
        </w:rPr>
        <w:t xml:space="preserve">2. </w:t>
      </w:r>
      <w:r>
        <w:t>в статье 254: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слово "трех" заменить словом "двух"; в части третьей слова "от двух" исключить</w:t>
      </w:r>
    </w:p>
    <w:p>
      <w:r>
        <w:rPr>
          <w:b/>
        </w:rPr>
        <w:t xml:space="preserve">2. </w:t>
      </w:r>
      <w:r>
        <w:t>в статье 255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256: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третьей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w:t>
      </w:r>
    </w:p>
    <w:p>
      <w:r>
        <w:rPr>
          <w:b/>
        </w:rPr>
        <w:t xml:space="preserve">2. </w:t>
      </w:r>
      <w:r>
        <w:t>в статье 257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258: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w:t>
      </w:r>
    </w:p>
    <w:p>
      <w:r>
        <w:rPr>
          <w:b/>
        </w:rPr>
        <w:t xml:space="preserve">2. </w:t>
      </w:r>
      <w:r>
        <w:t>в статье 260: в части первой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в части второй: пункт "б" признать утратившим силу;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третьей слова "от пятисот до одной тысячи минимальных размеров оплаты труда" заменить словами "от ста тысяч до пятисот тысяч рублей", слова "от пяти месяцев до одного года" заменить словами "от одного года до трех лет"; в примечании слова "в двадцать раз превышающий минимальный размер оплаты труда, установленный законодательством Российской Федерации на момент совершения преступления, крупным размером - в двести раз, особо крупным размером - в пятьсот раз" заменить словами "превышающий десять тысяч рублей, крупным размером - сто тысяч рублей, особо крупным размером - двести пятьдесят тысяч рублей"</w:t>
      </w:r>
    </w:p>
    <w:p>
      <w:r>
        <w:rPr>
          <w:b/>
        </w:rPr>
        <w:t xml:space="preserve">2. </w:t>
      </w:r>
      <w:r>
        <w:t>в статье 261: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абзац второй части второй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семи лет со штрафом в размере от десяти тысяч до ста тысяч рублей или в размере заработной платы или иного дохода осужденного за период от одного месяца до одного года либо без такового."</w:t>
      </w:r>
    </w:p>
    <w:p>
      <w:r>
        <w:rPr>
          <w:b/>
        </w:rPr>
        <w:t xml:space="preserve">2. </w:t>
      </w:r>
      <w:r>
        <w:t>в статье 262 слова "от ста до пятисот минимальных размеров оплаты труда" заменить словами "до двухсот тысяч рублей", слова "от одного до пяти" заменить словами "до восемнадцати"</w:t>
      </w:r>
    </w:p>
    <w:p>
      <w:r>
        <w:rPr>
          <w:b/>
        </w:rPr>
        <w:t xml:space="preserve">2. </w:t>
      </w:r>
      <w:r>
        <w:t>в статье 263: в части первой слова "или средней тяжести" и слова "либо причинение крупного ущерба" исключить; в части третьей слова "от четырех до десяти" заменить словами "до семи"</w:t>
      </w:r>
    </w:p>
    <w:p>
      <w:r>
        <w:rPr>
          <w:b/>
        </w:rPr>
        <w:t xml:space="preserve">2. </w:t>
      </w:r>
      <w:r>
        <w:t>в статье 264: в части первой слова "или средней тяжести" исключить; в части третьей слова "от четырех до десяти" заменить словами "до семи"</w:t>
      </w:r>
    </w:p>
    <w:p>
      <w:r>
        <w:rPr>
          <w:b/>
        </w:rPr>
        <w:t xml:space="preserve">2. </w:t>
      </w:r>
      <w:r>
        <w:t>статью 265 признать утратившей силу</w:t>
      </w:r>
    </w:p>
    <w:p>
      <w:r>
        <w:rPr>
          <w:b/>
        </w:rPr>
        <w:t xml:space="preserve">2. </w:t>
      </w:r>
      <w:r>
        <w:t>в статье 266: в части первой слова "или средней тяжести" и слова "либо причинение крупного ущерба" исключить, слова "от четырехсот до семисот минимальных размеров оплаты труда" заменить словами "от ста тысяч до трехсот тысяч рублей", слова "от четырех до семи месяцев" заменить словами "от одного года до двух лет"; в части третьей слова "от четырех до десяти" заменить словами "до семи"</w:t>
      </w:r>
    </w:p>
    <w:p>
      <w:r>
        <w:rPr>
          <w:b/>
        </w:rPr>
        <w:t xml:space="preserve">2. </w:t>
      </w:r>
      <w:r>
        <w:t>в части первой статьи 267 слова "или средней тяжести" исключить, слова "от четырехсот до семисот минимальных размеров оплаты труда" заменить словами "от ста тысяч до трехсот тысяч рублей", слова "от четырех до семи месяцев" заменить словами "от одного года до двух лет"</w:t>
      </w:r>
    </w:p>
    <w:p>
      <w:r>
        <w:rPr>
          <w:b/>
        </w:rPr>
        <w:t xml:space="preserve">2. </w:t>
      </w:r>
      <w:r>
        <w:t>в статье 268: в части первой слова "или средней тяжести" исключить; в части третьей слова "от четырех до восьми" заменить словами "до семи"</w:t>
      </w:r>
    </w:p>
    <w:p>
      <w:r>
        <w:rPr>
          <w:b/>
        </w:rPr>
        <w:t xml:space="preserve">2. </w:t>
      </w:r>
      <w:r>
        <w:t>в статье 269: в части первой слова "или средней тяжести" и слова "либо причинение крупного ущерба" исключить; в части третьей слова "от четырех до десяти" заменить словами "до семи"</w:t>
      </w:r>
    </w:p>
    <w:p>
      <w:r>
        <w:rPr>
          <w:b/>
        </w:rPr>
        <w:t xml:space="preserve">2. </w:t>
      </w:r>
      <w:r>
        <w:t>в статье 270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271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272: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в части первой статьи 273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275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2. </w:t>
      </w:r>
      <w:r>
        <w:t>в статье 280: в части первой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 в части второй слова "от трех" исключить</w:t>
      </w:r>
    </w:p>
    <w:p>
      <w:r>
        <w:rPr>
          <w:b/>
        </w:rPr>
        <w:t xml:space="preserve">2. </w:t>
      </w:r>
      <w:r>
        <w:t>статью 282 изложить в следующей редакции: "Статья 282. Возбуждение ненависти либо вражды, а равно унижение человеческого достоинства 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или с использованием средств массовой информации,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ста восьмидесяти часов, либо исправительными работами на срок до одного года, либо лишением свободы на срок до двух лет</w:t>
      </w:r>
    </w:p>
    <w:p>
      <w:r>
        <w:rPr>
          <w:b/>
        </w:rPr>
        <w:t xml:space="preserve">2. </w:t>
      </w:r>
      <w:r>
        <w:t>в статье 2821: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слова "от двух до четырех лет" заменить словами "до четырех лет"; в части второй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 в части третьей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w:t>
      </w:r>
    </w:p>
    <w:p>
      <w:r>
        <w:rPr>
          <w:b/>
        </w:rPr>
        <w:t xml:space="preserve">2. </w:t>
      </w:r>
      <w:r>
        <w:t>в статье 2822: в части первой слова "от четырехсот до семисот минимальных размеров оплаты труда" заменить словами "от ста тысяч до трехсот тысяч рублей", слова "от четырех до семи месяцев" заменить словами "от одного года до двух лет"; в части второй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w:t>
      </w:r>
    </w:p>
    <w:p>
      <w:r>
        <w:rPr>
          <w:b/>
        </w:rPr>
        <w:t xml:space="preserve">2. </w:t>
      </w:r>
      <w:r>
        <w:t>в статье 285: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дополнить статьями 2851 и 2852 следующего содержания: "Статья 2851. Нецелевое расходование бюджетных средств 1. Расходование бюджетных средств должностным лицом получателя бюджетных средств на цели, 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группой лиц по предварительному сговору</w:t>
      </w:r>
    </w:p>
    <w:p>
      <w:r>
        <w:rPr>
          <w:b/>
        </w:rPr>
        <w:t xml:space="preserve">2. </w:t>
      </w:r>
      <w:r>
        <w:t>в особо крупном размере,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Примечание. Крупным размером в настоящей статье, а также в статье 2852 настоящего Кодекса признается сумма бюджетных средств, превышающая один миллион пятьсот тысяч рублей, а особо крупным размером - семь миллионов пятьсот тысяч рублей</w:t>
      </w:r>
    </w:p>
    <w:p>
      <w:r>
        <w:rPr>
          <w:b/>
        </w:rPr>
        <w:t>Статья 285.2. Нецелевое расходование средств государственных внебюджетных фондов</w:t>
      </w:r>
    </w:p>
    <w:p>
      <w:r>
        <w:rPr>
          <w:b/>
        </w:rPr>
        <w:t xml:space="preserve">1. </w:t>
      </w:r>
      <w:r>
        <w:t>Расходование средств государственных внебюджетных фондов должностным лицом на цели, не соответствующие условиям, определенным законодательством Российской Федерации, регулирующим их деятельность, и бюджетам указанных фондов, совершенное в крупном размере,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То же деяние, совершенное: а) группой лиц по предварительному сговору; б) в особо крупном размере,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То же деяние, совершенное в целях провокации войны или осложнения международных отношений, - наказывается лишением свободы на срок от трех до семи лет."</w:t>
      </w:r>
    </w:p>
    <w:p>
      <w:r>
        <w:rPr>
          <w:b/>
        </w:rPr>
        <w:t xml:space="preserve">2. </w:t>
      </w:r>
      <w:r>
        <w:t>в статье 286: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в статье 287: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в статье 288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2. </w:t>
      </w:r>
      <w:r>
        <w:t>в статье 289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статье 290: в части первой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в части четвертой: пункт "б" признать утратившим силу; слова "с конфискацией имущества или без таковой" заменить словами "со штрафом в размере до одного миллиона рублей или в размере заработной платы или иного дохода осужденного за период до пяти лет либо без такового"; в примечании слова "триста минимальных размеров оплаты труда" заменить словами "сто пятьдесят тысяч рублей"</w:t>
      </w:r>
    </w:p>
    <w:p>
      <w:r>
        <w:rPr>
          <w:b/>
        </w:rPr>
        <w:t xml:space="preserve">2. </w:t>
      </w:r>
      <w:r>
        <w:t>в статье 291: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"или неоднократно" исключить,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w:t>
      </w:r>
    </w:p>
    <w:p>
      <w:r>
        <w:rPr>
          <w:b/>
        </w:rPr>
        <w:t xml:space="preserve">2. </w:t>
      </w:r>
      <w:r>
        <w:t>в статье 292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статье 293: в части первой слова "если это повлекло существенное нарушение прав и законных интересов граждан или организаций либо охраняемых законом интересов общества или государства" заменить словами "если это повлекло причинение крупного ущерба", слова "от ста до двухсот минимальных размеров оплаты труда" заменить словами "до ста двадцати тысяч рублей", слова "от одного до двух месяцев" заменить словами "до одного года"; в части второй слова "смерть человека или иные тяжкие последствия" заменить словами "причинение тяжкого вреда здоровью или смерть человека", дополнить словами "с лишением права занимать определенные должности или заниматься определенной деятельностью на срок до трех лет или без такового"; дополнить частью третьей и примечанием следующего содержания: "3. Деяние, предусмотренное частью первой настоящей статьи, повлекшее по неосторожности смерть двух или более лиц,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 Примечание. Крупным ущербом в настоящей статье признается ущерб, сумма которого превышает сто тысяч рублей."</w:t>
      </w:r>
    </w:p>
    <w:p>
      <w:r>
        <w:rPr>
          <w:b/>
        </w:rPr>
        <w:t xml:space="preserve">2. </w:t>
      </w:r>
      <w:r>
        <w:t>в статье 294: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третьей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w:t>
      </w:r>
    </w:p>
    <w:p>
      <w:r>
        <w:rPr>
          <w:b/>
        </w:rPr>
        <w:t xml:space="preserve">2. </w:t>
      </w:r>
      <w:r>
        <w:t>статью 295 после слова "эксперта" дополнить словом ", специалиста"</w:t>
      </w:r>
    </w:p>
    <w:p>
      <w:r>
        <w:rPr>
          <w:b/>
        </w:rPr>
        <w:t xml:space="preserve">2. </w:t>
      </w:r>
      <w:r>
        <w:t>в статье 296: в части первой слова "от пятисот до семисот минимальных размеров оплаты труда" заменить словами "от ста тысяч до трехсот тысяч рублей", слова "от пяти до семи месяцев" заменить словами "от одного года до двух лет"; часть вторую после слова "эксперта" дополнить словом ", специалиста",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297: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(Утратил силу - Федеральный закон от 07.12.2011 № 420-ФЗ) 219) в части первой статьи 302 слова "к даче заключения" заменить словами ", специалиста к даче заключения или показаний", после слов "производящего дознание," дополнить словами "а равно другого лица с ведома или молчаливого согласия следователя или лица, производящего дознание"</w:t>
      </w:r>
    </w:p>
    <w:p>
      <w:r>
        <w:rPr>
          <w:b/>
        </w:rPr>
        <w:t xml:space="preserve">2. </w:t>
      </w:r>
      <w:r>
        <w:t>в части первой статьи 303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w:t>
      </w:r>
    </w:p>
    <w:p>
      <w:r>
        <w:rPr>
          <w:b/>
        </w:rPr>
        <w:t xml:space="preserve">2. </w:t>
      </w:r>
      <w:r>
        <w:t>в статье 304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части первой статьи 305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w:t>
      </w:r>
    </w:p>
    <w:p>
      <w:r>
        <w:rPr>
          <w:b/>
        </w:rPr>
        <w:t xml:space="preserve">2. </w:t>
      </w:r>
      <w:r>
        <w:t>в статье 306: в части первой слова "от ста до двухсот минимальных размеров оплаты труда" заменить словами "до ста двадцати тысяч рублей", слова "от одного до двух месяцев" заменить словами "до одного года"; в части второй: слова "либо с искусственным созданием доказательств обвинения" исключить; абзац второй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 дополнить частью третьей следующего содержания: "3. Деяния, предусмотренные частями первой или второй настоящей статьи, соединенные с искусственным созданием доказательств обвинения, - наказываются лишением свободы на срок до шести лет."</w:t>
      </w:r>
    </w:p>
    <w:p>
      <w:r>
        <w:rPr>
          <w:b/>
        </w:rPr>
        <w:t xml:space="preserve">2. </w:t>
      </w:r>
      <w:r>
        <w:t>в статье 307: наименование после слова "эксперта" дополнить словом ", специалиста"; в части первой слова "заключение эксперта" заменить словами "заключение или показание эксперта, показание специалиста",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примечание после слова "эксперт" дополнить словом ", специалист"</w:t>
      </w:r>
    </w:p>
    <w:p>
      <w:r>
        <w:rPr>
          <w:b/>
        </w:rPr>
        <w:t xml:space="preserve">2. </w:t>
      </w:r>
      <w:r>
        <w:t>в статье 308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2. </w:t>
      </w:r>
      <w:r>
        <w:t>в статье 309: в части первой слова "в целях дачи им" заменить словами ", специалиста в целях дачи ими",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часть вторую после слова "эксперта" дополнить словом ", специалиста",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310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части первой статьи 311 слова "от двухсот до четырехсот минимальных размеров оплаты труда" заменить словами "до двухсот тысяч рублей", слова "от двух до четырех месяцев" заменить словами "до восемнадцати месяцев"</w:t>
      </w:r>
    </w:p>
    <w:p>
      <w:r>
        <w:rPr>
          <w:b/>
        </w:rPr>
        <w:t xml:space="preserve">2. </w:t>
      </w:r>
      <w:r>
        <w:t>в статье 312: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w:t>
      </w:r>
    </w:p>
    <w:p>
      <w:r>
        <w:rPr>
          <w:b/>
        </w:rPr>
        <w:t xml:space="preserve">2. </w:t>
      </w:r>
      <w:r>
        <w:t>в статье 313: часть вторую изложить в следующей редакции: "2. То же деяние, совершенное группой лиц по предварительному сговору или организованной группой, - наказывается лишением свободы на срок до пяти лет."; дополнить частью третьей следующего содержания: "3. Деяния, предусмотренные частями первой или второй настоящей статьи, совершенные с применением насилия, опасного для жизни или здоровья, либо с угрозой применения такого насилия, а равно с применением оружия или предметов, используемых в качестве оружия, - наказываются лишением свободы на срок до восьми лет."</w:t>
      </w:r>
    </w:p>
    <w:p>
      <w:r>
        <w:rPr>
          <w:b/>
        </w:rPr>
        <w:t xml:space="preserve">2. </w:t>
      </w:r>
      <w:r>
        <w:t>в статье 315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w:t>
      </w:r>
    </w:p>
    <w:p>
      <w:r>
        <w:rPr>
          <w:b/>
        </w:rPr>
        <w:t xml:space="preserve">2. </w:t>
      </w:r>
      <w:r>
        <w:t>в статье 316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части первой статьи 318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319 слова "от пятидесяти до ста минимальных размеров оплаты труда" заменить словами "до сорока тысяч рублей", слова "до одного месяца" заменить словами "до трех месяцев"</w:t>
      </w:r>
    </w:p>
    <w:p>
      <w:r>
        <w:rPr>
          <w:b/>
        </w:rPr>
        <w:t xml:space="preserve">2. </w:t>
      </w:r>
      <w:r>
        <w:t>в части первой статьи 320 слова "от двухсот до четырехсот минимальных размеров оплаты труда" заменить словами "до двухсот тысяч рублей", слова "от двух до четырех" заменить словами "до восемнадцати"</w:t>
      </w:r>
    </w:p>
    <w:p>
      <w:r>
        <w:rPr>
          <w:b/>
        </w:rPr>
        <w:t xml:space="preserve">2. </w:t>
      </w:r>
      <w:r>
        <w:t>в части второй статьи 321 слова "от двух" исключить</w:t>
      </w:r>
    </w:p>
    <w:p>
      <w:r>
        <w:rPr>
          <w:b/>
        </w:rPr>
        <w:t xml:space="preserve">2. </w:t>
      </w:r>
      <w:r>
        <w:t>в части первой статьи 322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части второй статьи 323 слова "совершенные неоднократно или" исключить</w:t>
      </w:r>
    </w:p>
    <w:p>
      <w:r>
        <w:rPr>
          <w:b/>
        </w:rPr>
        <w:t xml:space="preserve">2. </w:t>
      </w:r>
      <w:r>
        <w:t>в статье 324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статье 325: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третьей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w:t>
      </w:r>
    </w:p>
    <w:p>
      <w:r>
        <w:rPr>
          <w:b/>
        </w:rPr>
        <w:t xml:space="preserve">2. </w:t>
      </w:r>
      <w:r>
        <w:t>в статье 326: в части первой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 в части второй слова "неоднократно либо" исключить</w:t>
      </w:r>
    </w:p>
    <w:p>
      <w:r>
        <w:rPr>
          <w:b/>
        </w:rPr>
        <w:t xml:space="preserve">2. </w:t>
      </w:r>
      <w:r>
        <w:t>в статье 327: в части второй слово "неоднократно" заменить словами "с целью скрыть другое преступление или облегчить его совершение"; в части третьей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статье 3271: в части первой слова "от трехсот до семисот минимальных размеров оплаты труда" заменить словами "от ста тысяч до трехсот тысяч рублей", слова "от трех до семи месяцев" заменить словами "от одного года до двух лет"; в части второй слова "от пятисот до одной тысячи минимальных размеров оплаты труда" заменить словами "от ста тысяч до пятисот тысяч рублей", слова "от пяти месяцев до одного года" заменить словами "от одного года до трех лет"</w:t>
      </w:r>
    </w:p>
    <w:p>
      <w:r>
        <w:rPr>
          <w:b/>
        </w:rPr>
        <w:t xml:space="preserve">2. </w:t>
      </w:r>
      <w:r>
        <w:t>в статье 328: в части первой слова "от двухсот до пятисот минимальных размеров оплаты труда" заменить словами "до двухсот тысяч рублей", слова "от двух до пяти" заменить словами "до восемнадцати"; в части второй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части первой статьи 330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пункт "а" части второй статьи 335 признать утратившим силу</w:t>
      </w:r>
    </w:p>
    <w:p>
      <w:r>
        <w:rPr>
          <w:b/>
        </w:rPr>
        <w:t xml:space="preserve">2. </w:t>
      </w:r>
      <w:r>
        <w:t>в части второй статьи 343 слова "от двух" исключить</w:t>
      </w:r>
    </w:p>
    <w:p>
      <w:r>
        <w:rPr>
          <w:b/>
        </w:rPr>
        <w:t xml:space="preserve">2. </w:t>
      </w:r>
      <w:r>
        <w:t>в части первой статьи 346 слова "до двухсот минимальных размеров оплаты труда" заменить словами "до восьмидесяти тысяч рублей", слова "до двух месяцев" заменить словами "до шести месяцев"</w:t>
      </w:r>
    </w:p>
    <w:p>
      <w:r>
        <w:rPr>
          <w:b/>
        </w:rPr>
        <w:t xml:space="preserve">2. </w:t>
      </w:r>
      <w:r>
        <w:t>в статье 347 слова "до пятисот минимальных размеров оплаты труда" заменить словами "до двухсот тысяч рублей", слово "пяти" заменить словом "восемнадцати"</w:t>
      </w:r>
    </w:p>
    <w:p>
      <w:r>
        <w:rPr>
          <w:b/>
        </w:rPr>
        <w:t xml:space="preserve">2. </w:t>
      </w:r>
      <w:r>
        <w:t>в статье 348 слова "от ста до двухсот минимальных размеров оплаты труда" заменить словами "до восьмидесяти тысяч рублей", слова "от одного до двух" заменить словами "до шести"</w:t>
      </w:r>
    </w:p>
    <w:p>
      <w:r>
        <w:rPr>
          <w:b/>
        </w:rPr>
        <w:t xml:space="preserve">2. </w:t>
      </w:r>
      <w:r>
        <w:t>в статье 350: в части второй слова "от двух" исключить; в части третьей слова "от четырех до десяти" заменить словами "до семи"</w:t>
      </w:r>
    </w:p>
    <w:p>
      <w:r>
        <w:rPr>
          <w:b/>
        </w:rPr>
        <w:t xml:space="preserve">2. </w:t>
      </w:r>
      <w:r>
        <w:t>в статье 351 слова "от трех до десяти" заменить словами "до семи"</w:t>
      </w:r>
    </w:p>
    <w:p>
      <w:r>
        <w:rPr>
          <w:b/>
        </w:rPr>
        <w:t xml:space="preserve">2. </w:t>
      </w:r>
      <w:r>
        <w:t>в статье 352 слова "от трех до десяти" заменить словами "до семи"</w:t>
      </w:r>
    </w:p>
    <w:p>
      <w:r>
        <w:rPr>
          <w:b/>
        </w:rPr>
        <w:t xml:space="preserve">2. </w:t>
      </w:r>
      <w:r>
        <w:t>в статье 354: в части первой слова "от пятисот до семисот минимальных размеров оплаты труда" заменить словами "до трехсот тысяч рублей", слова "от пяти до семи месяцев" заменить словами "до двух лет"; в части второй слова "от семисот до одной тысячи минимальных размеров оплаты труда" заменить словами "от ста тысяч до пятисот тысяч рублей", слова "от семи месяцев до одного года" заменить словами "от одного года до трех лет", слова "от двух" исключить</w:t>
      </w:r>
    </w:p>
    <w:p>
      <w:r>
        <w:rPr>
          <w:b/>
        </w:rPr>
        <w:t xml:space="preserve">2. </w:t>
      </w:r>
      <w:r>
        <w:t>статью 357 после слов "или религиозной группы" дополнить словами "как таковой"</w:t>
      </w:r>
    </w:p>
    <w:p>
      <w:r>
        <w:rPr>
          <w:b/>
        </w:rPr>
        <w:t xml:space="preserve">2. </w:t>
      </w:r>
      <w:r>
        <w:t>в части второй статьи 359 слова "с конфискацией имущества или без таковой" заменить словами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2. </w:t>
      </w:r>
      <w:r>
        <w:t>статью 360 изложить в следующей редакции: "Статья 360. Нападение на лиц или учреждения, которые пользуются международной защитой 1. Нападение на представителя иностранного государства или сотрудника международной организации, пользующегося международной защитой, а равно на служебные или жилые помещения либо транспортные средства лиц, пользующихся международной защитой, - наказывается лишением свободы на срок до пяти лет</w:t>
      </w:r>
    </w:p>
    <w:p>
      <w:r>
        <w:rPr>
          <w:b/>
        </w:rPr>
        <w:t>Статья 2</w:t>
      </w:r>
    </w:p>
    <w:p>
      <w:r>
        <w:t>Признать утратившими силу</w:t>
      </w:r>
    </w:p>
    <w:p>
      <w:r>
        <w:t>пункты 6 и 7, абзацы седьмой и восьмой пункта 9 статьи 1 Федерального закона от 25 июня 1998 года № 92-ФЗ "О внесении изменений и дополнений в Уголовный кодекс Российской Федерации" (Собрание законодательства Российской Федерации, 1998, № 26, ст. 3012)</w:t>
      </w:r>
    </w:p>
    <w:p>
      <w:r>
        <w:t>абзац четвертый пункта 2 статьи 1 Федерального закона от 9 февраля 1999 года № 24-ФЗ "О внесении изменений и дополнения в статью 126 Уголовного кодекса Российской Федерации" (Собрание законодательства Российской Федерации, 1999, № 7, ст. 871)</w:t>
      </w:r>
    </w:p>
    <w:p>
      <w:r>
        <w:t>абзац девятый статьи 1 Федерального закона от 9 июля 1999 года № 157-ФЗ "О внесении изменений и дополнений в статью 238 Уголовного кодекса Российской Федерации" (Собрание законодательства Российской Федерации, 1999, № 28, ст. 3490)</w:t>
      </w:r>
    </w:p>
    <w:p>
      <w:r>
        <w:t>абзацы восьмой и одиннадцатый статьи 1 Федерального закона от 9 июля 1999 года № 158-ФЗ "О внесении дополнений в Уголовный кодекс Российской Федерации и дополнений и изменения в статью 126 Уголовно-процессуального кодекса РСФСР" (Собрание законодательства Российской Федерации, 1999, № 28, ст. 3491)</w:t>
      </w:r>
    </w:p>
    <w:p>
      <w:r>
        <w:t>абзац седьмой статьи 1 Федерального закона от 19 июня 2001 года № 83-ФЗ "О внесении изменения и дополнений в Уголовный кодекс Российской Федерации и Уголовно-процессуальный кодекс РСФСР" (Собрание законодательства Российской Федерации, 2001, № 26, ст. 2587)</w:t>
      </w:r>
    </w:p>
    <w:p>
      <w:r>
        <w:t>абзац пятый статьи 1 Федерального закона от 29 декабря 2001 года № 192-ФЗ "О внесении изменений и дополнения в Уголовный кодекс Российской Федерации и Уголовно-процессуальный кодекс РСФСР" (Собрание законодательства Российской Федерации, 2001, № 53, ст. 5028)</w:t>
      </w:r>
    </w:p>
    <w:p>
      <w:r>
        <w:t>абзац восьмой статьи 1 Федерального закона от 8 апреля 2003 года № 45-ФЗ "О внесении изменения в статью 146 Уголовного кодекса Российской Федерации" (Собрание законодательства Российской Федерации, 2003, № 15, ст. 1304)</w:t>
      </w:r>
    </w:p>
    <w:p>
      <w:r>
        <w:rPr>
          <w:b/>
        </w:rPr>
        <w:t>Статья 3</w:t>
      </w:r>
    </w:p>
    <w:p>
      <w:r>
        <w:t>Поручить Правительству Российской Федерации в трехмесячный срок со дня вступления в силу настоящего Федерального закона утвердить предусмотренные: (Абзац утратил силу - Федеральный закон от 05.01.2006 № 11-ФЗ); статьей 231 Уголовного кодекса Российской Федерации в редакции настоящего Федерального закона размеры запрещенных к возделыванию растений, содержащих наркотические вещества.</w:t>
      </w:r>
    </w:p>
    <w:p>
      <w:r>
        <w:rPr>
          <w:b/>
        </w:rPr>
        <w:t>Статья 4</w:t>
      </w:r>
    </w:p>
    <w:p>
      <w:r>
        <w:rPr>
          <w:b/>
        </w:rPr>
        <w:t xml:space="preserve">1. </w:t>
      </w:r>
      <w:r>
        <w:t>Назначенное наказание в виде штрафа в размере минимального размера оплаты труда, не исполненное до введения в действие настоящего Федерального закона, взыскивается в размерах, установленных приговором суда, вступившим в законную силу</w:t>
      </w:r>
    </w:p>
    <w:p>
      <w:r>
        <w:rPr>
          <w:b/>
        </w:rPr>
        <w:t xml:space="preserve">2. </w:t>
      </w:r>
      <w:r>
        <w:t>Штраф, назначенный осужденному в качестве основного наказания, от уплаты которого он злостно уклоняется, с момента вступления в силу настоящего Федерального закона заменяется по правилам, установленным частью пятой статьи 46 Уголовного кодекса Российской Федерации в редакции настоящего Федерального закона</w:t>
      </w:r>
    </w:p>
    <w:p>
      <w:r>
        <w:rPr>
          <w:b/>
        </w:rPr>
        <w:t xml:space="preserve">3. </w:t>
      </w:r>
      <w:r>
        <w:t>Все другие вопросы, подлежащие рассмотрению при исполнении приговора, разрешаются судами в соответствии с требованиями, установленными статьями 396 и 397 Уголовно-процессуального кодекса Российской Федерации</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пунктов 154, 155, 158 статьи 1 настоящего Федерального закона</w:t>
      </w:r>
    </w:p>
    <w:p>
      <w:r>
        <w:rPr>
          <w:b/>
        </w:rPr>
        <w:t xml:space="preserve">2. </w:t>
      </w:r>
      <w:r>
        <w:t>Пункты 154, 155, 158 статьи 1 настоящего Федерального закона вступают в силу через пять месяцев со дня его официального опубликования. (В редакции Федерального закона от 11.03.2004 № 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