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государствами - членами Шанхайской организации сотрудничества о Региональной антитеррористической структуре</w:t>
      </w:r>
    </w:p>
    <w:p>
      <w:r>
        <w:rPr>
          <w:b/>
        </w:rPr>
        <w:t>Статья None. Федеральный закон   от 05.03.2004 № 7-ФЗ</w:t>
      </w:r>
    </w:p>
    <w:p>
      <w:r>
        <w:t>О ратификации Соглашения между государствами - членами Шанхайской организации сотрудничества о Региональной антитеррористической структуре РОССИЙСКАЯ ФЕДЕРАЦИЯ ФЕДЕРАЛЬНЫЙ ЗАКОН О ратификации Соглашения между государствами - членами Шанхайской организации сотрудничества о Региональной антитеррористической структуре Принят Государственной Думой 18 февраля 2004 года Одобрен Советом Федерации 25 февраля 2004 года Ратифицировать Соглашение между государствами - членами Шанхайской организации сотрудничества о Региональной антитеррористической структуре, подписанное в городе Санкт-Петербурге 7 июня 2002 года. Президент Российской Федерации В.Путин Москва, Кремль 5 марта 2004 года № 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