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Литовской Республики о поощрении и взаимной защите капиталовложений</w:t>
      </w:r>
    </w:p>
    <w:p>
      <w:r>
        <w:rPr>
          <w:b/>
        </w:rPr>
        <w:t>Статья None. Федеральный закон   от 26.04.2004 № 30-ФЗ</w:t>
      </w:r>
    </w:p>
    <w:p>
      <w:r>
        <w:t>О ратификации Соглашения между Правительством Российской Федерации и Правительством Литовской Республики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Литовской Республики о поощрении и взаимной защите капиталовложений Принят Государственной Думой 24 марта 2004 года Одобрен Советом Федерации 14 апреля 2004 года Ратифицировать Соглашение между Правительством Российской Федерации и Правительством Литовской Республики о поощрении и взаимной защите капиталовложений, подписанное в городе Москве 29 июня 1999 года. Президент Российской Федерации В.Путин Москва, Кремль 26 апреля 2004 года № 30-ФЗ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