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Итальянской Республики о сотрудничестве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   от 22.05.2004 № 40-ФЗ</w:t>
      </w:r>
    </w:p>
    <w:p>
      <w:r>
        <w:t>О ратификации Соглашения между Правительством Российской Федерации и Правительством Итальянской Республики о сотрудничестве в исследовании и использовании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Итальянской Республики о сотрудничестве в исследовании и использовании космического пространства в мирных целях Принят Государственной Думой 28 апреля 2004 года Одобрен Советом Федерации 12 мая 2004 года Ратифицировать Соглашение между Правительством Российской Федерации и Правительством Итальянской Республики о сотрудничестве в исследовании и использовании космического пространства в мирных целях, подписанное в городе Москве 28 ноября 2000 года. Президент Российской Федерации В.Путин Москва, Кремль 22 мая 2004 года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