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бюджетной классификации Российской Федерации"</w:t>
      </w:r>
    </w:p>
    <w:p>
      <w:r>
        <w:rPr>
          <w:b/>
        </w:rPr>
        <w:t>Статья 1</w:t>
      </w:r>
    </w:p>
    <w:p>
      <w:r>
        <w:t>Внести в Федеральный закон от 15 августа 1996 года N 115-ФЗ "О бюджетной классификации Российской Федерации" (в редакции Федерального закона от 5 августа 2000 года N 115-ФЗ) (Собрание законодательства Российской Федерации, 1996, N 34, ст. 4030; 2000, N 32, ст. 3338; 2001, N 33, ст. 3437; 2002, N 19, ст. 1796; 2003, N 19, ст. 1751) следующие изменения</w:t>
      </w:r>
    </w:p>
    <w:p>
      <w:r>
        <w:t>часть третью статьи 12 изложить в следующей редакции: "Правительство Российской Федерации вправе в ходе исполнения федерального бюджета вносить изменения в классификацию доходов бюджетов Российской Федерации, функциональную классификацию расходов бюджетов Российской Федерации и экономическую классификацию расходов бюджетов Российской Федерации в порядке, установленном федеральным законом о федеральном бюджете на соответствующий финансовый год."</w:t>
      </w:r>
    </w:p>
    <w:p>
      <w:r>
        <w:t>приложение 2 "Классификация доходов бюджетов Российской Федерации" изложить в следующей редакции: "Приложение 2 к Федеральному закону "О бюджетной классификации Российской Федерации" (в редакции Федерального закона "О внесении изменений в Федеральный закон "О бюджетной классификации Российской Федерации") КЛАССИФИКАЦИЯ ДОХОДОВ БЮДЖЕТОВ РОССИЙСКОЙ ФЕДЕРАЦИИ ------------------------------------------------------------------- Код |Наименование групп, подгрупп, статей и подстатей доходов ------------------------------------------------------------------- 1000000 НАЛОГОВЫЕ ДОХОДЫ 1010000 НАЛОГИ НА ПРИБЫЛЬ 1010100 Налог на прибыль организаций 1010101 Налог на прибыль организаций, зачисляемый в федеральный бюджет 1010102 Налог на прибыль организаций, зачисляемый в бюджеты субъектов Российской Федерации 1010103 Налог на прибыль организаций с доходов иностранных организаций, не связанных с деятельностью в Российской Федерации через постоянное представительство, за исключением доходов, полученных в виде дивидендов и процентов по государственным и муниципальным ценным бумагам 1010105 Налог на прибыль организаций с доходов, полученных в виде дивидендов от российских организаций российскими организациями 1010107 Налог на прибыль организаций с доходов, полученных в виде дивидендов от российских организаций иностранными организациями и от иностранных организаций российскими организациями 1010108 Налог на прибыль организаций с доходов, полученных в виде процентов по государственным и муниципальным ценным бумагам 1010110 Налог на прибыль организаций, зачисляемый в местные бюджеты 1010200 Налог на доходы физических лиц 1010201 Налог на доходы физических лиц, полученные в виде дивидендов от долевого участия в деятельности организаций 1010202 Налог на доходы физических лиц, за исключением доходов, полученных в виде дивидендов, выигрышей и призов в целях рекламы, материальной выгоды по заемным средствам и процентным доходам по вкладам в банках, доходов, полученных физическими лицами, не являющимися налоговыми резидентами Российской Федерации, а также лиц, зарегистрированных в качестве индивидуальных предпринимателей 1010203 Налог на доходы физических лиц, не являющихся налоговыми резидентами Российской Федерации 1010204 Налог на доходы физических лиц, полученные в виде выигрышей и призов в целях рекламы, материальной выгоды по заемным средствам и процентным доходам по вкладам в банках 1010205 Налог на доходы физических лиц, зарегистрированных в качестве индивидуальных предпринимателей 1010400 Налог на игорный бизнес 1010401 Налог на игорный бизнес, зачисляемый в федеральный бюджет (в части сумм по расчетам за 2003 год и погашения задолженности прошлых лет) 1010402 Налог на игорный бизнес, зачисляемый в бюджеты субъектов Российской Федерации 1010500 Единый социальный налог 1010510 Единый социальный налог, зачисляемый в федеральный бюджет 1010520 Единый социальный налог, зачисляемый в Фонд социального страхования Российской Федерации 1010530 Единый социальный налог, зачисляемый в Федеральный фонд обязательного медицинского страхования 1010540 Единый социальный налог, зачисляемый в территориальные фонды обязательного медицинского страхования 1010600 Страховые взносы на обязательное пенсионное страхование в Российской Федерации, зачисляемые в Пенсионный фонд Российской Федерации 1010610 Страховые взносы на обязательное пенсионное страхование, направляемые на выплату страховой части трудовой пенсии 1010611 Страховые взносы в виде фиксированного платежа, зачисляемые в Пенсионный фонд Российской Федерации на выплату страховой части трудовой пенсии 1010620 Страховые взносы на обязательное пенсионное страхование, направляемые на выплату накопительной части трудовой пенсии 1010621 Страховые взносы в виде фиксированного платежа, зачисляемые в Пенсионный фонд Российской Федерации на выплату накопительной части трудовой пенсии 1020000 НАЛОГИ НА ТОВАРЫ И УСЛУГИ. ЛИЦЕНЗИОННЫЕ И РЕГИСТРАЦИОННЫЕ СБОРЫ 1020100 Налог на добавленную стоимость 1020101 Налог на добавленную стоимость на товары, производимые на территории Российской Федерации 1020111 В том числе возмещение налога на добавленную стоимость, уплаченного поставщикам товаров (работ, услуг), используемых при осуществлении операций, облагаемых по налоговой ставке 0 процентов 1020102 Налог на добавленную стоимость на товары, ввозимые на территорию Российской Федерации 1020200 Акцизы по подакцизным товарам (продукции) и отдельным видам минерального сырья, производимым на территории Российской Федерации 1020201 Этиловый спирт из пищевого сырья, в том числе этиловый спирт-сырец из пищевого сырья 1020202 Этиловый спирт из всех видов сырья, за исключением пищевого, в том числе этиловый спирт-сырец из всех видов сырья, за исключением пищевого 1020203 Спиртосодержащая продукция 1020204 Табачные изделия 1020205 Ювелирные изделия (в части погашения задолженности прошлых лет) 1020206 Бензин автомобильный 1020207 Бензин автомобильный, дизельное топливо, масло для дизельных и (или) карбюраторных (инжекторных) двигателей (в части погашения задолженности прошлых лет, образовавшейся до 1 января 2003 года) 1020208 Легковые автомобили и мотоциклы 1020209Природный газ (в части сумм по расчетам за 2003 год и погашения задолженности прошлых лет) 1020210 Нефть и стабильный газовый конденсат (в части погашения задолженности прошлых лет) 1020211 Дизельное топливо 1020212 Доходы от уплаты акцизов на дизельное топливо, подлежащие распределению в консолидированные бюджеты субъектов Российской Федерации и бюджеты закрытых административно-территориальных образований, направляемые на финансирование дорожного хозяйства 1020213 Масло для дизельных и (или) карбюраторных (инжекторных) двигателей 1020214 Доходы от уплаты акцизов на масло для дизельных и (или) карбюраторных (инжекторных) двигателей, подлежащие распределению в консолидированные бюджеты субъектов Российской Федерации и бюджеты закрытых административно-территориальных образований, направляемые на финансирование дорожного хозяйства 1020215 Вина 1020217 Пиво 1020220 Алкогольная продукция с объемной долей этилового спирта свыше 25 процентов (за исключением вин) 1020221 При реализации производителями, за исключением реализации на акцизные склады 1020222 При реализации производителями на акцизные склады 1020223 При реализации с акцизных складов 1020230 Алкогольная продукция с объемной долей этилового спирта свыше 9 до 25 процентов включительно (за исключением вин) 1020231 При реализации производителями, за исключением реализации на акцизные склады 1020232 При реализации производителями на акцизные склады 1020233 При реализации с акцизных складов 1020240 Алкогольная продукция с объемной долей этилового спирта до 9 процентов включительно (за исключением вин) 1020250 Алкогольная продукция с объемной долей этилового спирта свыше 9 процентов (за исключением вин) в части сумм по расчетам за 2003 год 1020251 При реализации производителями, за исключением реализации на акцизные склады 1020252 При реализации производителями на активные склады 1020253 При реализации с акцизных складов 1020260 Прочие товары (сырье) 1020300 Акцизы по подакцизным товарам и продукции, ввозимым на территорию Российской Федерации 1020301 Этиловый спирт из всех видов сырья 1020303 Спиртосодержащая продукция 1020304 Табачные изделия 1020306 Бензин автомобильный 1020308 Легковые автомобили и мотоциклы 1020311 Дизельное топливо 1020313 Масло для дизельных и (или) карбюраторных (инжекторных) двигателей 1020315 Вина 1020317 Пиво 1020320 Алкогольная продукция 1020321 Алкогольная продукция с объемной долей этилового спирта свыше 25 процентов (за исключением вин) 1020322 Алкогольная продукция с объемной долей этилового спирта свыше 9 до 25 процентов включительно (за исключением вин) 1020323 Алкогольная продукция с объемной долей этилового спирта до 9 процентов включительно (за исключением вин) 1020330 Доходы от уплаты акцизов на бензин автомобильный, производимый на территории Российской Федерации, подлежащие распределению в консолидированные бюджеты субъектов Российской Федерации и бюджеты закрытых административно-территориальных образований, направляемые на финансирование дорожного хозяйства 1020340 Прочие товары (сырье) 1020400 Лицензионные и регистрационные сборы 1020410 Лицензионный сбор за право на производство и оборот этилового спирта, спиртосодержащей и алкогольной продукции 1020411 Лицензионный сбор за право на производство и оборот этилового спирта, спиртосодержащей и алкогольной продукции, зачисляемый в федеральный бюджет 1020412 Лицензионный сбор за право на производство и оборот этилового спирта, спиртосодержащей и алкогольной продукции, зачисляемый в бюджеты субъектов Российской Федерации 1020413 Лицензионный сбор за право на производство и оборот этилового спирта, спиртосодержащей и алкогольной продукции, зачисляемый в местные бюджеты 1020430 Прочие лицензионные и регистрационные сборы 1020431 Прочие лицензионные и регистрационные сборы, зачисляемые в федеральный бюджет 1020432 Прочие лицензионные и регистрационные сборы, зачисляемые в бюджеты субъектов Российской Федерации 1020433 Прочие лицензионные и регистрационные сборы, зачисляемые в местные бюджеты 1020600 Налог на покупку иностранных денежных знаков и платежных документов, выраженных в иностранной валюте (в части погашения задолженности прошлых лет) 1020700 Налог с продаж (в части сумм по расчетам за 2003 год и погашения задолженности прошлых лет) 1024000 Прочие налоги и сборы на товары и услуги 1024010 Прочие налоги и сборы на товары и услуги, зачисляемые в федеральный бюджет 1024020 Прочие налоги и сборы на товары и услуги, зачисляемые в бюджеты субъектов Российской Федерации 1024030 Прочие налоги и сборы на товары и услуги, зачисляемые в местные бюджеты 1030000 НАЛОГИ НА СОВОКУПНЫЙ ДОХОД 1030100 Единый налог, взимаемый в связи с применением упрощенной системы налогообложения 1030110 Единый налог, распределяемый по уровням бюджетной системы Российской Федерации 1030120 Единый минимальный налог, зачисляемый в бюджеты государственных внебюджетных фондов 1030200 Единый налог на вмененный доход для отдельных видов деятельности 1030300 Единый сельскохозяйственный налог 1030310 Единый сельскохозяйственный налог, уплачиваемый организациями 1030320 Единый сельскохозяйственный налог, уплачиваемый крестьянскими (фермерскими) хозяйствами и индивидуальными предпринимателями 1040000 НАЛОГИ НА ИМУЩЕСТВО 1040100 Налог на имущество физических лиц 1040200 Налог на имущество организаций 1040210 Налог на имущество организаций, за исключением имущества организаций, входящих в Единую систему газоснабжения 1040220 Налог на имущество организаций, входящих в Единую систему газоснабжения 1040300 Налог с имущества, переходящего в порядке наследования или дарения 1040400 Налог на операции с ценными бумагами 1040500 Налог на недвижимость, зачисляемый в доход бюджетов городов Великий Новгород и Тверь 1040600 Налог на имущество предприятий (в части сумм, зачисляемых по расчетам за 2003 год, и погашения задолженности прошлых лет) 1050000 ПЛАТЕЖИ ЗА ПОЛЬЗОВАНИЕ ПРИРОДНЫМИ РЕСУРСАМИ 1050100 Платежи за пользование недрами (в части погашения задолженности прошлых лет) 1050110 Платежи за проведение поисковых и разведочных работ 1050120 Платежи за добычу полезных ископаемых 1050121 Платежи за добычу общераспространенных полезных ископаемых 1050123 Платежи за добычу углеводородного сырья 1050124 Платежи за добычу подземных вод 1050125 Платежи за добычу полезных ископаемых из уникальных месторождений и групп месторождений федерального значения 1050126 Платежи за добычу других полезных ископаемых 1050130 Платежи за пользование недрами в целях, не связанных с добычей полезных ископаемых 1050140 Платежи за пользование недрами территориального моря Российской Федерации 1050150 Платежи за пользование недрами континентального шельфа Российской Федерации 1050160 Платежи за пользование недрами при реализации соглашений о разделе продукции 1050161 Разовые платежи (бонусы), регулярные платежи (роялти) 1050162 Ежегодные платежи за проведение поисковых и разведочных работ (ренталс) и платежи за договорную акваторию и участки морского дна 1050200 Платежи за пользование континентальным шельфом Российской Федерации 1050201 Платежи за пользование минеральными ресурсами 1050202 Плата за пользование живыми ресурсами 1050300 Налог на добычу полезных ископаемых 1050310 Налог на добычу полезных ископаемых в виде углеводородного сырья 1050311 Нефть 1050312 Газ горючий природный из всех видов месторождений углеводородного сырья 1050313 Газовый конденсат из всех видов месторождений углеводородного сырья 1050320 Налог на добычу общераспространенных полезных ископаемых 1050340 Налог на добычу прочих полезных ископаемых 1050350 Налог на добычу полезных ископаемых на континентальном шельфе Российской Федерации, в исключительной экономической зоне Российской Федерации, при добыче полезных ископаемых из недр за пределами территории Российской Федерации 1050360 Регулярные платежи за добычу полезных ископаемых (роялти) при исполнении соглашений о разделе продукции 1050400 Платежи за пользование лесным фондом в части минимальных ставок платы за древесину, отпускаемую на корню, зачисляемые в федеральный бюджет 1050401 Лесные подати в части минимальных ставок платы за древесину, отпускаемую на корню, зачисляемые в федеральный бюджет 1050402 Арендная плата за пользование лесным фондом в части минимальных ставок платы за древесину, отпускаемую на корню, зачисляемая в федеральный бюджет 1050500Водный налог 1050700 Земельный налог 1050701 Земельный налог за земли сельскохозяйственного назначения 1050702 Земельный налог за земли городов и поселков 1050703 Земельный налог за другие земли несельскохозяйственного назначения 1050800 Сбор за пользование объектами животного мира и объектами водных биологических ресурсов 1050801 Сбор за пользование объектами животного мира 1050802 Сбор за пользование объектами водных биологических ресурсов (исключая внутренние водные объекты) 1050803 Сбор за пользование объектами водных биологических ресурсов (по внутренним водным объектам) 1050900 Отчисления на воспроизводство минерально-сырьевой базы 1050901 Отчисления на воспроизводство минерально-сырьевой базы, зачисляемые в федеральный бюджет 1050902 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 1050903 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 1060000 НАЛОГИ НА ВНЕШНЮЮ ТОРГОВЛЮ И ВНЕШНЕЭКОНОМИЧЕСКИЕ ОПЕРАЦИИ 1060100 Таможенные пошлины 1060110 Ввозные таможенные пошлины 1060120 Вывозные таможенные пошлины 1060121 Нефть сырая 1060122 Газ природный 1060123 Товары, выработанные из нефти 1060124 Прочие вывозные таможенные пошлины 1064000 Прочие налоги и пошлины, взимаемые в связи с осуществлением внешнеэкономических операций 1400000 ПРОЧИЕ НАЛОГИ, ПОШЛИНЫ И СБОРЫ 1400100 Государственная пошлина 1400101 Государственная пошлина с исковых и иных заявлений и жалоб, подаваемых в арбитражные суды, Верховный Суд Российской Федерации и Конституционный Суд Российской Федерации 1400102 Государственная пошлина с исковых и иных заявлений и жалоб, подаваемых в суды общей юрисдикции 1400103 Государственная пошлина за совершение нотариальных действий, за государственную регистрацию актов гражданского состояния и другие юридически значимые действия, за рассмотрение и выдачу документов, связанных с приобретением гражданства Российской Федерации или с выходом из гражданства Российской Федерации 1400104 Государственная пошлина за регистрацию юридических лиц и индивидуальных предпринимателей 1400300 Прочие федеральные налоги 1400302 Сбор за использование наименований "Россия", "Российская Федерация" и образованных на их основе слов и словосочетаний 1400303 Налог на пользователей автомобильных дорог (в части погашения задолженности прошлых лет) 1400304 Задолженность по налогу на реализацию горюче-смазочных материалов 1400305 Недоимка, пени и штрафы по взносам в Государственный фонд занятости населения Российской Федерации, а также средства указанного Фонда, возвращаемые организациями в соответствии с ранее заключенными договорами (соглашениями) 1400310 Недоимка, пени, иные финансовые санкции по взносам в Пенсионный фонд Российской Федерации 1400311 Недоимка, пени и штрафы по взносам в Фонд социального страхования Российской Федерации 1400312 Недоимка, пени и штрафы по взносам в Федеральный фонд обязательного медицинского страхования 1400313 Недоимка, пени и штрафы по взносам в территориальные фонды обязательного медицинского страхования 1400315 Задолженность по налогу с владельцев транспортных средств и по налогу на приобретение транспортных средств 1400340 Прочие налоги и сборы (в части погашения задолженности по отмененным федеральным налогам и сборам) 1400400 Налоги и сборы субъектов Российской Федерации 1400401 Сбор на нужды образовательных учреждений с юридических лиц (в части погашения задолженности прошлых лет) 1400420 Транспортный налог 1400421 Транспортный налог с организаций 1400422 Транспортный налог с физических лиц 1400440 Прочие налоги и сборы субъектов Российской Федерации 1400500 Местные налоги и сборы 1400501 Курортный сбор (в части погашения задолженности прошлых лет) 1400502 Целевые сборы с граждан и предприятий, учреждений и организаций на содержание милиции, на благоустройство территорий, на нужды образования и другие цели (в части погашения задолженности прошлых лет) 1400503 Налог на рекламу 1400505 Лицензионный сбор за право торговли спиртными напитками и пивом (в части погашения задолженности прошлых лет) 1400540 Прочие местные налоги и сборы 2000000 НЕНАЛОГОВЫЕ ДОХОДЫ 2010000 ДОХОДЫ ОТ ИСПОЛЬЗОВАНИЯ ИМУЩЕСТВА, НАХОДЯЩЕГОСЯ В ГОСУДАРСТВЕННОЙ И МУНИЦИПАЛЬНОЙ СОБСТВЕННОСТИ, ИЛИ ОТ ДЕЯТЕЛЬНОСТИ ГОСУДАРСТВЕННЫХ И МУНИЦИПАЛЬНЫХ ОРГАНИЗАЦИЙ 2010100 Дивиденды по акциям, находящимся в государственной и муниципальной собственности 2010110 Дивиденды по акциям, находящимся в собственности Российской Федерации 2010120 Дивиденды по акциям, находящимся в собственности субъектов Российской Федерации 2010130 Дивиденды по акциям, находящимся в муниципальной собственности 2010200 Доходы от сдачи в аренду имущества, находящегося в государственной и муниципальной собственности 2010201 Арендная плата за земли сельскохозяйственного назначения 2010202 Арендная плата за земли городов и поселков 2010203 Арендная плата за другие земли несельскохозяйственного назначения 2010205 Доходы от сдачи в аренду имущества, закрепленного за научными организациями 2010206 Доходы от сдачи в аренду имущества, закрепленного за образовательными учреждениями 2010207 Доходы от сдачи в аренду имущества, закрепленного за учреждениями здравоохранения 2010208 Доходы от сдачи в аренду имущества, закрепленного за государственными учреждениями культуры и искусства 2010209 Доходы от сдачи в аренду имущества, закрепленного за государственными архивными учреждениями 2010210 Доходы от сдачи в аренду имущества, закрепленного за государственными учреждениями федеральной почтовой связи Министерства Российской Федерации по связи и информатизации 2010212 Доходы от сдачи в аренду имущества, закрепленного за организациями научного обслуживания академий наук, имеющих государственный статус 2010230 Арендная плата за земельные участки после разграничения государственной собственности на землю 2010231 Арендная плата за земли, находящиеся в федеральной собственности 2010232 Арендная плата за земли, находящиеся в собственности субъектов Российской Федерации 2010233 Арендная плата за земли, находящиеся в муниципальной собственности 2010240 Прочие доходы от сдачи в аренду имущества, находящегося в государственной и муниципальной собственности 2010241 Прочие доходы от сдачи в аренду имущества, находящегося в федеральной собственности 2010242 Прочие доходы от сдачи в аренду имущества, находящегося в собственности субъектов Российской Федерации 2010243 Прочие доходы от сдачи в аренду имущества, находящегося в муниципальной собственности 2010300 Проценты, полученные от размещения в банках и кредитных организациях временно свободных средств бюджета 2010310 Проценты, полученные от размещения в банках и кредитных организациях временно свободных средств федерального бюджета 2010320 Проценты, полученные от размещения в банках и кредитных организациях временно свободных средств бюджетов субъектов Российской Федерации 2010330 Проценты, полученные от размещения в банках и кредитных организациях временно свободных средств местного бюджета 2010340 Доходы, полученные от размещения временно свободных средств Пенсионного фонда Российской Федерации 2010350 Доходы, полученные от размещения средств Пенсионного фонда Российской Федерации, сформированных за счет сумм страховых взносов на накопительную часть трудовой пенсии 2010360 Доходы, полученные от размещения временно свободных средств Фонда социального страхования Российской Федерации 2010370 Проценты, полученные от размещения в банках и кредитных организациях временно свободных средств фондами обязательного медицинского страхования 2010371 Проценты, начисленные по остаткам средств на счетах Федерального фонда обязательного медицинского страхования 2010400 Проценты, полученные от предоставления бюджетных кредитов (бюджетных ссуд) внутри страны 2010401 Проценты, полученные от предоставления бюджетных кредитов (бюджетных ссуд) внутри страны, зачисляемые в федеральный бюджет 2010402 Проценты, полученные от предоставления бюджетных кредитов (бюджетных ссуд) внутри страны, зачисляемые в бюджеты субъектов Российской Федерации 2010403 Проценты, полученные от предоставления бюджетных кредитов (бюджетных ссуд) внутри страны, зачисляемые в местные бюджеты 2010500 Возмещение потерь сельскохозяйственного производства, связанных с изъятием сельскохозяйственных угодий 2010600 Доходы от оказания услуг или компенсации затрат государства 2010601 Консульский сбор, взимаемый на территории Российской Федерации 2010602 Плата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2010603 Средства, полученные от аукционной продажи квот на отдельные виды товаров, ввозимых на территорию Особой экономической зоны в Калининградской области 2010604 Плата за предоставление информации по единому государственному реестру налогоплательщиков 2010605 Пробирная плата (пробирный сбор) 2010606 Плата за заимствование материальных ценностей из государственного материального резерва 2010607 Прочие доходы от операций с государственным материальным резервом 2010608 Доходы от оказания платных услуг (работ), предоставления статистической информации и прочие доходы системы территориальных органов государственной статистики 2010609 Плата за рассмотрение ходатайств, предусмотренных антимонопольным законодательством 2010610 Средства отчислений операторов связи, зачисляемые в федеральный бюджет 2010611 Средства отчислений операторов сети общего пользования в резерв универсального обслуживания, зачисляемые в федеральный бюджет 2010612 Доходы за счет отчислений, предусматриваемых в структуре цен (тарифов), регулируемых на федеральном уровне, на продукцию (услуги) субъектов естественных монополий в топливно-энергетическом комплексе и на транспорте 2010613 Доходы от отпуска семян из Федерального фонда семян 2010614 Доходы от проведения товарных интервенций из запасов Федерального интервенционного фонда сельскохозяйственной продукции, сырья и продовольствия 2010615 Плата за предоставление сведений, содержащихся в едином государственном реестре юридических лиц и в едином государственном реестре индивидуальных предпринимателей 2010616 Доходы от оформления решений о выдаче визовых документов иностранным гражданам, оказания информационно-консультационных и иных видов услуг 2010617 Плата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иные услуги, связанные с обеспечением охраны и безопасности граждан 2010618 Доходы от оказания платных услуг органами Государственной фельдъегерской службы Российской Федерации 2010619 Средства, возмещаемые юридическими лицами и индивидуальными предпринимателями Министерству экономического развития и торговли Российской Федерации за проведение контрольных мероприятий, контрольных покупок и проведение экспертиз, испытаний (исследований) образцов товаров (продукции) 2010620 Доходы от использования лесного фонда 2010621 Лесные подати в части, превышающей минимальные ставки платы за древесину, отпускаемую на корню, зачисляемые в бюджеты субъектов Российской Федерации 2010622 Арендная плата за пользование лесным фондом в части, превышающей минимальные ставки платы за древесину, отпускаемую на корню, зачисляемая в бюджеты субъектов Российской Федерации 2010623 Плата за перевод лесных земель в нелесные и изъятие земель лесного фонда, зачисляемая в федеральный бюджет 2010624 Прочие доходы от использования лесного фонда, зачисляемые в бюджеты субъектов Российской Федерации 2010630 Плата за услуги (работы), оказываемые Гохраном России 2010640 Прочие доходы 2010641 Прочие доходы, зачисляемые в федеральный бюджет 2010642 Прочие доходы, зачисляемые в бюджеты субъектов Российской Федерации 2010643 Прочие доходы, зачисляемые в местные бюджеты 2010650 Доходы федерального бюджета от возврата остатков субсидий и субвенций прошлых лет из бюджетов субъектов Российской Федерации 2010651 Возврат остатков субсидий и субвенций прошлых лет из бюджетов субъектов Российской Федерации в федеральный бюджет 2010652 Доходы бюджетов субъектов Российской Федерации от возврата субсидий и субвенций прошлых лет из местных бюджетов 2010653 Возврат остатков субсидий и субвенций прошлых лет из местных бюджетов в бюджеты субъектов Российской Федерации 2010654 Возврат остатков субсидий и субвенций прошлых лет из федерального бюджета в бюджет Союзного государства 2010655 Доходы федерального бюджета от возврата остатков субсидий и субвенций прошлых лет небюджетными организациями 2010656 Доходы бюджетов субъектов Российской Федерации от возврата остатков субсидий и субвенций прошлых лет небюджетными организациями 2010657 Доходы местных бюджетов от возврата остатков субсидий и субвенций прошлых лет небюджетными организациями 2010658 Доходы федерального бюджета от возврата остатков субсидий и субвенций прошлых лет из бюджетов государственных внебюджетных фондов 2010659 Возврат остатков субсидий и субвенций прошлых лет из бюджетов государственных внебюджетных фондов в федеральный бюджет 2010660 Доходы бюджетов субъектов Российской Федерации от возврата остатков субсидий и субвенций прошлых лет из бюджетов государственных внебюджетных фондов 2010661 Возврат остатков субсидий и субвенций прошлых лет из бюджетов государственных внебюджетных фондов в бюджеты субъектов Российской Федерации 2010662 Доходы местных бюджетов от возврата остатков субсидий и субвенций прошлых лет из бюджетов государственных внебюджетных фондов 2010663 Возврат остатков субсидий и субвенций прошлых лет из бюджетов государственных внебюджетных фондов в местные бюджеты 2010664 Доходы бюджетов государственных внебюджетных фондов от возврата остатков субсидий и субвенций прошлых лет небюджетными организациями 2010700 Перечисление прибыли Центрального банка Российской Федерации 2010800 Платежи от государственных и муниципальных организаций 2010810 Патентные пошлины и регистрационные сборы за официальную регистрацию программ для ЭВМ, баз данных и топологий интегральных микросхем 2010820 Доходы от деятельности совместного предприятия "Вьетсовпетро" 2010830 Перечисление части прибыли государственных и муниципальных унитарных предприятий, остающейся после уплаты налогов и иных обязательных платежей 2010831 Перечисление части прибыли, остающейся после уплаты налогов и иных обязательных платежей государственных унитарных предприятий, созданных Российской Федерацией 2010832 Перечисление части прибыли, остающейся после уплаты налогов и иных обязательных платежей государственных унитарных предприятий, созданных субъектами Российской Федерации 2010833 Перечисление части прибыли, остающейся после уплаты налогов и иных обязательных платежей муниципальных унитарных предприятий 2010840 Прочие доходы 2010841 Прочие доходы, зачисляемые в федеральный бюджет 2010842 Прочие доходы, зачисляемые в бюджеты субъектов Российской Федерации 2010843 Прочие доходы, зачисляемые в местные бюджеты 2010900 Доходы от реализации соглашений о разделе продукции 2011000 Доходы от продажи квартир 2011010 Доходы от продажи квартир, зачисляемые в федеральный бюджет 2011020 Доходы от продажи квартир, зачисляемые в бюджеты субъектов Российской Федерации 2011030 Доходы от продажи квартир, зачисляемые в местные бюджеты 2012000 Доходы от продажи оборудования, транспортных средств и других материальных ценностей 2012010 Доходы от продажи оборудования, транспортных средств и других материальных ценностей, зачисляемые в федеральный бюджет 2012011 Доходы от реализации продуктов утилизации кораблей 2012012 Доходы от реализации имущества государственных унитарных предприятий, учреждений и военного имущества 2012013 Доходы от реализации продуктов утилизации вооружения, военной техники и боеприпасов 2012020 Доходы от продажи оборудования, транспортных средств и других материальных ценностей, зачисляемые в бюджеты субъектов Российской Федерации 2012021 Доходы от реализации имущества государственных унитарных предприятий и учреждений 2012030 Доходы от продажи оборудования, транспортных средств и других материальных ценностей, зачисляемые в местные бюджеты 2012031 Доходы от реализации имущества муниципальных унитарных предприятий и учреждений 2012040 Доходы от продажи оборудования, транспортных средств и других материальных ценностей, зачисляемые в Фонд социального страхования Российской Федерации 2013000 Средства от распоряжения и реализации конфискованного и иного имущества, обращенного в доход государства 2013010 Средства от распоряжения и реализации конфискованного и иного имущества, обращенного в доход государства, зачисляемые в федеральный бюджет 2013020 Средства от распоряжения и реализации конфискованного и иного имущества, обращенного в доход государства, зачисляемые в бюджеты субъектов Российской Федерации 2013030 Средства от распоряжения и реализации конфискованного и иного имущества, обращенного в доход государства, зачисляемые в местные бюджеты 2014000 Доходы от проведения Всероссийской государственной лотереи 2015000 Платежи при пользовании недрами, в том числе при выполнении соглашений о разделе продукции 2015010 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 2015011 Разовые платежи за пользование недрами при наступлении определенных событий, оговоренных в лицензии (бонусы), поступающие при реализации соглашений о разделе продукции "Сахалин-1" и "Сахалин-2" 2015012 Разовые платежи за пользование недрами при наступлении определенных событий, оговоренных в лицензии (бонусы), поступающие по другим месторождениям и участкам недр 2015020 Плата за геологическую информацию о недрах при пользовании недрами на территории Российской Федерации 2015030 Регулярные платежи за пользование недрами при пользовании недрами (ренталс) на территории Российской Федерации, включая платежи, поступающие при реализации соглашений о разделе продукции "Сахалин-1" и "Сахалин-2" 2015040 Плата за договорную акваторию и участки морского дна, полученная при пользовании недрами на территории Российской Федерации, включая плату, поступающую при реализации соглашения о разделе продукции "Сахалин-1" 2015050 Доходы от возмещения инвестором прошлых затрат государства на проведение геолого-разведочных работ, полученные при реализации соглашений о разделе продукции, при пользовании недрами на территории Российской Федерации, включая доходы, поступающие при реализации соглашения о разделе продукции "Сахалин-2" 2015060 Разовые платежи за пользование недрами при наступлении определенных событий, оговоренных в лицензии (бонусы),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платежей, поступающих при реализации соглашений о разделе продукции "Сахалин-1" и "Сахалин-2" 2015070 Плата за геологическую информацию о недрах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2015080 Регулярные платежи за пользование недрами при пользовании недрами (ренталс)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платежей, поступающих при реализации соглашений о разделе продукции "Сахалин-1" и "Сахалин-2" 2015090 Плата за договорную акваторию и участки морского дна, полученная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платы, поступающей при реализации соглашения о разделе продукции "Сахалин-1" 2015100 Доходы от возмещения инвестором прошлых затрат государства на проведение геолого-разведочных работ, полученные при реализации соглашений о разделе продукции,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 исключением доходов, поступающих при реализации соглашения о разделе продукции "Сахалин-2" 2015400 Прочие платежи при пользовании недрами 2015410 Прочие платежи при пользовании недрами, зачисляемые в федеральный бюджет 2015420 Прочие платежи при пользовании недрами, зачисляемые в бюджеты субъектов Российской Федерации 2015430 Прочие платежи при пользовании недрами, зачисляемые в местные бюджеты 2015600 Плата за негативное воздействие на окружающую среду 2016000 Доходы от распоряжения принадлежащими Российской Федерации правами на результаты научно-исследовательских и опытно-конструкторских работ и технологических работ военного, специального и двойного назначения 2016010 Платежи, поступающие по лицензионным договорам, и иные поступления от мероприятий по правовой защите интересов Российской Федерации в сфере интеллектуальной деятельности 2016020 Платежи от мероприятий по претензионной работе по восстановлению прав Российской Федерации на результаты интеллектуальной деятельности в Российской Федерации и за рубежом 2017000 Плата за пользование водными биологическими ресурсами по межправительственным соглашениям, зачисляемая в федеральный бюджет 2018000 Доходы от эксплуатации и использования имущества федеральных автомобильных дорог 2018010 Средства страховых выплат при возникновении страховых случаев на федеральных автомобильных дорогах и имущественных комплексах, необходимых для их эксплуатации 2018040 Прочие доходы от эксплуатации и использования имущества федеральных автомобильных дорог 2019000 Прочие поступления от использования имущества, находящегося в государственной и муниципальной собственности, а также поступления от разрешенных видов деятельности организаций 2019010 Прочие поступления от имущества, находящегося в государственной собственности, а также поступления от разрешенных видов деятельности организаций, зачисляемые в федеральный бюджет 2019020 Прочие поступления от имущества, находящегося в государственной собственности, а также поступления от разрешенных видов деятельности организаций, зачисляемые в бюджеты субъектов Российской Федерации 2019030 Прочие поступления от имущества, находящегося в муниципальной собственности, а также поступления от разрешенных видов деятельности организаций, зачисляемые в местные бюджеты 2030100 Страховые взносы на обязательное социальное страхование от несчастных случаев на производстве и профессиональных заболеваний, включая недоимки, пени и штрафы 2030200 Страховые взносы на обязательное медицинское страхование неработающего населения, уплачиваемые в территориальные фонды обязательного медицинского страхования органами исполнительной власти субъектов Российской Федерации, местного самоуправления 2030201 Недоимка, пени и штрафы по страховым взносам на обязательное медицинское страхование неработающего населения 2030300 Поступления капитализированных платежей предприятий 2040000 ДОХОДЫ ОТ ПРОДАЖИ НЕМАТЕРИАЛЬНЫХ АКТИВОВ 2040300 Доходы от продажи нематериальных активов 2040310 Доходы от продажи нематериальных активов, зачисляемые в федеральный бюджет 2040320 Доходы от продажи нематериальных активов, зачисляемые в бюджеты субъектов Российской Федерации 2040330 Доходы от продажи нематериальных активов, зачисляемые в местные бюджеты 2050000 ПОСТУПЛЕНИЯ КАПИТАЛЬНЫХ ТРАНСФЕРТОВ ИЗ НЕГОСУДАРСТВЕННЫХ ИСТОЧНИКОВ 2050100 От резидентов 2050200 От нерезидентов 2060000 АДМИНИСТРАТИВНЫЕ ПЛАТЕЖИ И СБОРЫ 2060100 Сборы, взимаемые Государственной инспекцией безопасности дорожного движения Министерства внутренних дел Российской Федерации (за исключением штрафов) 2060200 Исполнительский сбор 2064000 Прочие платежи, взимаемые государственными и муниципальными организациями за выполнение определенных функций 2064010 Прочие платежи, взимаемые государственными организациями за выполнение определенных функций, зачисляемые в федеральный бюджет 2064020 Прочие платежи, взимаемые государственными организациями за выполнение определенных функций, зачисляемые в бюджеты субъектов Российской Федерации 2064030 Прочие платежи, взимаемые муниципальными организациями за выполнение определенных функций, зачисляемые в местные бюджеты 2070000 ШТРАФНЫЕ САНКЦИИ, ВОЗМЕЩЕНИЕ УЩЕРБА 2070100 Поступление сумм за выпуск и реализацию продукции, изготовленной с отступлением от стандартов и технических условий 2070200 Санкции за нарушение норм законодательства о государственном регулировании цен (тарифов) 2070210 Санкции за нарушение норм законодательства о государственном регулировании цен (тарифов), зачисляемые в федеральный бюджет 2070220 Санкции за нарушение норм законодательства о государственном регулировании цен (тарифов), зачисляемые в бюджеты субъектов Российской Федерации 2070300 Административные штрафы и иные санкции, включая штрафы за нарушение правил дорожного движения 2070310 Штрафы, взыскиваемые органами Министерства Российской Федерации по налогам и сборам (за исключением штрафов, взыскиваемых по отдельным видам налогов за нарушение налогового законодательства) 2070311 Денежные взыскания (штрафы), применяемые в качестве налоговых санкций, предусмотренных статьями 116, 117, 118, 120 (пункты 1 и 2), 125, 126, 128, 129, 129-1, 132, 134, 135 (пункт 2) и 135-1 части первой Налогового кодекса Российской Федерации 2070312 Прочие штрафы, взыскиваемые органами Министерства Российской Федерации по налогам и сборам 2070313 Штрафы, взыскиваемые за нарушение норм законодательства по применению контрольно-кассовой техники при осуществлении наличных денежных расчетов и (или) расчетов с использованием платежных карт 2070320 Штрафы, взыскиваемые за нарушение валютного законодательства Российской Федерации и законодательства в области экспортного контроля 2070330 Санкции за нецелевое использование бюджетных средств 2070331 Санкции за нецелевое использование бюджетных средств, зачисляемые в федеральный бюджет 2070332 Санкции за нецелевое использование бюджетных средств, зачисляемые в бюджеты субъектов Российской Федерации 2070333 Санкции за нецелевое использование бюджетных средств, зачисляемые в местные бюджеты 2070340 Прочие административные штрафы и иные санкции 2070341 Прочие административные штрафы и иные санкции, зачисляемые в федеральный бюджет 2070342 Прочие административные штрафы и иные санкции, зачисляемые в бюджеты субъектов Российской Федерации 2070343 Прочие административные штрафы и иные санкции, зачисляемые в местные бюджеты 2070400 Суммы, взыскиваемые с лиц, виновных в совершении преступлений и недостаче материальных ценностей 2070410 Суммы, взыскиваемые с лиц, виновных в совершении преступлений и недостаче материальных ценностей, зачисляемые в федеральный бюджет 2070420 Суммы, взыскиваемые с лиц, виновных в совершении преступлений и недостаче материальных ценностей, зачисляемые в бюджеты субъектов Российской Федерации 2070430 Суммы, взыскиваемые с лиц, виновных в совершении преступлений и недостаче материальных ценностей, зачисляемые в местные бюджеты 2070440 Поступление сумм в возмещение причиненного военному имуществу ущерба 2070450 Прочие поступления 2070451 Прочие поступления, зачисляемые в федеральный бюджет 2070452 Прочие поступления, зачисляемые в бюджеты субъектов Российской Федерации 2070453 Прочие поступления, зачисляемые в местные бюджеты 2080000 ДОХОДЫ ОТ ВНЕШНЕЭКОНОМИЧЕСКОЙ ДЕЯТЕЛЬНОСТИ 2080100 Проценты по государственным кредитам 2080101 Поступление средств от правительств иностранных государств, их юридических лиц в уплату процентов по кредитам, предоставленным Российской Федерацией 2080102 Поступление средств от предприятий и организаций в уплату процентов и гарантий по кредитам, полученным Российской Федерацией от правительств иностранных государств, банков и фирм 2080103 Поступление средств от предприятий и организаций в уплату процентов и гарантий по кредитам, полученным Российской Федерацией от международных финансовых организаций 2080300 Поступление средств от централизованного экспорта 2080400 Таможенные сборы 2084000 Прочие поступления от внешнеэкономической деятельности 2090000 ПРОЧИЕ НЕНАЛОГОВЫЕ ДОХОДЫ 2090100 Доходы от реализации на экспорт высокообогащенного урана и природного сырьевого компонента низкообогащенного урана 2090200 Прочие доходы 2090210 Прочие доходы, зачисляемые в федеральный бюджет 2090220 Прочие доходы, зачисляемые в бюджеты субъектов Российской Федерации 2090230 Прочие доходы, зачисляемые в местные бюджеты 2090300 Прочие поступления в бюджеты государственных внебюджетных фондов 2090310 Прочие поступления в Пенсионный фонд Российской Федерации 2090320 Прочие поступления в Федеральный фонд обязательного медицинского страхования 2090330 Прочие поступления в территориальные фонды обязательного медицинского страхования 2090340 Прочие поступления в Фонд социального страхования Российской Федерации 3000000 БЕЗВОЗМЕЗДНЫЕ ПЕРЕЧИСЛЕНИЯ 3010000 ОТ НЕРЕЗИДЕНТОВ 3020000 ОТ ДРУГИХ БЮДЖЕТОВ БЮДЖЕТНОЙ СИСТЕМЫ 3020100 Дотации от других бюджетов бюджетной системы Российской Федерации 3020110 Дотации от бюджетов других уровней 3020111 Дотации на выравнивание уровня бюджетной обеспеченности 3020112 Дотации бюджетам закрытых административно-территориальных образований 3020113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3020114 Дотация на содержание объектов инфраструктуры города Байконура, связанных с арендой космодрома Байконур 3020115 Дотация бюджету города-курорта Сочи 3020117 Дотации бюджетам субъектов Российской Федерации на поддержку мер по обеспечению сбалансированности бюджетов 3020118 Дотации бюджетам субъектов Российской Федерации на частичное возмещение расходов на предоставление населению субсидий по оплате жилья и коммунальных услуг 3020140 Прочие дотации 3020200 Субвенции от других бюджетов бюджетной системы Российской Федерации 3020210 Субвенции Фонду социального страхования Российской Федерации 3020211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катастрофы на Чернобыльской АЭС 3020212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3020213 Средства федерального бюджета на выплату сверх установленного законодательством Российской Федерации размера пособий по социальному страхованию, на санаторно-курортное лечение и оздоровление граждан, подвергшихся радиационному воздействию вследствие ядерных испытаний на Семипалатинском полигоне 3020214 Средства федерального бюджета, передаваемые Фонду социального страхования Российской Федерации в соответствии с законодательством Российской Федерации 3020220 Субвенции Пенсионному фонду Российской Федерации 3020221 Средства единого социального налога, поступающие из федерального бюджета 3020222 Средства федерального бюджета, передаваемые Пенсионному фонду Российской Федерации в соответствии с законодательством Российской Федерации 3020223 Средства федерального бюджета, передаваемые Пенсионному фонду Российской Федерации Министерством труда и социального развития Российской Федерации на выплату пенсий и пособий 3020224 Средства, передаваемые Пенсионному фонду Российской Федерации из Фонда Министерства Российской Федерации по атомной энергии 3020230 Субвенции от бюджетов других уровней 3020231 Субвенции на компенсацию тарифов на электроэнергию территориям Дальнего Востока и Архангельской области 3020232 Субвенции бюджету города Байконура на капитальные вложения и отселение граждан Российской Федерации 3020233 Субвенции бюджетам закрытых административно-территориальных образований на капитальные вложения 3020234 Субвенции бюджетам закрытых административно-территориальных образований на отселение 3020235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3020236 Субвенции на реализацию программ развития городов как наукоградов Российской Федерации 3020237 Субвенция на премирование победителей Всероссийского конкурса на звание "Самый благоустроенный город России" 3020238 Субвенции бюджету города Москвы на выполнение федеральных полномочий по сбору и утилизации радиоактивных отходов в Центральном регионе 3020239 Субвенции на реализацию Федерального закона "О государственных пособиях гражданам, имеющим детей" 3020240 Субвенции бюджетам субъектов Российской Федерации на реализацию Закона Российской Федерации "О реабилитации жертв политических репрессий" 3020241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3020242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3020243 Субвенции бюджетам закрытых административно-территориальных образований на финансирование текущих расходов, связанных с реализацией социальных льгот и гарантий 3020250 Субвенции из бюджета Союзного государства на реализацию его программ (подпрограмм) и мероприятий 3020260 Прочие субвенции 3020300 Средства,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3020400 Субсидии от других бюджетов бюджетной системы Российской Федерации 3020410 Субсидии от бюджетов других уровней 3020411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3020412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3020413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3020414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3020415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3020416 Субсидии на реализацию федеральных программ развития регионов 3020440 Прочие субсидии 3020500 Средства федерального бюджета на реализацию федеральной адресной инвестиционной программы 3021000 Субвенции территориальным фондам обязательного медицинского страхования 3024000 Прочие безвозмездные поступления от других бюджетов бюджетной системы 3030000 ОТ ГОСУДАРСТВЕННЫХ ВНЕБЮДЖЕТНЫХ ФОНДОВ 3040000 ОТ ГОСУДАРСТВЕННЫХ ОРГАНИЗАЦИЙ 3050000 ОТ НАДНАЦИОНАЛЬНЫХ ОРГАНИЗАЦИЙ 3060000 СРЕДСТВА, ПЕРЕДАВАЕМЫЕ В ЦЕЛЕВЫЕ БЮДЖЕТНЫЕ ФОНДЫ 3070000 ПРОЧИЕ БЕЗВОЗМЕЗДНЫЕ ПЕРЕЧИСЛЕНИЯ 4000000 ДОХОДЫ ЦЕЛЕВЫХ БЮДЖЕТНЫХ ФОНДОВ 4080000 ФОНД МИНИСТЕРСТВА РОССИЙСКОЙ ФЕДЕРАЦИИ ПО АТОМНОЙ ЭНЕРГИИ 4200000 ЦЕЛЕВЫЕ БЮДЖЕТНЫЕ ФОНДЫ СУБЪЕКТОВ РОССИЙСКОЙ ФЕДЕРАЦИИ (утверждаются законодательными (представительными) органами субъектов Российской Федерации) 5000000 ДОХОДЫ ОТ ПРЕДПРИНИМАТЕЛЬСКОЙ И ИНОЙ ПРИНОСЯЩЕЙ ДОХОД ДЕЯТЕЛЬНОСТИ 5010000 ДОХОДЫ ОТ СОБСТВЕННОСТИ ПО ПРЕДПРИНИМАТЕЛЬСКОЙ И ИНОЙ ПРИНОСЯЩЕЙ ДОХОД ДЕЯТЕЛЬНОСТИ 5010100 Проценты 5010200 Дивиденды 5020000 РЫНОЧНЫЕ ПРОДАЖИ ТОВАРОВ И УСЛУГ 5030000 БЕЗВОЗМЕЗДНЫЕ ПОСТУПЛЕНИЯ ПО ПРЕДПРИНИМАТЕЛЬСКОЙ И ИНОЙ ПРИНОСЯЩЕЙ ДОХОД ДЕЯТЕЛЬНОСТИ 5030100 Безвозмездные поступления текущего характера по предпринимательской и иной приносящей доход деятельности 5030110 Безвозмездные поступления текущего характера по предпринимательской и иной приносящей доход деятельности из бюджетов различных уровней 5030111 Безвозмездные поступления текущего характера по предпринимательской и иной приносящей доход деятельности из федерального бюджета 5030112 Безвозмездные поступления текущего характера по предпринимательской и иной приносящей доход деятельности из бюджета субъекта Российской Федерации 5030113 Безвозмездные поступления текущего характера по предпринимательской и иной приносящей доход деятельности из местного бюджета 5030120 Прочие безвозмездные поступления текущего характера по предпринимательской и иной приносящей доход деятельности 5030200 Безвозмездные поступления капитального характера по предпринимательской и иной приносящей доход деятельности 5030210 Безвозмездные поступления капитального характера по предпринимательской и иной приносящей доход деятельности из бюджетов различных уровней 5030211 Безвозмездные поступления капитального характера по предпринимательской и иной приносящей доход деятельности из федерального бюджета 5030212 Безвозмездные поступления капитального характера по предпринимательской и иной приносящей доход деятельности из бюджета субъекта Российской Федерации 5030213 Безвозмездные поступления капитального характера по предпринимательской и иной приносящей доход деятельности из местного бюджета 5030220 Прочие безвозмездные поступления капитального характера по предпринимательской и иной приносящей доход деятельности"; ______________ На указанный код зачисляются акциз на природный газ, добытый до 1 января 2004 года, и задолженность прошлых лет. На указанный код зачисляется плата за пользование водными объектами. 3) в приложении 3 "Функциональная классификация расходов бюджетов Российской Федерации": а) подраздел "0104 Деятельность финансовых и налоговых органов" раздела "0100 Государственное управление и местное самоуправление" исключить; б) в разделе "0500 ПРАВООХРАНИТЕЛЬНАЯ ДЕЯТЕЛЬНОСТЬ И ОБЕСПЕЧЕНИЕ БЕЗОПАСНОСТИ ГОСУДАРСТВА": подраздел "0504 Органы налоговой полиции" исключить; дополнить подразделом следующего содержания: "0512 Органы по контролю за оборотом наркотических средств и психотропных веществ"; в) подраздел "0708 Стандартизация и метрология" раздела "0700 Промышленность, энергетика и строительство" изложить в следующей редакции: "0708 Технические регламенты, стандартизация и обеспечение единства измерений"; г) в разделе "0900 ОХРАНА ОКРУЖАЮЩЕЙ ПРИРОДНОЙ СРЕДЫ И ПРИРОДНЫХ РЕСУРСОВ, ГИДРОМЕТЕОРОЛОГИЯ, КАРТОГРАФИЯ И ГЕОДЕЗИЯ": наименование изложить в следующей редакции: "0900 ОХРАНА ОКРУЖАЮЩЕЙ СРЕДЫ И ПРИРОДНЫХ РЕСУРСОВ, ГИДРОМЕТЕОРОЛОГИЯ, КАРТОГРАФИИ И ГЕОДЕЗИЯ"; подраздел "0903 Охрана окружающей природной среды, животного и растительного мира" изложить в следующей редакции: "0903 Охрана окружающей среды, животного и растительного мира"; подраздел "0906 Прочие расходы в области охраны окружающей природной среды и природных ресурсов" изложить в следующей редакции: "0906 Прочие расходы в области охраны окружающей среды и природных ресурсов"</w:t>
      </w:r>
    </w:p>
    <w:p>
      <w:r>
        <w:t>в приложении 4 "Перечень целевых статей функциональной классификации расходов бюджетов Российской Федерации": а) целевую статью "003 Обеспечение деятельности Президента Российской Федерации" исключить; б) целевую статью "061 Содержание службы судебных приставов Министерства юстиции Российской Федерации" исключить; в) целевую статью "069 Территориальные органы государственных внебюджетных фондов" исключить; г) после целевой статьи "080 Государственная автоматизированная информационная система "Выборы", повышение правовой культуры избирателей и организаторов выборов" дополнить целевой статьей следующего содержания: "081 Государственная поддержка политических партий, принимавших участие в федеральных выборах"; д) целевую статью "138 Расходы за счет безвозмездных перечислений из бюджета Союзного государства, направляемые на реализацию его программ (подпрограмм) и мероприятий" изложить в следующей редакции: "138 Расходы за счет субвенций, поступающих из бюджета Союзного государства, на реализацию его программ (подпрограмм) и мероприятий"; е) целевую статью "307 Государственная поддержка стандартизации, метрологии и сертификации" изложить в следующей редакции: "307 Государственная поддержка в области технического регулирования и обеспечения единства измерений"; ж) целевую статью "346 Государственная поддержка рыболовства" изложить в следующей редакции: "346 Государственная поддержка рыболовства (включая Росрыбхоз)"; з) целевую статью "353 Возмещение вреда инвалидам вследствие чернобыльской и других радиационных катастроф" изложить в следующей редакции: "353 Возмещение вреда гражданам, подвергшимся радиационному воздействию вследствие чернобыльской катастрофы и других радиационных аварий"; и) целевые статьи "362 Финансирование мероприятий в области контроля за состоянием окружающей природной среды и охраны природы 363 Финансирование расходов на ведение работ по гидрометеорологии и мониторингу окружающей природной среды" изложить в следующей редакции: "362 Финансирование мероприятий в области контроля за состоянием окружающей среды и охраны природы 363 Финансирование расходов на ведение работ по гидрометеорологии и мониторингу окружающей среды"; к) целевую статью "395 Программы ликвидации последствий чрезвычайных ситуаций" изложить в следующей редакции: "395 Расходы на выплату компенсаций и предоставление льгот гражданам, подвергшимся радиационному воздействию вследствие чернобыльской катастрофы и других радиационных аварий"; л) после целевой статьи "436 Компенсация страховых премий по договору обязательного страхования гражданской ответственности владельцев транспортных средств" дополнить целевой статьей следующего содержания: "437 Средства, передаваемые на уплату налога на имущество"; м) целевую статью "476 Средства федерального бюджета на реализацию государственных инвестиционных программ" изложить в следующей редакции: "476 Средства федерального бюджета на реализацию федеральной адресной инвестиционной программы"; н) после целевой статьи "546 Прочие расходы Пенсионного фонда Российской Федерации, не отнесенные к другим целевым статьям расходов" дополнить целевой статьей следующего содержания: "550 Расходы на благоустройство городских и сельских поселений и округов"; о) целевую статью "604-1 Ремонт вооружений, военной техники, продукции производственно-технического назначения и имущества на предприятиях Министерства обороны Российской Федерации" исключить; п) после целевой статьи "613 Расходы по реформированию системы комплектования воинских должностей преимущественно военнослужащими, проходящими военную службу по контракту" дополнить целевыми статьями следующего содержания: "614 Ремонт вооружений, военной техники, продукции производственно-технического назначения и имущества на предприятиях Министерства обороны Российской Федерации 615 Содержание подразделений вневедомственной охраны Министерства внутренних дел Российской Федерации 616 Государственная программа обеспечения безопасности потерпевших, свидетелей и иных участников уголовного судопроизводства 617 Приоритетные мероприятия системы защиты и охраны Государственной границы с учетом перспективного облика"; р) дополнить целевыми статьями следующего содержания: "683 Федеральная целевая программа "Переход к комплектованию военнослужащими, проходящими военную службу по контракту, ряда соединений и воинских частей" на 2004-2007 годы 684 Федеральная программа "Реформирование системы военного образования в Российской Федерации на период до 2010 года"</w:t>
      </w:r>
    </w:p>
    <w:p>
      <w:r>
        <w:t>приложение 5 "Перечень видов расходов функциональной классификации расходов бюджетов Российской Федерации" изложить в следующей редакции: "Приложение 5 к Федеральному закону "О бюджетной классификации Российской Федерации" (в редакции Федерального закона "О внесении изменений в Федеральный закон "О бюджетной классификации Российской Федерации") ПЕРЕЧЕНЬ ВИДОВ РАСХОДОВ ФУНКЦИОНАЛЬНОЙ КЛАССИФИКАЦИИ РАСХОДОВ БЮДЖЕТОВ РОССИЙСКОЙ ФЕДЕРАЦИИ ------------------------------------------------------------------- Код | Наименование видов расходов ------------------------------------------------------------------- 001 Денежное содержание Президента Российской Федерации 002 Денежное содержание президента республики в составе Российской Федерации и главы администрации субъекта Российской Федерации 003 Денежное содержание Руководителя Администрации Президента Российской Федерации и его заместителей 004 Содержание резиденций президента республики в составе Российской Федерации и главы администрации субъекта Российской Федерации 008 Денежное содержание Председателя Совета Федерации 009 Денежное содержание главы законодательной (представительной) власти субъекта Российской Федерации 010 Денежное содержание заместителей Председателя Совета Федерации 011 Денежное содержание членов Совета Федерации 012 Денежное содержание помощников членов Совета Федерации 013 Денежное содержание Аппарата Совета Федерации 014 Денежное содержание Председателя Государственной Думы 015 Денежное содержание заместителей Председателя Государственной Думы 016 Денежное содержание депутатов Государственной Думы 017 Денежное содержание помощников депутатов Государственной Думы 018 Денежное содержание аппаратов фракций и групп в Государственной Думе 019 Денежное содержание Аппарата Государственной Думы 020 Денежное содержание аппаратов комитетов Государственной Думы 021 Денежное содержание Председателя Правительства Российской Федерации 022 Денежное содержание заместителей Председателя Правительства Российской Федерации 023 Выплата денежных компенсаций истцам в случае вынесения соответствующих решений Европейским Судом по правам человека 024 Денежное содержание Председателя Счетной палаты Российской Федерации 025 Денежное содержание заместителя Председателя Счетной палаты Российской Федерации 026 Денежное содержание аудиторов Счетной палаты Российской Федерации 027 Денежное содержание аппарата 028 Представительские расходы 029 Расходы на содержание аппарата 030 Расходы, связанные с визитами делегаций высших органов власти за рубеж 031 Расходы по специальной охране посольств и представительств за рубежом 032 Денежное содержание членов законодательной (представительной) власти субъектов Российской Федерации 033 Денежное содержание главы исполнительной власти субъекта Российской Федерации и его заместителей 035 Расходы на содержание Федерального агентства по правовой защите результатов интеллектуальной деятельности 036 Денежное содержание председателей и членов конституционных судов субъектов Российской Федерации 040 Денежное содержание Председателя Конституционного Суда Российской Федерации 041 Денежное содержание членов Конституционного Суда Российской Федерации 042 Денежное содержание Председателя Верховного Суда Российской Федерации 043 Денежное содержание членов Верховного Суда Российской Федерации 044 Денежное содержание судей 045 Денежное содержание Председателя Высшего Арбитражного Суда Российской Федерации 046 Денежное содержание членов Высшего Арбитражного Суда Российской Федерации 047 Расходы по оценке недвижимости, обеспечению признания прав и регулированию отношений по федеральной собственности, в том числе недвижимого имущества за рубежом 048 Расходы на аренду каналов связи и радиопередатчиков за рубежом 049 Участие в международных научных исследованиях, стажировки студентов за рубежом 050 Участие в международных конференциях 051 Проведение выставок, ярмарок за рубежом 052 Приобретение, строительство и реконструкция недвижимости за рубежом 053 Взносы в международные организации 054 Расходы на доставку грузов гуманитарного характера и эвакуацию российских граждан 055 Долевое участие в содержании координационных структур Содружества Независимых Государств 056 Расходы по реализации межгосударственных соглашений в рамках Содружества Независимых Государств 057 Участие в миротворческой деятельности 058 Расходы на подготовку и участие военного и гражданского персонала в деятельности по поддержанию или восстановлению международного мира и безопасности 059 Расходы по обеспечению внешней безопасности 060 Расходы по реализации международных обязательств в сфере военно-технического сотрудничества 061 Расходы, связанные с деятельностью по управлению находящимися в федеральной собственности акциями открытых акционерных обществ 062 Финансирование деятельности по приватизации и проведению предпродажной подготовки объектов приватизации 063 Расходы на государственное управление в связи с предоставлением права на осуществление части полномочий 064 Прочие расходы, связанные с приватизацией и управлением федеральным имуществом 065 Гуманитарная финансовая помощь другим государствам 068 Разработка и производство ядерных боеприпасов 069 Испытание ядерного оружия 070 Содержание спецконтингента 071 Другие расходы Министерства Российской Федерации по атомной энергии в рамках военной программы 072 НИОКР 075 Содержание подведомственных структур 080 Содержание государственных инспекций по маломерным судам 083 Проведение мероприятий по гражданской обороне и защите населения от чрезвычайных ситуаций 090 Расходы на финансирование долевого взноса в бюджет Союзного государства 091 Расходы на реализацию программ (подпрограмм) и мероприятий Союзного государства 150 Денежное содержание Генерального прокурора Российской Федерации 151 Денежное содержание заместителей Генерального прокурора Российской Федерации 152 Денежное содержание прокуроров 160 Содержание нотариальных контор 180 Развитие кадрового потенциала научно-технической сферы 181 Создание компьютерных сетей связи и баз данных фундаментальной науки и образования 182 Финансирование приоритетных направлений науки и техники 183 Содержание управления делами и президиума академии (отделения) 184 Развитие приборной базы научных организаций и высших учебных заведений 185 Содержание уникальных стендов и установок научных организаций 187 Проведение научно-исследовательских и опытно-конструкторских работ в рамках федеральных целевых программ 188 Гранты молодым ученым 189 Государственная поддержка центров коллективного пользования 190 Финансирование научного сопровождения важнейших инновационных проектов государственного значения 191 Проведение научно-исследовательских и опытно-конструкторских работ в рамках Федеральной космической программы России на 2001-2005 годы по международной космической станции 195 Поддержание и эксплуатация наземной космической инфраструктуры 197 Государственные капитальные вложения на возвратной основе 198 Государственные капитальные вложения на безвозвратной основе 200 Субсидии по сертификатам, выданным органами исполнительной власти субъектов Российской Федерации 201 Прочие расходы по подпрограмме "Государственные жилищные сертификаты" на 2004-2010 годы 202 Финансирование программ разработки технических регламентов и национальных стандартов и проведения их экспертизы 203 Содержание эталонной базы России 204 Содержание Государственной службы времени и частоты и определения параметров вращения Земли 205 Содержание Государственной службы стандартных образцов состава и свойств веществ и материалов 206 Содержание Государственной службы стандартных справочных данных 207 Расходы на создание и ведение Федерального информационного фонда технических регламентов и стандартов 208 Расходы на разработку общероссийских классификаторов 209 Расходы на осуществление государственного контроля и надзора за соблюдением обязательных требований государственных стандартов, метрологических норм и правил 210 Субсидии на животноводческую продукцию из бюджетов субъектов Российской Федерации 211 Кредитование сезонных затрат в сельском хозяйстве 212 Мероприятия по улучшению землеустройства и землепользования 213 Ведение государственного кадастра, мониторинга земель и землеустройства 214 Финансирование расходов на приобретение отечественной техники и племенного скота для сельскохозяйственных товаропроизводителей на условиях лизинга с направлением указанных средств в уставный капитал лизинговой компании ОАО "Росагролизинг", в том числе Российскому сельскохозяйственному банку с последующим направлением этих средств в уставный капитал ОАО "Росагролизинг" 215 Субсидии на отопление жилого фонда и теплиц 216 Другие НИОКР 217 Финансирование мероприятий по племенному животноводству и элитному семеноводству 218 Ведение мониторинга водных биологических ресурсов 219 Субсидии на производство льна и конопли 220 Субсидии утильзаводам 221 Субсидии на шерсть 222 Субсидии на закупку комбикормов для животноводческих комплексов и птицефабрик 223 Финансирование лесоохранных и лесовосстановительных мероприятий 224 Финансирование мероприятий в области контроля за состоянием окружающей среды, природопользования и экологической безопасности 225 Организация и содержание заповедников и национальных парков 226 Финансирование мероприятий по профилактике и подготовке к тушению лесных пожаров 227 Финансирование мероприятий по тушению лесных пожаров 228 Расходы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229 Расходы по формированию региональных продовольственных фондов 230 Информационное обеспечение 231 Развитие новых направлений элементной базы информационных технологий 232 Субсидии предприятиям воздушного транспорта, расположенным в районах Крайнего Севера 233 Обеспечение безопасности воздушного транспорта 234 Обеспечение безопасности речного транспорта 235 Субсидии на перевозку пассажиров в межобластном сообщении 236 Обеспечение безопасности морского транспорта 237 Субсидии на содержание ледокольного флота 238 Субсидии на компенсацию части затрат на приобретение минеральных удобрений и средств химической защиты растений 241 Финансирование мелиоративных работ и групповых водопроводов 242 Содержание аварийно-спасательного флота 243 Финансирование мероприятий по обеспечению безопасности, предотвращению или ликвидации последствий аварий портовых гидротехнических сооружений 245 Компенсация части затрат по страхованию сельскохозяйственных культур 246 Субсидии по централизованному завозу семян в северные и высокогорные районы 247 Субсидии на закладку и уход за многолетними насаждениями 250 Расходы на выплату компенсаций и предоставление льгот гражданам, подвергшимся радиационному воздействию вследствие катастрофы на Чернобыльской АЭС 251 Расходы на выплату компенсаций и предоставление льгот гражданам, подвергшимся радиационному воздействию вследствие аварии в 1957 году на производственном объединении "Маяк" и сбросов радиоактивных отходов в реку Теча 252 Расходы на выплату компенсаций и предоставление льгот гражданам, подвергшимся радиационному воздействию вследствие ядерных испытаний на Семипалатинском полигоне 253 Осуществление специальных программ 254 Целевой финансовый резерв 259 Детские дошкольные учреждения 260 Школы - детские сады, школы начальные, неполные средние и средние 261 Специальные школы 262 Вечерние и заочные средние образовательные школы 263 Школы-интернаты 264 Учреждения по внешкольной работе с детьми 265 Детские дома 266 Профессионально-технические училища 267 Специальные профессионально-технические училища 268 Средние специальные учебные заведения 269 Институты повышения квалификации 270 Учебные заведения и курсы по переподготовке кадров 271 Высшие учебные заведения 272 Прочие учреждения и мероприятия в области образования 273 Содержание особо ценных объектов культурного наследия народов Российской Федерации 274 Расходы на государственный заказ 280 Дворцы и дома культуры, другие учреждения клубного типа 281 Театры, концертные организации и другие организации исполнительских искусств 282 Организации кинематографии 283 Музеи и постоянные выставки 284 Библиотеки 285 Содержание объектов социально-культурной сферы 286 Средства, направленные на финансирование туризма 287 Прочие учреждения и мероприятия в области культуры и искусства 288 Расходы цирковых организаций 290 Целевые субсидии и субвенции 291 Развитие материально-технической базы районных (городских) газет 292 Оплата расходов, связанных с производством и распространением районных (городских) газет (оплата полиграфических услуг, бумаги и услуг федеральной почтовой связи) 293 Мероприятия в области физической культуры и спорта 294 Субвенции бюджетам субъектов Российской Федерации на компенсацию затрат по предоставлению льгот, установленных Законом Российской Федерации "О донорстве крови и ее компонентов" 295 Родильные дома 296 Расходы на выполнение территориальной программы обязательного медицинского страхования 297 Расходы на выполнение управленческих функций территориальными фондами обязательного медицинского страхования (филиалом) 298 Расходы на выполнение региональных целевых программ по обязательному медицинскому страхованию 299 Прочие расходы территориальных фондов обязательного медицинского страхования 300 Больницы, клиники, госпитали 301 Поликлиники, амбулатории, диагностические центры 302 Фельдшерско-акушерские пункты 303 Станции переливания крови 304 Дома ребенка 305 Станции скорой и неотложной помощи 306 Санатории для больных туберкулезом 307 Санатории для детей и подростков 308 Санатории, пансионаты и дома отдыха 309 Дезинфекционные станции 310 Прочие учреждения и мероприятия в области здравоохранения 311 Центры государственного санитарно-эпидемиологического надзора 312 Мероприятия по борьбе с эпидемиями 313 Прочие учреждения и мероприятия в области санитарно-эпидемиологического надзора 314 Прочие учреждения в области физической культуры и спорта 315 Целевые расходы на оказание дорогостоящих видов медицинской помощи гражданам Российской Федерации 316 Средства бюджета на обязательное медицинское страхование неработающего населения, перечисленные фондам обязательного медицинского страхования 317 Территориальные медицинские объединения 318 Территориальные центры и отделения оказания социальной помощи на дому 319 Финансирование мероприятий по организации оздоровительной кампании детей и подростков 320 Дома-интернаты для престарелых и инвалидов 321 Учреждения по обучению инвалидов 322 Пособия и социальная помощь 323 Прочие учреждения и мероприятия в области социальной политики 324 Выплаты государственного ежемесячного пособия на ребенка 325 Пенсии военнослужащим и членам их семей 326 Выплаты пенсий и пособий 327 Расходы на изготовление и ремонт протезно-ортопедических изделий 328 Расходы на обеспечение инвалидов транспортными средствами или компенсация расходов на транспортное обслуживание вместо получения транспортного средства 329 Расходы на санаторно-курортное лечение ветеранов и инвалидов 330 Выплаты процентов по государственному долгу 331 Выплаты процентов по муниципальному долгу 332 Расходы на иммиграционный контроль 333 Расходы на оплату проезда ветеранов и инвалидов 334 Расходы на оплату установки телефона ветеранам и инвалидам и его использование 335 Медицинские учреждения, находящиеся в ведении федеральных органов исполнительной власти, в составе которых предусмотрена военная и приравненная к ней служба 336 Расходы Сибирского отделения Российской академии медицинских наук на закупку медицинского и научного оборудования по контрактам с иностранными фирмами 337 Субсидии бюджетам субъектов Российской Федерации на реализацию Федерального закона "О социальной защите инвалидов в Российской Федерации", за исключением льгот по оплате жилищно-коммунальных услуг 338 Содержание граждан Российской Федерации, временно покинувших территорию Чеченской Республики 339 Содержание системы государственного материального резерва 340 Пополнение государственного материального резерва 341 Выплата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342 Расходы по приему и содержанию вынужденных переселенцев 343 Финансирование расходов по обеспечению жильем вынужденных переселенцев 344 Расходы по приему и содержанию лиц, ходатайствующих о признании их беженцами или вынужденными переселенцами 345 Расходы на оплату жилищно-коммунальных услуг ветеранам и инвалидам 346 Расходы на приобретение и доставку топлива ветеранам и инвалидам 347 Компенсация инвалидам расходов на эксплуатацию и техническое обслуживание транспортных средств 348 Расходы на обеспечение лекарственными средствами инвалидов и ветеранов 349 Субвенции бюджетам субъектов Российской Федерации на реализацию Закона Российской Федерации "О статусе Героев Советского Союза, Героев Российской Федерации и полных кавалеров ордена Славы" и Федерального закона "О предоставлении социальных гарантий Героям Социалистического Труда и полным кавалерам ордена Трудовой Славы" 350 Дотации бюджетам закрытых административно-территориальных образований 351 Средства на формирование и использование государственных семенных фондов 352 Расходы на реализацию Федерального закона "О государственной регистрации юридических лиц и индивидуальных предпринимателей" 353 Расходы бюджетов субъектов Российской Федерации и муниципальных образований на изготовление и установку надгробий на могилах Героев Советского Союза, Героев Российской Федерации и полных кавалеров ордена Славы 354 Дотации бюджетам субъектов Российской Федерации на частичное возмещение расходов в связи с повышением тарифной ставки (оклада) первого разряда Единой тарифной сетки по оплате труда работников организаций бюджетной сферы 355 Субвенции Московскому НПО "Радон" на исполнение федеральных полномочий по сбору и утилизации радиоактивных отходов в Центральном регионе 356 Расходы бюджетов субъектов Российской Федерации и муниципальных образований по предоставлению населению субсидий на оплату жилья и коммунальных услуг 357 Бюджетные кредиты из бюджетов субъектов Российской Федерации и муниципальных образований юридическим лицам 358 Средства, передаваемые для компенсации дополнительных расходов, возникших в результате решений, принятых органами власти другого уровня 359 Другие средства, передаваемые по взаимным расчетам 360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361 Дотация на содержание объектов инфраструктуры города Байконура, связанных с арендой космодрома Байконур, и субвенции бюджету города Байконура на капитальные вложения и отселение граждан Российской Федерации 362 Субвенции бюджету города Москвы для осуществления функций столицы Российской Федерации 363 Дотация городу-курорту Сочи 364 Дотации на выравнивание уровня бюджетной обеспеченности субъектов Российской Федерации 365 Дотации бюджетам субъектов Российской Федерации на частичное возмещение расходов по предоставлению населению субсидий по оплате жилья и коммунальных услуг 366 Дотации бюджетам субъектов Российской Федерации на поддержку мер по обеспечению сбалансированности бюджетов 367 Субвенции и субсидии бюджетам муниципальных образований на реализацию федеральных законов 368 Организация временного трудоустройства несовершеннолетних граждан в возрасте от 14 до 18 лет 369 Дотации и субвенции из бюджетов субъектов Российской Федерации 370 НИОКР в целях ликвидации и утилизации вооружений 371 Утилизация и ликвидация вооружений 372 Инспекционная деятельность и другие расходы 373 НИОКР в целях реализации конвенции 374 Демилитаризация и уничтожение объектов по производству химического оружия 375 Расходы на мероприятия по повышению ядерной, радиационной и экологической безопасности и поддержке фундаментальной и прикладной науки 376 Расходы на отселение 377 Компенсация организациям расходов, связанных с исполнением международных обязательств, принятых Российской Федерацией 378 Субвенции бюджетам закрытых административно-территориальных образований на капитальные вложения 379 Субвенции бюджетам закрытых административно-территориальных образований на отселение 380 Мобилизационная подготовка экономики 381 Обеспечение деятельности военных комиссариатов в субъектах Российской Федерации 383 Дотации бюджетам субъектов Российской Федерации на возмещение потерь по акцизам на табачные изделия и акцизам на водку, ликероводочные изделия 384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работающих и проживающих в сельской местности 385 Субвенции на возмещение льгот по оплате жилищно-коммунальных услуг в соответствии с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386 Расходы бюджетов субъектов Российской Федерации и муниципальных образований на компенсацию льгот по оплате жилищно-коммунальных услуг отдельным категориям граждан, работающих и проживающих в сельской местности 387 Расходы на уплату налога на имущество 388 Расходы на введение Общероссийского классификатора видов экономической деятельности 390 Резервный фонд Правительства Российской Федерации 391 Резервный фонд Президента Российской Федерации 392 Резервный фонд Правительства Российской Федерации по предупреждению и ликвидации чрезвычайных ситуаций и последствий стихийных бедствий 393 Выборы в Федеральное Собрание Российской Федерации 394 Выборы в органы законодательной (представительной) власти субъектов Российской Федерации, выборы высшего должностного лица субъекта Российской Федерации, выборы в органы местного самоуправления 395 Выборы Президента Российской Федерации 396 Референдумы Российской Федерации 397 Прочие расходы, не отнесенные к другим видам расходов 398 Поддержка экспортно ориентированных производств (на возвратной основе) 399 Другие ссуды 407 Финансирование природоохранных мероприятий 408 Геологическое изучение недр Российской Федерации для федеральных нужд 410 Геолого-разведочные работы 411 Геологическое изучение недр Российской Федерации, финансируемое из бюджетов субъектов Российской Федерации 412 Геологическое изучение недр континентального шельфа, Мирового океана, Арктики и Антарктики для федеральных нужд 420 Технические работы по ликвидации особо убыточных и неперспективных угольных шахт и разрезов 421 Научно-техническое и проектное обеспечение реструктуризации угольной промышленности 422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423 Реализация программ местного развития и обеспечения занятости для шахтерских городов и поселков 424 Возмещение вреда, причиненного работникам ликвидируемых угольных шахт и разрезов вследствие производственной травмы или производственного заболевания 425 Формирование и использование централизованного резервного фонда социальной поддержки работников ликвидируемых угольных шахт и разрезов 426 Предоставление организациям угольной промышленности инвестиций и средств на разработку научно-технических программ 429 Расходы на управление угольной отраслью 430 Формирование и использование централизованного резервного фонда реструктуризации угольной промышленности 431 Мероприятия по созданию безопасных условий работы в угольной отрасли 435 Резервные фонды исполнительных органов власти субъектов Российской Федерации, резервные фонды органов местного самоуправления 440 Субсидии на услуги, оказываемые населению электро- и теплоснабжающими организациями в субъектах Российской Федерации 441 Субсидии на услуги, предоставляемые населению газоснабжающими организациями в субъектах Российской Федерации 442 Субсидии на услуги, предоставляемые населению организациями водоснабжения и канализации в субъектах Российской Федерации 444 Расходы на прочие структуры и мероприятия в области жилищно-коммунального хозяйства в субъектах Российской Федерации 445 Дотации на выравнивание уровня бюджетной обеспеченности муниципальных образований 446 Средства Бюджета развития Российской Федерации, за исключением связанных кредитов 450 Расходы на мероприятия по обеспечению безопасности гидротехнических сооружений и другие водохозяйственные мероприятия капитального характера 451 Прочие расходы на водохозяйственные мероприятия 454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455 Субвенции на компенсацию тарифов на электроэнергию территориям Дальнего Востока и Архангельской области 456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457 Субсидии на реализацию федеральных программ развития регионов 458 Субсидии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459 Другие дотации 460 Расходы на развитие и функционирование государственной автоматизированной информационной системы "Выборы", повышение правовой культуры избирателей, обучение организаторов выборов 463 Субсидирование процентных ставок по привлеченным кредитам 465 Финансирование мероприятий, направленных на сохранение озера Байкал 470 Субвенции на реализацию Федерального закона "О государственных пособиях гражданам, имеющим детей" 471 Профессиональное обучение безработных граждан 472 Профессиональная ориентация 473 Организация ярмарок вакансий и учебных рабочих мест 474 Информирование населения и работодателей о положении на рынке труда 475 Организация общественных работ 476 Организация временного трудоустройства безработных граждан, особо нуждающихся в социальной защите 477 Социальная адаптация безработных граждан на рынке труда 478 Оказание содействия самозанятости населения 479 Организация временного трудоустройства безработных граждан в возрасте от 18 до 20 лет из числа выпускников учреждений начального и среднего профессионального образования, ищущих работу впервые 480 Финансирование Федеральной целевой программы государственной поддержки развития муниципальных образований и создания условий для реализации конституционных полномочий местного самоуправления 481 Возмещение авиакомпаниям части затрат на уплату лизинговых платежей за воздушные суда российского производства, части затрат на уплату процентов по кредитам, полученным в российских кредитных организациях, на приобретение российских воздушных судов 482 Средства на финансирование политических партий, принимавших участие в выборах депутатов Государственной Думы Федерального Собрания Российской Федерации 483 Средства на финансирование политических партий, принимавших участие в выборах Президента Российской Федерации 490 Финансирование мероприятий по созданию инфраструктуры поддержки малого предпринимательства 491 Расходы на мероприятия по депортации (административному выдворению) 492 Расходы на уличное освещение 493 Расходы по строительству и содержанию автомобильных дорог и инженерных сооружений на них в границах городских и сельских поселений и округов, за исключением объектов федерального и регионального значения 494 Расходы на озеленение 495 Расходы по организации и содержанию мест захоронения 496 Расходы по организации сбора, вывоза, утилизации, переработке бытовых и промышленных отходов и содержанию мест их захоронения 497 Расходы бюджетов субъектов Российской Федерации по строительству и содержанию автомобильных дорог общего пользования регионального значения и инженерных сооружений на них, бюджетов муниципальных образований по строительству и содержанию автомобильных дорог между населенными пунктами в границах муниципального района, за исключением дорог федерального и регионального значения 498 Расходы бюджетов субъектов Российской Федерации на строительство, реконструкцию, ремонт и содержание автомобильных дорог общего пользования и искусственных сооружений на них за счет передаваемых средств федерального бюджета 499 Финансирование мероприятий по охране памятников истории и культуры из бюджетов субъектов Российской Федерации и муниципальных образований 500 Расходы бюджетов субъектов Российской Федерации и муниципальных образований по опеке и попечительству 501 Расходы бюджетов субъектов Российской Федерации по обеспечению агропромышленного комплекса машиностроительной продукцией и племенным скотом на условиях финансового лизинга 509 Расходы на природоохранные мероприятия 522 Текущие расходы организаций на управление дорожным хозяйством 532 Субвенции и субсидии бюджетам субъектов Российской Федерации на финансирование дорожного хозяйства 533 Резерв средств на финансирование работ на федеральных автомобильных дорогах, подвергшихся разрушению в результате обстоятельств непреодолимой силы 538 Субвенции на реализацию программ развития городов как наукоградов Российской Федерации 539 Субвенция на премирование победителей Всероссийского конкурса на звание "Самый благоустроенный город России" 540 Финансирование мероприятий по федеральной целевой программе восстановления экономики и социальной сферы Чеченской Республики 542 Субвенции бюджету города Москвы на выполнение федеральных полномочий по сбору и утилизации радиоактивных отходов в Центральном регионе 554 Субвенции и субсидии бюджетам закрытых административно-территориальных образований на финансирование дорожного хозяйства 556 Субсидии бюджетам субъектов Российской Федерации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557 Субвенции бюджетам субъектов Российской Федерации на реализацию Закона Российской Федерации "О реабилитации жертв политических репрессий" 558 Расходы бюджетов субъектов Российской Федерации и муниципальных образований на возмещение льгот по оплате жилищно-коммунальных услуг, услуг связи, проезда на общественном транспорте городского и пригородного сообщения гражданам, подвергшимся радиационному воздействию вследствие катастрофы на Чернобыльской АЭС, аварии на производственном объединении "Маяк" и ядерных испытаний на Семипалатинском полигоне 559 Средства федерального бюджета на реализацию федеральной адресной инвестиционной программы по стройкам и объектам государственной собственности субъектов Российской Федерации и собственности муниципальных образований 600 Денежное содержание гражданского персонала 601 Денежное довольствие военнослужащих 602 Продовольственное обеспечение военнослужащих 603 Вещевое обеспечение военнослужащих 604 Транспортное обеспечение при проезде в отпуск и на лечение военнослужащих и членов их семей 605 Обеспечение льгот и компенсаций военнослужащим и членам их семей 606 Прочие расходы, связанные с обеспечением личного состава 607 Оплата и хранение специального топлива и горюче-смазочных материалов в рамках государственного оборонного заказа 608 Обеспечение электросвязью в рамках государственного оборонного заказа 609 Транспортное обеспечение в рамках государственного оборонного заказа 610 Содержание, эксплуатация и текущий ремонт вооружения, военной техники и имущества 611 Содержание командных пунктов, специальных объектов и сооружений, аэродромов 612 Содержание испытательных, научно-исследовательских учреждений 613 Содержание и эксплуатация учебных объектов боевой и физической подготовки 614 Квартирно-эксплуатационные расходы 615 Прочие расходы, связанные с боевой подготовкой и материально-техническим обеспечением войск (сил) 616 Фундаментальные и прикладные исследования (включая базовые военные технологии) 617 Ракетные комплексы с межконтинентальными баллистическими ракетами 618 Другая ракетная техника (включая средства ПРО, ЗРК, ЗРС, крылатые ракеты, тактические и оперативно-тактические ракетные комплексы) 619 Космические системы и комплексы (включая средства обеспечения связи, навигации, разведки, предупреждения и контроля космического пространства) 620 Авиационная техника 621 Корабли и катера 622 Автобронетанковая техника 623 Артиллерия 624 Стрелковое и холодное оружие 625 Электронная техника и средства связи 626 Средства радиационной, химической, биологической защиты, инженерного и тылового обеспечения 627 Ядерные боеприпасы 628 Боеприпасы 629 Прочие вооружение, военная и специальная техника, продукция производственно-технического назначения и имущество 630 Специальные объекты 631 Жилой фонд 632 Прочие объекты 633 Расходы на обеспечение учебного процесса военных (специальных) образовательных учреждений 634 Обязательное государственное страхование жизни и здоровья военнослужащих 635 Единовременные пособия в случае гибели (смерти) или повреждения здоровья военнослужащих при исполнении обязанностей военной службы 636 Обеспечение мобилизационной подготовки и подготовки резервов, учебно-сборовые мероприятия 637 Подготовка граждан по военно-учетным специальностям в общественных объединениях и образовательных учреждениях 638 Обучение по программе подготовки офицеров запаса на военных кафедрах при учреждениях высшего профессионального образования всех форм собственности 639 Государственная авиация Российской оборонной спортивно-технической организации (РОСТО) 640 Пособия и компенсации военнослужащим и членам их семей 641 Текущее содержание 642 Оплата отдельных льгот, установленных законодательством 644 Закупки серийной космической техники в рамках федеральной целевой программы 645 Подготовка и участие в международных соревнованиях по авиационным, техническим и военно-прикладным видам спорта 646 Финансирование расходов по организации активного отдыха военнослужащих, проходящих военную службу по контракту, а также других лиц, имеющих право на льготное обеспечение организованным отдыхом в соответствии с действующим законодательством 647 Социальное обеспечение и повышение привлекательности военной службы по контракту 648 Финансирование расходов на организацию розыска пропавших без вести военнослужащих Российской Федерации 650 Содержание Дирекции федеральной целевой программы 700 Подпрограмма "Железнодорожный транспорт" 701 Подпрограмма "Автомобильные дороги" 702 Подпрограмма "Гражданская авиация" 703 Подпрограмма "Единая система организации воздушного движения" 704 Подпрограмма "Морской транспорт" 705 Подпрограмма "Внутренний водный транспорт" 706 Подпрограмма "Внутренние водные пути" 707 Подпрограмма "Реформирование пассажирского транспорта общего пользования" 708 Подпрограмма "Безопасность дорожного движения" 709 Подпрограмма "Информатизация" 710 Подпрограмма "Международные транспортные коридоры" 711 Подпрограмма "Развитие культуры и сохранение культурного наследия России" 712 Подпрограмма "Кинематография России" 713 Подпрограмма "Архивы России" 714 Подпрограмма "Поддержка полиграфии и книгоиздания России (2002-2005 годы)" 715 Подпрограмма "Международно-правовые вопросы и их политический аспект" 716 Подпрограмма "Исследование природы Мирового океана" 719 Подпрограмма "Создание технологий для освоения ресурсов и пространств Мирового океана" 720 Подпрограмма "Военно-стратегические интересы России в Мировом океане" 721 Подпрограмма "Транспортные коммуникации России в Мировом океане" 722 Подпрограмма "Освоение и использование Арктики" 723 Подпрограмма "Изучение и исследование Антарктики" 724 Подпрограмма "Создание единой системы информации об обстановке в Мировом океане" 725 Мероприятия государственного заказчика-координатора 726 Подпрограмма "Дети-инвалиды" 727 Подпрограмма "Профилактика безнадзорности и правонарушений несовершеннолетних" 731 Подпрограмма "Одаренные дети" 733 Подпрограмма "Дети-сироты" 736 Подпрограмма "Физическое воспитание и оздоровление детей, подростков и молодежи в Российской Федерации (2002-2005 годы)" 737 Подпрограмма "Сахарный диабет" 738 Подпрограмма "Неотложные меры борьбы с туберкулезом в России" 739 Подпрограмма "Вакцинопрофилактика" 740 Подпрограмма "Неотложные меры по предупреждению распространения в Российской Федерации заболевания, вызываемого вирусом иммунодефицита человека (Анти-ВИЧ/СПИД)" 744 Подпрограмма "Сохранение и развитие исторического центра г. Санкт-Петербурга" 745 Подпрограмма "Возрождение, строительство, реконструкция и реставрация исторических малых и средних городов России в условиях экономической реформы" 746 Подпрограмма "Обеспечение функционирования и развития системы ГЛОНАСС" 747 Подпрограмма "Внедрение и использование спутниковых навигационных систем в интересах транспорта" 748 Подпрограмма "Использование спутниковых навигационных систем для геодезического обеспечения территории России" 749 Подпрограмма "Разработка, подготовка производства, изготовление навигационного оборудования и аппаратуры для гражданских потребителей" 750 Подпрограмма "Обеспечение использования спутниковых навигационных систем в интересах специальных потребителей" 751 Подпрограмма "Реформирование предприятий атомной промышленности (ядерно-оружейного комплекса) на 2002-2006 годы" 752 Подпрограмма "Реформирование и модернизация жилищно-коммунального комплекса Российской Федерации" 753 Подпрограмма "Обеспечение жильем участников ликвидации последствий радиационных аварий и катастроф" 755 Подпрограмма "Обеспечение жильем граждан Российской Федерации, подлежащих отселению с комплекса "Байконур" 756 Подпрограмма "Переселение граждан Российской Федерации из ветхого и аварийного жилищного фонда" 757 Подпрограмма "Обеспечение жильем молодых семей" 758 Подпрограмма "Государственные жилищные сертификаты" на 2004-2010 годы 760 Мероприятия по обеспечению жильем отдельных категорий граждан 761 Мероприятия по реализации Федерального закона "О жилищных субсидиях гражданам, выезжающим из районов Крайнего Севера и приравненных к ним местностей" 762 Подпрограмма "Обращение с радиоактивными отходами и отработавшими ядерными материалами, их утилизация и захоронение" 763 Подпрограмма "Безопасность атомной промышленности России" 764 Подпрограмма "Безопасность атомных электростанций и исследовательских ядерных установок" 765 Подпрограмма "Атомные электростанции и ядерные энергетические установки нового поколения с повышенной безопасностью" 766 Подпрограмма "Совершенствование системы подготовки, переподготовки и повышения квалификации кадров" 767 Подпрограмма "Организация системы государственного учета и контроля ядерных материалов и системы государственного учета и контроля радиоактивных веществ и радиоактивных отходов" 768 Подпрограмма "Ядерная и радиационная безопасность на предприятиях судостроительной промышленности" 769 Подпрограмма "Защита населения и территорий от последствий возможных радиационных аварий" 770 Подпрограмма "Методическое обеспечение деятельности по защите населения и реабилитации территорий, подвергшихся радиоактивному загрязнению" 771 Подпрограмма "Создание Единой государственной автоматизированной системы контроля радиационной обстановки на территории Российской Федерации" 772 Подпрограмма "Снижение уровня облучения населения и техногенного загрязнения окружающей среды природными радионуклидами" 773 Подпрограмма "Организация единой государственной системы контроля и учета индивидуальных доз облучения граждан и состояние здоровья групп риска населения, подверженных повышенным уровням радиационного воздействия" 774 Подпрограмма "Организация системы медицинского обслуживания и охраны труда работников, подверженных облучению на производстве" 775 Подпрограмма "Организация системы медицинского обслуживания лиц из групп риска населения, подверженных повышенным уровням радиационного воздействия" 776 Подпрограмма "Оказание специализированной медицинской помощи при ликвидации последствий радиационных аварий" 777 Подпрограмма "Средства и методы исследования и анализа воздействия ядерно- и радиационно-опасных объектов на природную среду и человека" 778 Подпрограмма "Методы анализа и обоснования безопасности ядерно- и радиационно-опасных объектов" 779 Подпрограмма "Стратегия обеспечения ядерной и радиационной безопасности России" 780 Подпрограмма "Разработка федеральных норм и правил по ядерной безопасности и радиационной безопасности (технические аспекты)" 781 Подпрограмма "Разработка федеральных норм и правил по радиационной безопасности (санитарно-гигиенические аспекты)" 782 Подпрограмма "Обеспечение жильем беженцев и вынужденных переселенцев в Российской Федерации" 784 Подпрограмма "Леса" 785 Подпрограмма "Водные ресурсы и водные объекты" 786 Подпрограмма "Водные биологические ресурсы и аквакультура" 787 Подпрограмма "Регулирование качества окружающей природной среды" 788 Подпрограмма "Отходы" 789 Подпрограмма "Поддержка особо охраняемых природных территорий" 790 Подпрограмма "Сохранение редких и исчезающих видов животных и растений" 791 Подпрограмма "Охрана озера Байкал и Байкальской природной территории" 792 Подпрограмма "Возрождение Волги" 794 Подпрограмма "Гидрометеорологическое обеспечение безопасной жизнедеятельности и рационального природопользования" 795 Подпрограмма "Прогрессивные технологии картографо-геодезического обеспечения" 796 Подпрограмма "О мерах по развитию онкологической помощи населению Российской Федерации" 797 Подпрограмма "Преодоление последствий аварии на Чернобыльской АЭС" 798 Подпрограмма "Преодоление последствий аварий на производственном объединении "Маяк" 799 Подпрограмма "Преодоление последствий ядерных испытаний на Семипалатинском полигоне" 800 Подпрограмма "Сохранение и развитие исторического центра г. Казани" 802 Подпрограмма "Строительство и реконструкция следственных изоляторов и тюрем Министерства юстиции Российской Федерации, а также строительство жилья для персонала указанных учреждений на 2002-2006 годы" 803 Подпрограмма "Реформирование промышленного сектора уголовно-исполнительной системы и содействие трудовой занятости осужденных на 2002-2006 годы" 804 Подпрограмма "Совершенствование Всероссийской службы медицины катастроф" 808 Подпрограмма "О мерах по предупреждению дальнейшего распространения заболеваний, передаваемых половым путем" 809 Подпрограмма "Энергоэффективность топливно-энергетического комплекса" 810 Подпрограмма "Безопасность и развитие атомной энергетики" 811 Подпрограмма "Энергоэффективность в сфере потребления" 812 Подпрограмма "Информационное обеспечение управления недвижимостью, реформирования и регулирования земельных и имущественных отношений" 813 Развитие новых направлений биотехнологии и обеспечение биологической безопасности 814 Вакцины нового поколения и медицинские диагностические системы будущего 815 Подпрограмма "Создание высокотехнологичных установок, машин и оборудования для морской добычи нефти, газа и освоения углеводородных месторождений на континентальном шельфе Арктики на 2003-2012 годы" 820 Подпрограмма "Здоровый ребенок" 850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чернобыльской катастрофы 851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аварии на производственном объединении "Маяк" 852 Средства федерального бюджета, передаваемые Фонду социального страхования Российской Федерации на выплату компенсаций и пособий гражданам, пострадавшим вследствие ядерных испытаний на Семипалатинском полигоне 853 Возмещение расходов, произведенных Фондом социального страхования Российской Федерации сверх сумм, поступивших из федерального бюджета в 1994-2001 годах на выплату пособий, санаторно-курортное лечение граждан, подвергшихся воздействию радиации вследствие чернобыльской катастрофы 900 Выплата базовой части трудовой пенсии 901 Выплата страховой части трудовой пенсии, пособий и компенсаций 902 Выплата пенсий гражданам, выехавшим на постоянное жительство за пределы Российской Федерации 907 Выплаты пенсий по государственному пенсионному обеспечению, пособий и компенсаций, финансируемых за счет средств федерального бюджета 911 Выплата пенсий и пособий другим категориям граждан 912 Выплата пенсий, назначенных досрочно, гражданам, признанным безработными, пособий 913 Выплата доплаты к пенсии членам летных экипажей воздушных судов гражданской авиации 914 Выплаты дополнительного ежемесячного пожизненного материального обеспечения работникам ядерного оружейного комплекса Российской Федерации 918 Расходы Пенсионного фонда Российской Федерации на оказание социальной помощи 919 Прочие расходы Пенсионного фонда Российской Федерации, не отнесенные к другим видам расходов 930 Расходы Федерального фонда обязательного медицинского страхования на компьютеризацию системы обязательного медицинского страхования 931 Расходы Федерального фонда обязательного медицинского страхования на информационно-публицистическую деятельность 932 Расходы Федерального фонда обязательного медицинского страхования на финансирование целевых программ оказания медицинской помощи по обязательному медицинскому страхованию 933 Расходы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 включая нормированный страховой запас 934 Расходы Федерального фонда обязательного медицинского страхования на проведение региональных совещаний и конференций 940 Пособия по временной нетрудоспособности по обязательному социальному страхованию 941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942 Пособия по беременности и родам 943 Пособия по уходу за ребенком до достижения им возраста полутора лет 944 Пособия при рождении ребенка 945 Пособия на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 946 Другие социальные пособия за счет средств Фонда социального страхования Российской Федерации 947 Единовременные страховые выплаты 948 Ежемесячные страховые выплаты 949 Доставка и пересылка страховых выплат 950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за счет средств Фонда социального страхования Российской Федерации 951 Оплата путевок на санаторно-курортное лечение работников за счет средств Фонда социального страхования Российской Федерации 952 Оздоровление детей за счет средств Фонда социального страхования Российской Федерации 953 Средства Фонда социального страхования Российской Федерации, передаваемые Минтруду России на финансирование научно-исследовательских работ по охране труда 954 Подготовка и повышение квалификации кадров, проведение региональных совещаний и конференций Фонда социального страхования Российской Федерации 955 Средства Фонда социального страхования Российской Федерации, передаваемые Минтруду России для осуществления мероприятий по обучению по охране труда отдельных категорий застрахованных 956 Частичное содержание детско-юношеских спортивных школ за счет средств Фонда социального страхования Российской Федерации 957 Государственные капитальные вложения на центры реабилитации Фонда социального страхования Российской Федерации"</w:t>
      </w:r>
    </w:p>
    <w:p>
      <w:r>
        <w:t>в приложении 6 "Экономическая классификация расходов бюджетов Российской Федерации": а) предметную статью "110500 Транспортные услуги" дополнить подстатьями следующего содержания: "110510 Расходы на обязательное страхование гражданской ответственности владельцев транспортных средств 110520 Транспортные услуги (за исключением расходов на обязательное страхование гражданской ответственности владельцев транспортных средств)"; б) подстатью "111010 Оплата услуг научно-исследовательских организаций" изложить в следующей редакции: "111010 Оплата научно-исследовательских, опытно-конструкторских и технологических работ"; в) в подстатье "121050 Прочие расходы, связанные с обслуживанием государственного внешнего долга Российской Федерации": элемент расходов "121051 Выплата процентов по кредитам Центрального банка Российской Федерации" изложить в следующей редакции: "121051 Выплата процентов по кредитам Внешэкономбанка, предоставленным за счет средств Центрального банка Российской Федерации" и после него дополнить элементом расходов следующего содержания: "121052 Другие расходы"; г) подстатью "130150 Субвенции" дополнить элементами расходов следующего содержания: "130151 Гранты 130152 Другие субвенции"; подстатью "130220 Трансферты неприбыльным организациям" статьи "130200 Текущие трансферты" исключить; д) в подгруппе "260000 ПРИОБРЕТЕНИЕ ЗЕМЛИ, НЕМАТЕРИАЛЬНЫХ АКТИВОВ И ДРУГИХ АКТИВОВ": наименование изложить в следующей редакции: "260000 ПРИОБРЕТЕНИЕ НЕМАТЕРИАЛЬНЫХ АКТИВОВ И ДРУГИХ АКТИВОВ"; статью "260100 Приобретение земли" исключить; е) в предметной статье "270100 Капитальные трансферты внутри страны": наименование подстатьи "270110 Трансферты бюджетам других уровней" изложить в следующей редакции: "270110 Трансферты другим бюджетам бюджетной системы"; после подстатьи "270150 Субсидии гражданам на приобретение (строительство) жилья" дополнить подстатьей следующего содержания: "270160 Трансферты на капитальные вложения в основные средства другим бюджетам бюджетной системы"</w:t>
      </w:r>
    </w:p>
    <w:p>
      <w:r>
        <w:t>в приложении 7 "Классификация источников внутреннего финансирования дефицитов бюджетов Российской Федерации": а) источники "01300 Прочие государственные ценные бумаги 01301 Привлечение средств 01302 Погашение основной суммы задолженности" изложить в следующей редакции: "01090 Прочие государственные ценные бумаги 01091 Привлечение средств 01092 Погашение основной суммы задолженности"; б) источник "04200 Поступления от продажи акций, находящихся в государственной и муниципальной собственности" изложить в следующей редакции: "04200 Поступления от продажи акций, находящихся в государственной и муниципальной собственности, и их приобретение"; в) после источника "04210 Поступления от продажи акций, находящихся в федеральной собственности" дополнить источником следующего содержания: "04211 Приобретение акций в федеральную собственность"; г) после источника "04220 Поступления от продажи акций, находящихся в собственности субъектов Российской Федерации" дополнить источником следующего содержания: "04221 Приобретение акций в собственность субъектов Российской Федерации"; д) после источника "04230 Поступления от продажи акций, находящихся в муниципальной собственности" дополнить источником следующего содержания: "04231 Приобретение акций в муниципальную собственность"; е) источник "04300 Поступления от продажи земельных участков, находящихся в государственной собственности до разграничения государственной собственности на землю, а также от продажи права на заключение договоров аренды этих земельных участков" изложить в следующей редакции: "04300 Поступления от продажи земельных участков, находящихся в государственной и муниципальной собственности, а также от продажи права на заключение договоров аренды этих земельных участков и приобретение земельных участков"; ж) источник "04310 Поступления от продажи земельных участков, на которых расположены объекты недвижимого имущества, находившиеся до отчуждения в федеральной собственности, зачисляемые в федеральный бюджет" изложить в следующей редакции: "04310 Поступления от продажи земельных участков до разграничения государственной собственности на землю, на которых расположены объекты недвижимого имущества, находившиеся до отчуждения в федеральной собственности, зачисляемые в федеральный бюджет"; з) источник "04340 Поступления от продажи иных земельных участков, а также от продажи права на заключение договоров их аренды" изложить в следующей редакции: "04340 Поступления от продажи иных земельных участков до разграничения государственной собственности на землю, а также от продажи права на заключение договоров их аренды"; и) после источника "04353 Поступления от продажи земельных участков после разграничения собственности на землю, а также от продажи права на заключение договоров их аренды, зачисляемые в местные бюджеты" дополнить источниками следующего содержания: "04360 Приобретение земельных участков для государственных и муниципальных нужд 04361 Приобретение земельных участков для федеральных нужд 04362 Приобретение земельных участков для нужд субъектов Российской Федерации 04363 Приобретение земельных участков для нужд муниципальных образований"; к) источник "04400 Перечисление коммерческими банками сумм процентов по средствам, аккумулируемым ими в ходе проведения аукционов по продаже акций, находящихся в государственной или муниципальной собственности" изложить в следующей редакции: "04400 Перечисление коммерческими банками сумм процентов по средствам, аккумулируемым ими в ходе проведения аукционов по продаже акций, находящихся в государственной и муниципальной собственности"; л) группу источников "05000 Приобретение акций в государственную и муниципальную собственность 05010 Приобретение акций в федеральную собственность 05020 Приобретение акций в собственность субъектов Российской Федерации 05030 Приобретение акций в муниципальную собственность" исключить; м) источник "09020 Расходы по финансированию государственных запасов драгоценных металлов и драгоценных камней" изложить в следующей редакции: "09020 Затраты на приобретение государственных запасов драгоценных металлов и драгоценных камней"; н) группу источников "10000 Изменение остатков средств бюджетов" изложить в следующей редакции: "10000 Изменение остатков средств бюджетов 10001 Остатки средств бюджетов на начало отчетного периода 10002 Остатки средств бюджетов на конец отчетного периода 10100 Изменение остатков финансового резерва бюджетов 10110 Изменение остатков денежных средств финансового резерва 10111 Остатки денежных средств финансового резерва на начало отчетного периода 10112 Остатки денежных средств финансового резерва на конец отчетного периода 10120 Изменение остатков ценных бумаг финансового резерва 10121 Остатки ценных бумаг финансового резерва на начало отчетного периода 10122 Остатки ценных бумаг финансового резерва на конец отчетного периода 10200 Изменение остатка Стабилизационного фонда Российской Федерации 10211 Остаток Стабилизационного фонда Российской Федерации на начало отчетного периода 10212 Остаток Стабилизационного фонда Российской Федерации на конец отчетного периода 10300 Изменение иных остатков денежных средств бюджетов и остатков бюджетов в ценных бумагах 10310 Изменение иных остатков денежных средств бюджетов 10311 Остатки иных денежных средств бюджетов на начало отчетного периода 10312 Остатки иных денежных средств бюджетов на конец отчетного периода 10320 Изменение остатков бюджетов в ценных бумагах 10321 Остатки бюджетов в ценных бумагах на начало отчетного периода 10322 Остатки бюджетов в ценных бумагах на конец отчетного периода"; о) группу источников "11000 Изменение остатков средств Пенсионного фонда Российской Федерации" изложить в следующей редакции: "11000 Изменение остатков средств Пенсионного фонда Российской Федерации 11100 Изменение остатков средств финансового резерва Пенсионного фонда Российской Федерации 11101 Изменение остатков средств финансового резерва Пенсионного фонда Российской Федерации, размещенных в ценные бумаги 11102 Изменение остатков денежных средств финансового резерва Пенсионного фонда Российской Федерации 11110 Остатки средств финансового резерва Пенсионного фонда Российской Федерации на начало отчетного периода 11111 Остатки средств финансового резерва Пенсионного фонда Российской Федерации, размещенных в ценные бумаги, на начало отчетного периода 11112 Остатки денежных средств финансового резерва Пенсионного фонда Российской Федерации на начало отчетного периода 11120 Остатки средств финансового резерва Пенсионного фонда Российской Федерации на конец отчетного периода 11121 Остатки средств финансового резерва Пенсионного фонда Российской Федерации, размещенных в ценные бумаги, на конец отчетного периода 11121 Остатки денежных средств финансового резерва Пенсионного фонда Российской Федерации на конец отчетного периода 11200 Изменение остатков средств пенсионных накоплений 11201 Изменение остатков средств пенсионных накоплений, временно размещенных в ценные бумаги 11202 Изменение остатков средств пенсионных накоплений, переданных управляющим компаниям 11203 Изменение остатков денежных средств пенсионных накоплений 11210 Остатки средств пенсионных накоплений на начало отчетного периода 11211 Остатки средств пенсионных накоплений, временно размещенных в ценные бумаги, на начало отчетного периода 11212 Остатки средств пенсионных накоплений, переданных управляющим компаниям, на начало отчетного периода 11213 Остатки денежных средств пенсионных накоплений на начало отчетного периода 11220 Остатки средств пенсионных накоплений на конец отчетного периода 11221 Остатки средств пенсионных накоплений, временно размещенных в ценные бумаги, на конец отчетного периода 11222 Остатки средств пенсионных накоплений, переданных управляющим компаниям, на конец отчетного периода 11223 Остатки денежных средств пенсионных накоплений на конец отчетного периода"; п) группу источников "12000 Изменение остатков средств Фонда социального страхования Российской Федерации" изложить в следующей редакции: "12000 Изменение остатков средств Фонда социального страхования Российской Федерации 12001 Изменение остатков средств Фонда социального страхования Российской Федерации по обязательному социальному страхованию 12002 Изменение остатков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12003 Изменение остатков средств резерва на осуществление обязательного социального страхования от несчастных случаев на производстве и профессиональных заболеваний 12010 Остатки средств Фонда социального страхования Российской Федерации на начало отчетного периода 12011 Остатки средств Фонда социального страхования Российской Федерации по обязательному социальному страхованию на начало отчетного периода 12012 Остатки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на начало отчетного периода 12013 Остатки средств резерва на осуществление обязательного социального страхования от несчастных случаев на производстве и профессиональных заболеваний на начало отчетного периода 12020 Остатки средств Фонда социального страхования Российской Федерации на конец отчетного периода 12021 Остатки средств Фонда социального страхования Российской Федерации по обязательному социальному страхованию на конец отчетного периода 12022 Остатки средств Фонда социального страхования Российской Федерации по обязательному социальному страхованию от несчастных случаев на производстве и профессиональных заболеваний на конец отчетного периода 12023 Остатки средств резерва на осуществление обязательного социального страхования от несчастных случаев на производстве и профессиональных заболеваний на конец отчетного периода"; р) группу источников "13000 Изменение остатков средств Федерального фонда обязательного медицинского страхования" изложить в следующей редакции: "13000 Изменение остатков средств Федерального фонда обязательного медицинского страхования 13001 Остатки средств Федерального фонда обязательного медицинского страхования на начало отчетного периода 13002 Остатки средств Федерального фонда обязательного медицинского страхования на конец отчетного периода"; с) группу источников "14000 Изменение остатков средств территориальных фондов обязательного медицинского страхования" изложить в следующей редакции: "14000 Изменение остатков средств территориальных фондов обязательного медицинского страхования 14001 Остатки средств территориальных фондов обязательного медицинского страхования на начало отчетного периода 14002 Остатки средств территориальных фондов обязательного медицинского страхования на конец отчетного периода"; т) дополнить группой источников следующего содержания: "15000 Курсовая разница 15010 Курсовая разница Стабилизационного фонда Российской Федерации 15020 Курсовая разница иных остатков средств бюджетов"; _____________ В иных остатках средств бюджетов отражаются остатки средств, не включенные в финансовый резерв бюджетов и Стабилизационный фонд Российской Федерации. В иных остатках средств бюджетов отражаются остатки средств, не включенные в финансовый резерв бюджетов и Стабилизационный фонд Российской Федерации. 8) (Утратил силу - Федеральный закон от 23.12.2004 г. N 174-ФЗ ) 9) (Утратил силу - Федеральный закон от 23.12.2004 г. N 174-ФЗ )</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настоящего Федерального закона распространяется на отношения, возникающие при составлении и исполнении бюджетов всех уровней начиная с 1 января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