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об адаптации Договора об обычных вооруженных силах в Европе</w:t>
      </w:r>
    </w:p>
    <w:p>
      <w:r>
        <w:rPr>
          <w:b/>
        </w:rPr>
        <w:t>Статья None. Федеральный закон   от 19.07.2004 № 64-ФЗ</w:t>
      </w:r>
    </w:p>
    <w:p>
      <w:r>
        <w:t>О ратификации Соглашения об адаптации Договора об обычных вооруженных силах в Европе РОССИЙСКАЯ ФЕДЕРАЦИЯ ФЕДЕРАЛЬНЫЙ ЗАКОН О ратификации Соглашения об адаптации Договора об обычных вооруженных силах в Европе Принят Государственной Думой 25 июня 2004 года Одобрен Советом Федерации 7 июля 2004 года Ратифицировать Соглашение об адаптации Договора об обычных вооруженных силах в Европе, подписанное в городе Стамбуле 19 ноября 1999 года. Президент Российской Федерации В.Путин Москва, Кремль 19 июля 2004 года № 64-ФЗ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