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2004 год" и признании утратившими силу некоторых положений законодательных актов Российской Федерации</w:t>
      </w:r>
    </w:p>
    <w:p>
      <w:r>
        <w:rPr>
          <w:b/>
        </w:rPr>
        <w:t>Статья 1</w:t>
      </w:r>
    </w:p>
    <w:p>
      <w:r>
        <w:t>Внести в Федеральный закон от 23 декабря 2003 года № 186-ФЗ "О федеральном бюджете на 2004 год" (Собрание законодательства Российской Федерации, 2003, № 52, ст. 5038; 2004, № 27, ст. 2711; № 31, ст. 3221; № 34, ст. 3535) следующие изменения</w:t>
      </w:r>
    </w:p>
    <w:p>
      <w:r>
        <w:t>статью 1 изложить в следующей редакции: "Статья 1. Утвердить федеральный бюджет на 2004 год по расходам в сумме 2 768 085,8 млн. рублей и доходам в сумме 3 273 844,6 млн. рублей исходя из прогнозируемого объема валового внутреннего продукта в сумме 16 130 млрд. рублей и уровня инфляции (потребительских цен) 10 процентов (декабрь 2004 года к декабрю 2003 года). Установить, что в доходы федерального бюджета на 2004 год зачисляются поступления единого социального налога, направляемые в бюджет Пенсионного фонда Российской Федерации на выплату базовой части трудовой пенсии. Установить превышение доходов над расходами федерального бюджета в сумме 505 758,8 млн. рублей."</w:t>
      </w:r>
    </w:p>
    <w:p>
      <w:r>
        <w:t>часть первую статьи 2 дополнить абзацем следующего содержания: "часть превышения доходов над расходами федерального бюджета, установленного статьей 1 настоящего Федерального закона."</w:t>
      </w:r>
    </w:p>
    <w:p>
      <w:r>
        <w:t>часть первую статьи 4 изложить в следующей редакции: "Статья 4. Установить, что в 2004 году предельный размер ассигнований федерального бюджета на предоставление кредитов иностранным государствам, их юридическим лицам, а также на инвестиции за пределами территории Российской Федерации составляет до 21 163,8 млн. рублей, в том числе в сумме: до 20 280,7 млн. рублей на реализацию Программы предоставления Российской Федерацией государственных кредитов иностранным государствам, их юридическим лицам, а также инвестиций за пределами территории Российской Федерации на 2004 год; до 883,1 млн. рублей на инвестиции в Республику Армения за счет досрочного погашения основного долга Республики Армения перед Российской Федерацией в соответствии с Федеральным законом от 9 июня 2003 года № 71-ФЗ "О ратификации договоров между Правительством Российской Федерации и Правительством Республики Армения о передаче имущества, находящегося в государственной собственности Республики Армения, для погашения задолженности по государственным кредитам, предоставленным Правительством Российской Федерации Правительству Республики Армения"."</w:t>
      </w:r>
    </w:p>
    <w:p>
      <w:r>
        <w:t>в части первой статьи 5 слова "в сумме до 99,31 млн. рублей" заменить словами "в сумме до 112,14 млн. рублей"</w:t>
      </w:r>
    </w:p>
    <w:p>
      <w:r>
        <w:t>в статье 17 слова "Российским агентством по патентам и товарным знакам" заменить словами "Федеральной службой по интеллектуальной собственности, патентам и товарным знакам"</w:t>
      </w:r>
    </w:p>
    <w:p>
      <w:r>
        <w:t>в статье 22 слова "Российским агентством по государственным резервам" заменить словами "Федеральным агентством по государственным резервам"</w:t>
      </w:r>
    </w:p>
    <w:p>
      <w:r>
        <w:t>в части первой статьи 28 слова "Министерства Российской Федерации по связи и информатизации" заменить словами "Федерального агентства связи"</w:t>
      </w:r>
    </w:p>
    <w:p>
      <w:r>
        <w:t>статью 35 изложить в следующей редакции: "Статья 35. Правительство Российской Федерации вправе в ходе исполнения Федерального закона "О федеральном бюджете на 2004 год" вносить по представлению главных распорядителей средств федерального бюджета сверх пределов, установленных Бюджетным кодексом Российской Федерации, изменения в: ведомственную и функциональную структуры расходов федерального бюджета - в случае передачи полномочий по финансированию отдельных учреждений, мероприятий или видов расходов; ведомственную, функциональную и экономическую структуры расходов федерального бюджета - при передаче органам государственной власти субъектов Российской Федерации в порядке регулирования межбюджетных отношений средств на осуществление отдельных государственных полномочий; ведомственную, функциональную и экономическую структуры расходов федерального бюджета - при передаче ассигнований, предусмотренных по подразделу "Прочие расходы, не отнесенные к другим подразделам" раздела "Прочие расходы" функциональной классификации расходов бюджетов Российской Федерации на уплату налога на имущество организаций в соответствии со статьей 99 настоящего Федерального закона; ведомственную структуру расходов федерального бюджета - по результатам использования средств государственных внешних заимствований Российской Федерации, а также в случае неполного освоения средств международных кредитов (займов) с учетом соглашений об их предоставлении; экономическую структуру расходов федерального бюджета - в случае образования в ходе исполнения федерального бюджета на 2004 год экономии по отдельным статьям экономической классификации расходов бюджетов Российской Федерации; функциональную и экономическую структуры расходов федерального бюджета - в случае обращения взыскания на средства федерального бюджета по денежным обязательствам получателей бюджетных средств на основании исполнительных листов судебных органов; функциональную структуру расходов федерального бюджета - в случае принятия решения о преобразовании государственных учреждений, выполняющих контрольные и надзорные функции, в территориальные органы федеральных органов исполнительной власти; ведомственную, функциональную и экономическую структуры расходов федерального бюджета - на суммы средств, выделяемых федеральным органам исполнительной власти и бюджетам субъектов Российской Федерации за счет средств резервных фондов, субвенций, поступающих из бюджета Союзного государства, единого бюджета органов Содружества Независимых Государств и бюджета Евразийского экономического сообщества, а также в случаях, предусмотренных статьями 40, 47, 48, 54, 56, 67, 68, 86, 93, 94, 100, 104, 120, 129, 130, 133 и 134 настоящего Федерального закона; ведомственную, функциональную и экономическую структуры расходов федерального бюджета по федеральным органам исполнительной власти, в которых законодательством Российской Федерации предусмотрена военная и приравненная к ней служба, - на суммы средств, предусмотренных для Министерства внутренних дел Российской Федерации на проведение контртеррористических мероприятий на территории Северо-Кавказского региона и на обеспечение единовременных выплат в связи с гибелью, ранением (контузией, заболеванием) личного состава, предусмотренных для соответствующих федеральных органов исполнительной власти, а также на суммы средств, поступающих в федеральный бюджет от возврата выданных военнослужащим беспроцентных ссуд на обзаведение имуществом первой необходимости, для их направления в качестве дополнительного источника бюджетного финансирования на те же цели сверх сумм, установленных на текущее содержание указанных федеральных органов исполнительной власти в 2004 году; ведомственную, функциональную и экономическую структуры расходов федерального бюджета - на суммы остатков средств федерального бюджета на 1 января 2004 года на счетах Главного управления федерального казначейства Министерства финансов Российской Федерации и суммы ассигнований на 2003 год, не полностью использованных на 1 января 2004 года, в соответствии со статьей 89 настоящего Федерального закона и пунктом 13 приложения 12 (секретно) к настоящему Федеральному закону; ведомственную, функциональную и экономическую структуры расходов федерального бюджета - на сумму 3 000,0 млн. рублей для финансирования мероприятий по антитеррористической деятельности согласно перечню, утверждаемому Правительством Российской Федерации; ведомственную, функциональную и экономическую структуры расходов федерального бюджета - при проведении в 2004 году взаимных расчетов между главными распорядителями средств федерального бюджета по основаниям, предусмотренным законодательными и иными нормативными правовыми актами Российской Федерации, по содержанию и обслуживанию войск (воинских формирований, военных судов, органов, учреждений и органов уголовно-исполнительной системы), подготовке военных кадров и других видов обеспечения, осуществленных в 2004 году; иных случаях, установленных бюджетным законодательством Российской Федерации."</w:t>
      </w:r>
    </w:p>
    <w:p>
      <w:r>
        <w:t>в статье 46: в абзаце втором слова "в сумме 49 910 240,0 тыс. рублей" заменить словами "в сумме 56 210 238,1 тыс. рублей"; в абзаце третьем слова "в сумме 3 300 000,0 тыс. рублей" заменить словами "в сумме 6 300 000,0 тыс. рублей"; в абзаце четвертом слова "в сумме 25 112 010,0 тыс. рублей" заменить словами "в сумме 25 103 810,0 тыс. рублей"</w:t>
      </w:r>
    </w:p>
    <w:p>
      <w:r>
        <w:t>в статье 47: в пункте 3 части первой: в абзаце втором слова "в сумме 7 293 000,0 тыс. рублей" заменить словами "в сумме 14 847 208,2 тыс. рублей"; в абзаце третьем слова "в сумме 21 564 737,0 тыс. рублей" заменить словами "в сумме 20 310 526,9 тыс. рублей"; в части третьей слова "абзацах втором и третьем" заменить словами "абзацах втором, третьем и четвертом"; дополнить частью четвертой следующего содержания: "Установить, что увеличение размеров субвенций на реализацию Федерального закона от 19 мая 1995 года № 81-ФЗ "О государственных пособиях гражданам, имеющим детей" осуществляется при отсутствии задолженности по реализации других федеральных законов, исполнение которых предусмотрено за счет средств Фонда компенсаций."</w:t>
      </w:r>
    </w:p>
    <w:p>
      <w:r>
        <w:t>в части первой статьи 51 слова "в сумме 3 300 000,0 тыс. рублей" заменить словами "в сумме 6 300 000,0 тыс. рублей"</w:t>
      </w:r>
    </w:p>
    <w:p>
      <w:r>
        <w:t>часть первую статьи 52 изложить в следующей редакции: "Статья 52. Утвердить согласно приложению 36 к настоящему Федеральному закону размер дотаций бюджетам субъектов Российской Федерации на поддержку мер по обеспечению сбалансированности бюджетов субъектов Российской Федерации в сумме 21 794 335,0 тыс. рублей, из которых 6 600 000,0 тыс. рублей направляется в бюджеты субъектов Российской Федерации при отсутствии задолженности бюджетов субъектов Российской Федерации по оплате льгот, предоставленных в соответствии с Федеральным законом от 24 ноября 1995 года № 181-ФЗ "О социальной защите инвалидов в Российской Федерации", включая оплату льгот по предоставлению жилищно-коммунальных услуг."</w:t>
      </w:r>
    </w:p>
    <w:p>
      <w:r>
        <w:t>в статье 53 слова "от 21 декабря 2002 года" заменить словами "от 24 декабря 2002 года"</w:t>
      </w:r>
    </w:p>
    <w:p>
      <w:r>
        <w:t>в статье 54: в части первой: в абзаце втором слова "в сумме 8 291 311,0 тыс. рублей" заменить словами "в сумме 8 327 409,0 тыс. рублей"; в абзаце третьем слова "в сумме 652 892,0 тыс. рублей" заменить словами "в сумме 616 794,0 тыс. рублей"; в абзаце седьмом слова "в сумме 3 934 715,0 тыс. рублей" заменить словами "в сумме 3 894 715,0 тыс. рублей"; в абзаце восьмом слова "в сумме 863 767,0 тыс. рублей" заменить словами "в сумме 903 767,0 тыс. рублей"; в части второй слова "в сумме 652 892,0 тыс. рублей" заменить словами "в сумме 616 794,0 тыс. рублей"</w:t>
      </w:r>
    </w:p>
    <w:p>
      <w:r>
        <w:t>дополнить статьей 791 следующего содержания: "Статья 791. Правительство Российской Федерации направляет в 2004 году средства в размере 5 000,0 млн. рублей в качестве взноса Российской Федерации в уставный капитал открытого акционерного общества "Росагролизинг"."</w:t>
      </w:r>
    </w:p>
    <w:p>
      <w:r>
        <w:t>в статье 86 слова "Министерству сельского хозяйства Российской Федерации" заменить словами "Федеральному агентству по сельскому хозяйству"</w:t>
      </w:r>
    </w:p>
    <w:p>
      <w:r>
        <w:t>часть вторую статьи 88 изложить в следующей редакции: "Погашение задолженности может производиться денежными средствами, в том числе в иностранной валюте, предоставлением драгоценных металлов, а также по отдельным решениям Правительства Российской Федерации - недвижимого имущества субъектов Российской Федерации, передаваемого в соответствии с законодательством Российской Федерации в федеральную собственность."</w:t>
      </w:r>
    </w:p>
    <w:p>
      <w:r>
        <w:t>дополнить статьей 881 следующего содержания: "Статья 881. Установить, что неисполненные обязательства субъектов Российской Федерации по погашению консолидированной задолженности, возникшие в результате проведения реструктуризации задолженности по государственным кредитам в соответствии со статьей 85 Федерального закона от 30 декабря 2001 года № 194-ФЗ "О федеральном бюджете на 2002 год", исполняются в соответствии с графиком, установленным абзацем вторым части пятой статьи 88 настоящего Федерального закона, с начислением процентов за пользование денежными средствами в размере, указанном в части шестой статьи 88 настоящего Федерального закона, при условии внесения соответствующих изменений в соглашение о реструктуризации задолженности."</w:t>
      </w:r>
    </w:p>
    <w:p>
      <w:r>
        <w:t>в части первой статьи 89: в абзаце пятом слова "Министерства образования Российской Федерации" заменить словами "Федерального агентства по образованию"; в абзаце шестом слова "Министерства сельского хозяйства Российской Федерации" заменить словами "Федерального агентства по сельскому хозяйству"</w:t>
      </w:r>
    </w:p>
    <w:p>
      <w:r>
        <w:t>часть первую статьи 94 изложить в следующей редакции: "Статья 94. Направить в 2004 году на финансирование дорожного хозяйства средства федерального бюджета в сумме 86 327,1 млн. рублей, в том числе: по разделу "Дорожное хозяйство" функциональной классификации расходов бюджетов Российской Федерации - 49 537,1 млн. рублей; по разделу "Финансовая помощь другим бюджетам бюджетной системы" функциональной классификации расходов бюджетов Российской Федерации - 36 790,0 млн. рублей."</w:t>
      </w:r>
    </w:p>
    <w:p>
      <w:r>
        <w:t>часть первую статьи 113 изложить в следующей редакции: "Статья 113. В целях реализации единой государственной денежно-кредитной политики Правительство Российской Федерации вправе осуществить по согласованию с Центральным банком Российской Федерации переоформление облигаций федерального займа, находящихся в портфеле Центрального банка Российской Федерации, номинальной стоимостью до 70 млрд. рублей и обязательств Министерства финансов Российской Федерации перед Центральным банком Российской Федерации по выплате купонного дохода по первому купону облигаций федерального займа с постоянным купонным доходом, выпущенных во исполнение статьи 108-1 Федерального закона от 30 декабря 2001 года № 194-ФЗ "О федеральном бюджете на 2002 год", в федеральные государственные ценные бумаги с сохранением существующего графика выплат по облигациям с разбивкой по годам."</w:t>
      </w:r>
    </w:p>
    <w:p>
      <w:r>
        <w:t>в части первой статьи 116 слова "612,0 млн. долларов США" заменить словами "1 000,5 млн. долларов США"</w:t>
      </w:r>
    </w:p>
    <w:p>
      <w:r>
        <w:t>в части первой статьи 118 слова "до 3,04 млрд. долларов США" заменить словами "до 40,0 млн. долларов США"</w:t>
      </w:r>
    </w:p>
    <w:p>
      <w:r>
        <w:t>в статье 119: в абзаце втором слова "в сумме 115,0 млрд. долларов США (или 95,8 млрд. евро)" заменить словами "в сумме 112,4 млрд. долларов США (или 93,7 млрд. евро)"; в абзаце четвертом слова "в сумме 3,2 млрд. долларов США" заменить словами "в сумме 3,4 млрд. долларов США"; в абзаце пятом слова "в сумме 1,4 млрд. долларов США" заменить словами "в сумме 1,5 млрд. долларов США"</w:t>
      </w:r>
    </w:p>
    <w:p>
      <w:r>
        <w:t>дополнить статьей 1211 следующего содержания: "Статья 1211. Правительство Российской Федерации направляет в 2004 году Межгосударственному банку средства в размере 6 000,0 млн. рублей для последующей оплаты взноса Российской Федерации в уставный капитал банка."</w:t>
      </w:r>
    </w:p>
    <w:p>
      <w:r>
        <w:t>статью 135 после слов "службой судебных приставов" дополнить словами "(Федеральной службой судебных приставов после вступления в силу соответствующих федеральных законов)"</w:t>
      </w:r>
    </w:p>
    <w:p>
      <w:r>
        <w:t>статью 150 признать утратившей силу</w:t>
      </w:r>
    </w:p>
    <w:p>
      <w:r>
        <w:t>статью 154 изложить в следующей редакции: "Статья 154. Правительство Российской Федерации вправе при необходимости провести в 2004 году индексацию расходов, предусмотренных на реализацию президентской программы "Уничтожение запасов химического оружия в Российской Федерации"."</w:t>
      </w:r>
    </w:p>
    <w:p>
      <w:r>
        <w:t>приложение 5 "Объем поступлений доходов в федеральный бюджет в 2004 году" изложить в следующей редакции: "Приложение 5к Федеральному закону"О федеральном бюджете на 2004 год" ОБЪЕМ ПОСТУПЛЕНИЙ ДОХОДОВ В ФЕДЕРАЛЬНЫЙ БЮДЖЕТ В 2004 ГОДУ (тыс. рублей) Код бюджетной классификации Российской Федерации Наименование доходов Сумма 1 2 3 Налоговые доходы 2 612 978 900,0 Налог на прибыль организаций 187 190 000,0 Налог на прибыль организаций, зачисляемый в федеральный бюджет 180 820 000,0 Налог на прибыль организаций с доходов, полученных в виде процентов по государственным и муниципальным ценным бумагам 6 370 000,0 Налог на игорный бизнес, зачисляемый в федеральный бюджет (в части сумм по расчетам за 2003 год и погашения задолженности прошлых лет) 259 900,0 Налоги на товары и услуги. Лицензионные и регистрационные сборы 1 140 877 100,0 Налог на добавленную стоимость 1 023 653 800,0 Налог на добавленную стоимость на товары, производимые на территории Российской Федерации 710 770 000,0 В том числе возмещение налога на добавленную стоимость, уплаченного поставщикам товаров (работ, услуг), используемых при осуществлении операций, облагаемых по налоговой ставке 0 процентов 322 000 000,0 Налог на добавленную стоимость на товары, ввозимые на территорию Российской Федерации 312 883 800,0 Акцизы по подакцизным товарам (продукции) и отдельным видам минерального сырья, производимым на территории Российской Федерации 110 520 600,0 Этиловый спирт из всех видов сырья и спиртосодержащая продукция 4 240 000,0 Табачные изделия 23 360 000,0 Бензин автомобильный 28 430 000,0 Легковые автомобили и мотоциклы 380 000,0 Природный газ (в части сумм по расчетам за 2003 год и погашения задолженности прошлых лет) 38 980 000,0 Дизельное топливо 10 770 000,0 Масло для дизельных и (или) карбюраторных (инжекторных) двигателей 830 000,0 Алкогольная продукция с объемной долей этилового спирта свыше 9 процентов (за исключением вин) в части сумм по расчетам за 2003 год 3 530 600,0 Акцизы по подакцизным товарам и продукции, ввозимым на территорию Российской Федерации 5 452 000,0 Лицензионные и регистрационные сборы 1 250 700,0 Лицензионный сбор за право на производство и оборот этилового спирта, спиртосодержащей и алкогольной продукции, зачисляемый в федеральный бюджет 615 900,0 Прочие лицензионные и регистрационные сборы, зачисляемые в федеральный бюджет 634 800,0 Единый сельскохозяйственный налог 178 900,0 Налог на операции с ценными бумагами 824 000,0 Платежи за пользование природными ресурсами 419 175 200,0 Налог на добычу полезных ископаемых 410 490 000,0 Налог на добычу полезных ископаемых в виде углеводородного сырья 404 300 000,0 Нефть 342 060 000,0 Регулярные платежи за добычу полезных ископаемых (роялти) при исполнении соглашений о разделе продукции 800 000,0 Платежи за пользование лесным фондом в части минимальных ставок платы за древесину, отпускаемую на корню, зачисляемые в федеральный бюджет 4 005 200,0 Сбор за пользование объектами водных биологических ресурсов 3 880 000,0 Налоги на внешнюю торговлю и внешнеэкономические операции 841 170 400,0 Ввозные таможенные пошлины 202 789 200,0 Вывозные таможенные пошлины 638 381 200,0 Нефть сырая 355 468 100,0 Прочие налоги, пошлины и сборы 23 303 400,0 Государственная пошлина 3 370 800,0 Сбор за использование наименований "Россия", "Российская Федерация" и образованных на их основе слов и словосочетаний 2 582 200,0 Задолженность по налогу на реализацию горюче-смазочных материалов 16 489 300,0 Недоимка, пени и штрафы по взносам в Государственный фонд занятости населения Российской Федерации, а также средства указанного Фонда, возвращаемые организациями в соответствии с ранее заключенными договорами (соглашениями) 569 100,0 Прочие налоги и сборы (в части погашения задолженности по отмененным федеральным налогам и сборам) 292 000,0 Неналоговые доходы 208 594 200,0 Доходы от использования имущества, находящегося в государственной и муниципальной собственности, или от деятельности государственных и муниципальных организаций 159 541 000,0 Дивиденды по акциям, находящимся в собственности Российской Федерации 12 500 000,0 Доходы от сдачи в аренду имущества, находящегося в государственной и муниципальной собственности 10 000 000,0 Проценты, полученные от размещения в банках и кредитных организациях временно свободных средств федерального бюджета 287 900,0 Проценты, полученные от предоставления бюджетных кредитов (бюджетных ссуд) внутри страны, зачисляемые в федеральный бюджет 256 000,0 Доходы от оказания услуг или компенсации затрат государства 73 207 000,0 Плата за выдаваемые паспорта, в том числе заграничные, документы о приглашении в Российскую Федерацию лиц из других государств, визы и вид на жительство в Российской Федерации иностранным гражданам и лицам без гражданства 780 000,0 Средства, полученные от аукционной продажи квот на отдельные виды товаров, ввозимых на территорию Особой экономической зоны в Калининградской области 92 000,0 Плата за предоставление информации по единому государственному реестру налогоплательщиков 32 400,0 Пробирная плата (пробирный сбор) 184 900,0 Плата за заимствование материальных ценностей из государственного материального резерва 200 000,0 Прочие доходы от операций с государственным материальным резервом 18 460 000,0 Доходы от оказания платных услуг (работ), предоставления статистической информации и прочие доходы системы территориальных органов государственной статистики 427 400,0 Плата за рассмотрение ходатайств, предусмотренных антимонопольным законодательством 150 000,0 Средства отчислений операторов связи, зачисляемые в федеральный бюджет 1 700 000,0 Доходы за счет отчислений, предусматриваемых в структуре цен (тарифов), регулируемых на федеральном уровне, на продукцию (услуги) субъектов естественных монополий в топливно-энергетическом комплексе и на транспорте 6 200,0 Доходы от проведения товарных интервенций из запасов Федерального интервенционного фонда сельскохозяйственной продукции, сырья и продовольствия 6 008 700,0 Плата за предоставление сведений, содержащихся в едином государственном реестре юридических лиц и в едином государственном реестре индивидуальных предпринимателей 131 000,0 Доходы от оформления решений о выдаче визовых документов иностранным гражданам, оказания информационно-консультационных и иных видов услуг 245 000,0 Плата за услуги, предоставляемые на договорной основе подразделениями органов внутренних дел Министерства внутренних дел Российской Федерации по охране имущества юридических и физических лиц, и иные услуги, связанные с обеспечением охраны и безопасности граждан 38 583 200,0 Доходы от оказания платных услуг органами Государственной фельдъегерской службы Российской Федерации 330 000,0 Средства, возмещаемые юридическими лицами и индивидуальными предпринимателями Министерству экономического развития и торговли Российской Федерации за проведение контрольных мероприятий, контрольных покупок и проведение экспертиз, испытаний (исследований) образцов товаров (продукции) 112 000,0 Доходы от использования лесного фонда 1 234 600,0 Плата за услуги (работы), оказываемые Гохраном России 217 300,0 Прочие доходы, зачисляемые в федеральный бюджет 4 312 300,0 Перечисление прибыли Центрального банка Российской Федерации 29 805 400,0 Платежи от государственных и муниципальных организаций 19 853 900,0 Патентные пошлины и регистрационные сборы за официальную регистрацию программ для ЭВМ, баз данных и топологий интегральных микросхем 963 300,0 Доходы от деятельности совместного предприятия "Вьетсовпетро" 15 559 300,0 Перечисление части прибыли, остающейся после уплаты налогов и иных обязательных платежей государственных унитарных предприятий, созданных Российской Федерацией 3 200 000,0 Прочие доходы, зачисляемые в федеральный бюджет 131 300,0 Доходы от продажи оборудования, транспортных средств и других материальных ценностей, зачисляемые в федеральный бюджет 902 300,0 Средства от распоряжения и реализации конфискованного и иного имущества, обращенного в доход государства, зачисляемые в федеральный бюджет 254 200,0 Платежи при пользовании недрами, в том числе при выполнении соглашений о разделе продукции 6 080 200,0 Плата за негативное воздействие на окружающую среду 2 142 100,0 Доходы от распоряжения принадлежащими Российской Федерации правами на результаты научно-исследовательских и опытно-конструкторских работ и технологических работ военного, специального и двойного назначения 160 700,0 Плата за пользование водными биологическими ресурсами по межправительственным соглашениям, зачисляемая в федеральный бюджет 900 000,0 Доходы от эксплуатации и использования имущества федеральных автомобильных дорог 168 400,0 Прочие поступления от имущества, находящегося в государственной собственности, а также поступления от разрешенных видов деятельности организаций, зачисляемые в федеральный бюджет 3 022 900,0 Административные платежи и сборы 2 310 400,0 Исполнительский сбор 2 093 700,0 Прочие платежи, взимаемые государственными организациями за выполнение определенных функций, зачисляемые в федеральный бюджет 216 700,0 Штрафные санкции, возмещение ущерба 1 304 500,0 Доходы от внешнеэкономической деятельности 34 230 700,0 Проценты по государственным кредитам 5 651 800,0 Поступление средств от правительств иностранных государств, их юридических лиц в уплату процентов по кредитам, предоставленным Российской Федерацией 4 058 700,0 Поступление средств от предприятий и организаций в уплату процентов и гарантий по кредитам, полученным Российской Федерацией от правительств иностранных государств, банков и фирм 785 700,0 Поступление средств от предприятий и организаций в уплату процентов и гарантий по кредитам, полученным Российской Федерацией от международных финансовых организаций 807 400,0 Таможенные сборы 28 578 900,0 Прочие неналоговые доходы 11 207 600,0 Доходы от реализации на экспорт высокообогащенного урана и природного сырьевого компонента низкообогащенного урана 7 954 000,0 Прочие доходы, зачисляемые в федеральный бюджет 3 253 600,0 Всего доходов (без доходов целевых бюджетных фондов) 2 821 573 100,0 Доходы целевых бюджетных фондов 14 061 500,0 Фонд Министерства Российской Федерации по атомной энергии 14 061 500,0 Итого доходов 2 835 634 600,0 Единый социальный налог, зачисляемый в федеральный бюджет 438 210 000,0 Всего доходов 3 273 844 600,0"</w:t>
      </w:r>
    </w:p>
    <w:p>
      <w:r>
        <w:t>приложение 6 "Распределение расходов федерального бюджета на 2004 год по разделам и подразделам функциональной классификации расходов бюджетов Российской Федерации" изложить в следующей редакции: "Приложение 6к Федеральному закону"О федеральном бюджете на 2004 год" РАСПРЕДЕЛЕНИЕ РАСХОДОВ ФЕДЕРАЛЬНОГО БЮДЖЕТА НА 2004 ГОД ПО РАЗДЕЛАМ И ПОДРАЗДЕЛАМ ФУНКЦИОНАЛЬНОЙ КЛАССИФИКАЦИИ РАСХОДОВ БЮДЖЕТОВ РОССИЙСКОЙ ФЕДЕРАЦИИ (тыс. рублей) Наименование Рз ПР Сумма ВСЕГО 2 768 085 767,0 ГОСУДАРСТВЕННОЕ УПРАВЛЕНИЕ И МЕСТНОЕ САМОУПРАВЛЕНИЕ 01 81 973 628,2 Функционирование главы государства - Президента Российской Федерации 01 01 6 681 550,9 Функционирование законодательных (представительных) органов государственной власти 01 02 3 210 489,0 Функционирование исполнительных органов государственной власти 01 03 70 576 834,7 Прочие расходы на общегосударственное управление 01 05 1 504 753,6 СУДЕБНАЯ ВЛАСТЬ 02 33 392 626,1 Федеральная судебная система 02 01 33 392 626,1 МЕЖДУНАРОДНАЯ ДЕЯТЕЛЬНОСТЬ 03 67 669 929,3 Международное сотрудничество 03 01 53 932 335,0 Реализация межгосударственных договоров в рамках Содружества Независимых Государств 03 03 5 836 346,2 Международные культурные, научные и информационные связи 03 04 1 720 977,8 Экономическая и гуманитарная помощь другим государствам 03 05 180 904,7 Реализация международных обязательств в сфере военно-технического сотрудничества 03 06 5 999 365,6 НАЦИОНАЛЬНАЯ ОБОРОНА 04 427 375 801,5 Строительство и содержание Вооруженных Сил Российской Федерации 04 01 403 799 527,2 Военная программа Министерства Российской Федерации по атомной энергии 04 02 18 326 410,0 Обеспечение мобилизационной и вневойсковой подготовки 04 03 4 696 161,9 Подготовка и участие в обеспечении коллективной безопасности и миротворческой деятельности 04 04 211 102,4 Обеспечение деятельности отраслей для национальной обороны 04 07 342 600,0 ПРАВООХРАНИТЕЛЬНАЯ ДЕЯТЕЛЬНОСТЬ И ОБЕСПЕЧЕНИЕ БЕЗОПАСНОСТИ ГОСУДАРСТВА 05 318 542 875,6 Органы внутренних дел 05 01 116 052 191,4 Внутренние войска 05 02 23 347 413,0 Уголовно-исполнительная система 05 03 48 341 421,2 Органы государственной безопасности 05 05 53 571 275,5 Органы пограничной службы 05 06 31 271 621,8 Таможенные органы 05 07 14 287 823,1 Органы прокуратуры 05 08 14 628 567,9 Органы юстиции 05 10 8 361 561,3 Государственная фельдъегерская служба 05 11 1 075 918,1 Органы по контролю за оборотом наркотических средств и психотропных веществ 05 12 7 605 082,3 ФУНДАМЕНТАЛЬНЫЕ ИССЛЕДОВАНИЯ И СОДЕЙСТВИЕ НАУЧНО-ТЕХНИЧЕСКОМУ ПРОГРЕССУ 06 46 197 565,5 Фундаментальные исследования 06 01 23 379 783,3 Разработка перспективных технологий и приоритетных направлений научно-технического прогресса 06 02 22 817 782,2 ПРОМЫШЛЕННОСТЬ, ЭНЕРГЕТИКА И СТРОИТЕЛЬСТВО 07 86 609 040,1 Топливно-энергетический комплекс 07 01 6 553 500,0 Конверсия оборонной промышленности 07 04 190 000,0 Другие отрасли промышленности 07 05 588 257,0 Строительство, архитектура 07 07 71 174 480,8 Технические регламенты, стандартизация и обеспечение единства измерений 07 08 325 590,2 Воспроизводство минерально-сырьевой базы 07 09 6 684 036,2 Содержание органов специального строительства 07 10 1 093 175,9 СЕЛЬСКОЕ ХОЗЯЙСТВО И РЫБОЛОВСТВО 08 41 356 715,2 Сельскохозяйственное производство 08 01 28 990 598,0 Земельные ресурсы 08 02 1 985 640,7 Рыболовное хозяйство 08 04 3 224 604,7 Прочие мероприятия в области сельского хозяйства 08 05 7 155 871,8 ОХРАНА ОКРУЖАЮЩЕЙ СРЕДЫ И ПРИРОДНЫХ РЕСУРСОВ, ГИДРОМЕТЕОРОЛОГИЯ, КАРТОГРАФИЯ И ГЕОДЕЗИЯ 09 12 659 929,5 Водные ресурсы 09 01 1 295 309,5 Лесные ресурсы 09 02 7 445 763,3 Охрана окружающей среды, животного и растительного мира 09 03 826 696,5 Гидрометеорология 09 04 2 365 540,2 Картография и геодезия 09 05 726 620,0 ТРАНСПОРТ, СВЯЗЬ И ИНФОРМАТИКА 10 6 822 530,7 Автомобильный транспорт 10 01 133 441,0 Железнодорожный транспорт 10 02 207 000,0 Воздушный транспорт 10 03 1 034 308,0 Водный транспорт 10 04 3 217 866,0 Связь 10 06 2 226 855,7 Информатика (информационное обеспечение) 10 07 3 060,0 ПРЕДУПРЕЖДЕНИЕ И ЛИКВИДАЦИЯ ПОСЛЕДСТВИЙ ЧРЕЗВЫЧАЙНЫХ СИТУАЦИЙ И СТИХИЙНЫХ БЕДСТВИЙ 13 26 616 480,8 Предупреждение и ликвидация последствий чрезвычайных ситуаций 13 02 15 976 913,9 Гражданская оборона 13 03 66 650,0 Государственная противопожарная служба 13 04 10 572 916,9 ОБРАЗОВАНИЕ 14 119 256 069,7 Дошкольное образование 14 01 534 648,0 Общее образование 14 02 1 904 359,7 Начальное профессиональное образование 14 03 24 276 357,2 Среднее профессиональное образование 14 04 15 428 570,5 Переподготовка и повышение квалификации 14 05 1 504 903,9 Высшее профессиональное образование 14 06 69 184 813,7 Прочие расходы в области образования 14 07 6 422 416,7 КУЛЬТУРА, ИСКУССТВО И КИНЕМАТОГРАФИЯ 15 16 582 843,1 Культура и искусство 15 01 14 192 458,1 Кинематография 15 02 2 375 551,0 Прочие мероприятия в области культуры и искусства 15 03 14 834,0 СРЕДСТВА МАССОВОЙ ИНФОРМАЦИИ 16 11 408 048,4 Телевидение и радиовещание 16 01 10 275 841,9 Периодическая печать и издательства 16 02 551 894,9 Прочие средства массовой информации 16 03 580 311,6 ЗДРАВООХРАНЕНИЕ И ФИЗИЧЕСКАЯ КУЛЬТУРА 17 49 258 032,5 Здравоохранение 17 01 39 003 229,2 Санитарно-эпидемиологический надзор 17 02 6 940 094,2 Физическая культура и спорт 17 03 3 314 709,1* СОЦИАЛЬНАЯ ПОЛИТИКА 18 158 468 667,0 Учреждения социального обеспечения и службы занятости 18 01 5 000 655,5 Социальная помощь 18 02 12 620 991,0 Пенсии военнослужащим 18 04 66 605 849,6 Пенсии и пособия в правоохранительных органах 18 05 40 764 905,2 Прочие мероприятия в области социальной политики 18 06 30 305 809,0 Миграционная политика 18 08 3 170 456,7 ОБСЛУЖИВАНИЕ ГОСУДАРСТВЕННОГО И МУНИЦИПАЛЬНОГО ДОЛГА 19 246 645 723,1 Обслуживание государственного и муниципального внутреннего долга 19 01 46 285 143,4 Обслуживание государственного внешнего долга 19 02 200 360 579,7 ПОПОЛНЕНИЕ ГОСУДАРСТВЕННЫХ ЗАПАСОВ И РЕЗЕРВОВ 20 20 434 010,3 Государственный материальный резерв 20 02 19 070 307,9 Прочие государственные запасы и резервы 20 03 1 363 702,4 ФИНАНСОВАЯ ПОМОЩЬ ДРУГИМ БЮДЖЕТАМ БЮДЖЕТНОЙ СИСТЕМЫ 21 897 256 934,6 Финансовая помощь бюджетам других уровней 21 01 346 955 170,3** Фонд регионального развития 21 02 25 103 810,0 Мероприятия в области регионального развития 21 03 21 414 653,6 Средства, передаваемые государственным внебюджетным фондам 21 04 503 783 300,7 УТИЛИЗАЦИЯ И ЛИКВИДАЦИЯ ВООРУЖЕНИЙ, ВКЛЮЧАЯ ВЫПОЛНЕНИЕ МЕЖДУНАРОДНЫХ ДОГОВОРОВ 22 10 943 650,0 Утилизация и ликвидация вооружений по международным договорам 22 01 10 448 241,0 Утилизация и ликвидация вооружений, исключая международные договоры 22 02 495 409,0 МОБИЛИЗАЦИОННАЯ ПОДГОТОВКА ЭКОНОМИКИ 23 1 100 000,0 Мобилизационная подготовка экономики 23 01 1 100 000,0 ИССЛЕДОВАНИЕ И ИСПОЛЬЗОВАНИЕ КОСМИЧЕСКОГО ПРОСТРАНСТВА 24 12 001 300,0 Государственная поддержка космической деятельности 24 01 3 563 400,0 Научно-исследовательские и опытно-конструкторские работы в области космической деятельности 24 02 8 437 900,0 ВОЕННАЯ РЕФОРМА 25 8 457 975,1 Проведение военной реформы 25 01 8 457 975,1 ДОРОЖНОЕ ХОЗЯЙСТВО 26 49 537 063,2 Дорожное хозяйство 26 01 49 537 063,2 ПРОЧИЕ РАСХОДЫ 30 3 456 827,5 Резервные фонды 30 01 2 648 076,8 Проведение выборов и референдумов 30 02 2 515 641,0 Бюджетные кредиты (бюджетные ссуды) 30 03 - 4 395 682,0 Прочие расходы, не отнесенные к другим подразделам 30 04 2 688 791,7 ЦЕЛЕВЫЕ БЮДЖЕТНЫЕ ФОНДЫ 31 14 061 500,0 Фонд Министерства Российской Федерации по атомной энергии 31 09 14 061 500,0"; ________________________ * Из них финансирование мероприятий по подготовке и участию сборных команд Российской Федерации в летних Сурдоолимпийских играх 2005 года - 23 000,0 тыс. рублей, финансирование организации и проведения мероприятий по подготовке и участию в летних Параолимпийских играх 2004 года - 59 500,0 тыс. рублей. ** Из них бюджету Калининградской области на расходы по оформлению заграничных паспортов отдельным категориям населения Калининградской области на условиях выделения равного объема средств на указанные цели из бюджета Калининградской области в сумме до 35 000,0 тыс. рублей. 31) приложение 7 "Ведомственная структура расходов федерального бюджета на 2004 год" изложить в следующей редакции: "ПРИЛОЖЕНИЕ 7к Федеральному закону"О федеральном бюджете на 2004 год" ВЕДОМСТВЕННАЯ СТРУКТУРАРАСХОДОВ ФЕДЕРАЛЬНОГО БЮДЖЕТА НА 2004 ГОД (тыс. рублей) Наименование Мин Рз ПР ЦСР ВР Сумма ВСЕГО 2 495 854 148,3 МИНИСТЕРСТВО ЭНЕРГЕТИКИ РОССИЙСКОЙ ФЕДЕРАЦИИ 020 6 665,9 Государственное управление и местное самоуправление 020 01 6 665,9 Функционирование исполнительных органов государственной власти 020 01 03 6 665,9 Центральный аппарат 020 01 03 037 6 665,9 Денежное содержание аппарата 020 01 03 037 027 3 573,0 Расходы на содержание аппарата 020 01 03 037 029 3 092,9 МИНИСТЕРСТВО ПРОМЫШЛЕННОСТИ И ЭНЕРГЕТИКИ РОССИЙСКОЙ ФЕДЕРАЦИИ 021 3 752 811,1 Государственное управление и местное самоуправление 021 01 468 403,2 Функционирование исполнительных органов государственной власти 021 01 03 468 403,2 Центральный аппарат 021 01 03 037 462 532,9 Денежное содержание аппарата 021 01 03 037 027 266 378,8 Расходы на содержание аппарата 021 01 03 037 029 196 154,1 Средства, передаваемые на уплату налога на имущество 021 01 03 437 5 870,3 Расходы на уплату налога на имущество 021 01 03 437 387 5 870,3 Международная деятельность 021 03 71 158,1 Международное сотрудничество 021 03 01 43 740,2 Взносы в международные организации 021 03 01 121 4 168,0 Взносы в международные организации 021 03 01 121 053 4 168,0 Расходы по обязательствам в рамках проектов, финансируемых с участием международных финансовых организаций 021 03 01 130 9 007,8 Прочие расходы, не отнесенные к другим видам расходов 021 03 01 130 397 9 007,8 Расходы в сфере международной деятельности 021 03 01 131 30 564,4 Прочие расходы, не отнесенные к другим видам расходов 021 03 01 131 397 30 564,4 Международные культурные, научные и информационные связи 021 03 04 27 417,9 Расходы на международные культурные, научные и информационные связи 021 03 04 125 27 417,9 Участие в международных конференциях 021 03 04 125 050 21 827,7 Проведение выставок, ярмарок за рубежом 021 03 04 125 051 5 590,2 Национальная оборона 021 04 342 600,0 Обеспечение деятельности отраслей для национальной обороны 021 04 07 342 600,0 Государственная поддержка отраслей для национальной обороны 021 04 07 610 342 600,0 Другие дотации 021 04 07 610 459 95 000,0 Прочие объекты 021 04 07 610 632 244 400,0 Текущее содержание 021 04 07 610 641 3 200,0 Фундаментальные исследования и содействие научно- техническому прогрессу 021 06 2 374 692,5 Разработка перспективных технологий и приоритетных направлений научно- технического прогресса 021 06 02 2 374 692,5 НИОКР 021 06 02 281 1 373 998,3 Финансирование приоритетных направлений науки и техники 021 06 02 281 182 410 137,6 Финансирование научного сопровождения важнейших инновационных проектов государственного значения 021 06 02 281 190 937 074,8 Другие НИОКР 021 06 02 281 216 26 785,9 Средства, передаваемые на уплату налога на имущество 021 06 02 437 8 212,2 Расходы на уплату налога на имущество 021 06 02 437 387 8 212,2 Федеральная целевая программа "Национальная технологическая база" на 2002-2006 годы 021 06 02 663 453 000,0 Проведение научно- исследовательских и опытно-конструкторских работ в рамках федеральных целевых программ 021 06 02 663 187 453 000,0 Федеральная целевая программа "Реформирование и развитие оборонно-промышленного комплекса (2002-2006 годы)" 021 06 02 665 534 000,0 Проведение научно- исследовательских и опытно-конструкторских работ в рамках федеральных целевых программ 021 06 02 665 187 534 000,0 Федеральная целевая программа "Энергоэффективная экономика" на 2002-2005 годы и на перспективу до 2010 года 021 06 02 669 1 232,0 Подпрограмма "Энергоэффективность в сфере потребления" 021 06 02 669 811 1 232,0 Федеральная целевая программа "Электронная Россия (2002-2010 годы)" 021 06 02 670 4 250,0 Проведение научно- исследовательских и опытно-конструкторских работ в рамках федеральных целевых программ 021 06 02 670 187 4 250,0 Промышленность, энергетика и строительство 021 07 481 800,0 Конверсия оборонной промышленности 021 07 04 190 000,0 Федеральная целевая программа "Реформирование и развитие оборонно-промышленного комплекса (2002-2006 годы)" 021 07 04 665 190 000,0 Прочие расходы, не отнесенные к другим видам расходов 021 07 04 665 397 190 000,0 Другие отрасли промышленности 021 07 05 60 800,0 Федеральная целевая программа "Национальная технологическая база" на 2002-2006 годы 021 07 05 663 60 800,0 Прочие расходы, не отнесенные к другим видам расходов 021 07 05 663 397 60 800,0 Строительство, архитектура 021 07 07 121 000,0 Государственные капитальные вложения 021 07 07 313 114 000,0 Государственные капитальные вложения на безвозвратной основе 021 07 07 313 198 114 000,0 Федеральная целевая программа "Электронная Россия (2002-2010 годы)" 021 07 07 670 7 000,0 Государственные капитальные вложения на безвозвратной основе 021 07 07 670 198 7 000,0 Технические регламенты, стандартизация и обеспечение единства измерений 021 07 08 110 000,0 Государственная поддержка в области технического регулирования и обеспечения единства измерений 021 07 08 307 110 000,0 Финансирование программ разработки технических регламентов и национальных стандартов и проведения их экспертизы 021 07 08 307 202 110 000,0 Транспорт, связь и информатика 021 10 9 950,0 Связь 021 10 06 9 950,0 Федеральная целевая программа "Электронная Россия (2002-2010 годы)" 021 10 06 670 9 950,0 Прочие расходы, не отнесенные к другим видам расходов 021 10 06 670 397 9 950,0 Культура, искусство и кинематография 021 15 4 207,3 Культура и искусство 021 15 01 4 207,3 Ведомственные расходы на культуру и искусство 021 15 01 410 4 061,2 Библиотеки 021 15 01 410 284 4 061,2 Средства, передаваемые на уплату налога на имущество 021 15 01 437 146,1 Расходы на уплату налога на имущество 021 15 01 437 387 146,1 ФЕДЕРАЛЬНОЕ АГЕНТСТВО ПО ЭНЕРГЕТИКЕ 023 8 782 319,5 Государственное управление и местное самоуправление 023 01 137 812,3 Функционирование исполнительных органов государственной власти 023 01 03 137 812,3 Центральный аппарат 023 01 03 037 122 393,0 Денежное содержание аппарата 023 01 03 037 027 64 905,2 Расходы на содержание аппарата 023 01 03 037 029 57 487,8 Территориальные органы 023 01 03 038 15 363,1 Денежное содержание аппарата 023 01 03 038 027 11 751,6 Расходы на содержание аппарата 023 01 03 038 029 3 611,5 Средства, передаваемые на уплату налога на имущество 023 01 03 437 56,2 Расходы на уплату налога на имущество 023 01 03 437 387 56,2 Международная деятельность 023 03 1 574,1 Международные культурные, научные и информационные связи 023 03 04 1 574,1 Расходы на международные культурные, научные и информационные связи 023 03 04 125 1 574,1 Участие в международных конференциях 023 03 04 125 050 1 574,1 Фундаментальные исследования и содействие научно-техническому прогрессу 023 06 38 931,2 Разработка перспективных технологий и приоритетных направлений научно-технического прогресса 023 06 02 38 931,2 Федеральная целевая программа "Энергоэффективная экономика" на 2002-2005 годы и на перспективу до 2010 года 023 06 02 669 38 931,2 Подпрограмма "Энергоэффективность топливно-энергетического комплекса" 023 06 02 669 809 31 539,2 Подпрограмма "Энергоэффективность в сфере потребления" 023 06 02 669 811 7 392,0 Промышленность, энергетика и строительство 023 07 7 390 500,0 Топливно-энергетический комплекс 023 07 01 6 553 500,0 Государственная поддержка угольной отрасли 023 07 01 300 6 153 500,0 Технические работы по ликвидации особо убыточных и неперспективных угольных шахт и разрезов 023 07 01 300 420 2 648 500,0 Научно-техническое и проектное обеспечение реструктуризации угольной промышленности 023 07 01 300 421 75 000,0 Социальная защита работников, высвобождаемых в связи с реструктуризацией угольной промышленности, членов их семей, пенсионеров и инвалидов, работавших в угольной промышленности 023 07 01 300 422 1 130 352,4 Реализация программ местного развития и обеспечения занятости для шахтерских городов и поселков 023 07 01 300 423 800 000,0 Формирование и использование централизованного резервного фонда социальной поддержки работников ликвидируемых угольных шахт и разрезов 023 07 01 300 425 16 937,1 Предоставление организациям угольной промышленности инвестиций и средств на разработку научно-технических программ 023 07 01 300 426 130 000,0 Расходы на управление угольной отраслью 023 07 01 300 429 150 000,0 Формирование и использование централизованного резервного фонда реструктуризации угольной промышленности 023 07 01 300 430 158 000,0 Мероприятия по созданию безопасных условий работы в угольной отрасли 023 07 01 300 431 750 000,0 Субсидирование процентных ставок по привлеченным кредитам 023 07 01 300 463 294 710,5 Прочие расходы, не отнесенные к другим целевым статьям 023 07 01 515 400 000,0 Субсидирование процентных ставок по привлеченным кредитам 023 07 01 515 463 400 000,0 Строительство, архитектура 023 07 07 837 000,0 Федеральная целевая программа "Энергоэффективная экономика" на 2002-2005 годы и на перспективу до 2010 года 023 07 07 669 837 000,0 Подпрограмма "Энергоэффективность топливно-энергетического комплекса" 023 07 07 669 809 830 500,0 Подпрограмма "Энергоэффективность в сфере потребления" 023 07 07 669 811 6 500,0 Образование 023 14 577 482,1 Среднее профессиональное образование 023 14 04 572 829,8 Ведомственные расходы на образование 023 14 04 400 572 829,8 Средние специальные учебные заведения 023 14 04 400 268 572 829,8 Прочие расходы в области образования 023 14 07 4 652,3 Ведомственные расходы на образование 023 14 07 400 4 652,3 Прочие учреждения и мероприятия в области образования 023 14 07 400 272 4 652,3 Здравоохранение и физическая культура 023 17 138 069,8 Здравоохранение 023 17 01 138 069,8 Ведомственные расходы на здравоохранение 023 17 01 430 137 036,3 Больницы, клиники, госпитали 023 17 01 430 300 116 821,1 Поликлиники, амбулатории, диагностические центры 023 17 01 430 301 20 215,2 Средства, передаваемые на уплату налога на имущество 023 17 01 437 1 033,5 Расходы на уплату налога на имущество 023 17 01 437 387 1 033,5 Финансовая помощь другим бюджетам бюджетной системы 023 21 497 950,0 Мероприятия в области регионального развития 023 21 03 497 950,0 Государственные капитальные вложения 023 21 03 313 355 450,0 Государственные капитальные вложения на безвозвратной основе 023 21 03 313 198 355 450,0 Федеральная целевая программа "Энергоэффективная экономика" на 2002-2005 годы и на перспективу до 2010 года 023 21 03 669 142 500,0 Подпрограмма "Энергоэффективность топливно-энергетического комплекса" 023 21 03 669 809 89 500,0 Подпрограмма "Энергоэффективность в сфере потребления" 023 21 03 669 811 53 000,0 ФЕДЕРАЛЬНАЯ СЛУЖБА ЖЕЛЕЗНОДОРОЖНЫХ ВОЙСК РОССИЙСКОЙ ФЕДЕРАЦИИ 029 3 821 413,0 Национальная оборона 029 04 3 775 822,6 Обеспечение мобилизационной и вневойсковой подготовки 029 04 03 3 775 822,6 НИОКР 029 04 03 281 242 306,0 Прочие вооружение, военная и специальная техника, продукция производственно-технического назначения и имущество 029 04 03 281 629 242 306,0 Обеспечение личного состава войск (сил) 029 04 03 601 2 620 182,8 Денежное содержание гражданского персонала 029 04 03 601 600 388 104,4 Денежное довольствие военнослужащих 029 04 03 601 601 1 468 088,6 Продовольственное обеспечение военнослужащих 029 04 03 601 602 470 258,4 Вещевое обеспечение военнослужащих 029 04 03 601 603 170 493,0 Транспортное обеспечение при проезде в отпуск и на лечение военнослужащих и членов их семей 029 04 03 601 604 35 134,4 Обеспечение льгот и компенсаций военнослужащим и членам их семей 029 04 03 601 605 45 000,0 Прочие расходы, связанные с обеспечением личного состава 029 04 03 601 606 43 104,0 Боевая подготовка и материально-техническое обеспечение войск (сил) 029 04 03 602 521 660,6 Оплата и хранение специального топлива и горюче-смазочных материалов в рамках государственного оборонного заказа 029 04 03 602 607 82 447,2 Обеспечение электросвязью в рамках государственного оборонного заказа 029 04 03 602 608 6 600,0 Транспортное обеспечение в рамках государственного оборонного заказа 029 04 03 602 609 18 704,0 Содержание, эксплуатация и текущий ремонт вооружения, военной техники и имущества 029 04 03 602 610 17 028,8 Содержание и эксплуатация учебных объектов боевой и физической подготовки 029 04 03 602 613 3 000,0 Прочие расходы, связанные с боевой подготовкой и материально-техническим обеспечением войск (сил) 029 04 03 602 615 393 880,6 Закупки вооружений, военной техники, продукции производственно-технического назначения и имущества 029 04 03 603 218 689,0 Автобронетанковая техника 029 04 03 603 622 28 260,0 Электронная техника и средства связи 029 04 03 603 625 27 605,0 Средства радиационной, химической, биологической защиты, инженерного и тылового обеспечения 029 04 03 603 626 16 925,0 Прочие вооружение, военная и специальная техника, продукция производственно-технического назначения и имущество 029 04 03 603 629 145 899,0 Ремонт вооружений, военной техники, продукции производственно-технического назначения и имущества на предприятиях промышленности 029 04 03 604 35 275,0 Автобронетанковая техника 029 04 03 604 622 7 890,0 Электронная техника и средства связи 029 04 03 604 625 560,0 Прочие вооружение, военная и специальная техника, продукция производственно-технического назначения и имущество 029 04 03 604 629 26 825,0 Строительство специальных и других объектов 029 04 03 605 95 000,0 Специальные объекты 029 04 03 605 630 95 000,0 Расходы военных (специальных) образовательных учреждений 029 04 03 606 19,2 Расходы на обеспечение учебного процесса военных (специальных) образовательных учреждений 029 04 03 606 633 19,2 Страховые гарантии военнослужащим 029 04 03 607 42 690,0 Обязательное государственное страхование жизни и здоровья военнослужащих 029 04 03 607 634 36 790,0 Единовременные пособия в случае гибели (смерти) или повреждения здоровья военнослужащих при исполнении обязанностей военной службы 029 04 03 607 635 5 900,0 Промышленность, энергетика и строительство 029 07 45 000,0 Строительство, архитектура 029 07 07 45 000,0 Государственные капитальные вложения по специальным министерствам и ведомствам 029 07 07 315 45 000,0 Государственные капитальные вложения на безвозвратной основе 029 07 07 315 198 45 000,0 Прочие расходы 029 30 590,4 Резервные фонды 029 30 01 590,4 Резервные фонды 029 30 01 510 590,4 Резервный фонд Правительства Российской Федерации по предупреждению и ликвидации чрезвычайных ситуаций и последствий стихийных бедствий 029 30 01 510 392 590,4 ФЕДЕРАЛЬНАЯ СЛУЖБА ПО НАДЗОРУ В СФЕРЕ ПРИРОДОПОЛЬЗОВАНИЯ 048 2 272 180,0 Государственное управление и местное самоуправление 048 01 1 263 468,1 Функционирование исполнительных органов государственной власти 048 01 03 1 263 468,1 Центральный аппарат 048 01 03 037 23 671,5 Денежное содержание аппарата 048 01 03 037 027 18 209,9 Расходы на содержание аппарата 048 01 03 037 029 5 461,6 Территориальные органы 048 01 03 038 1 221 751,5 Денежное содержание аппарата 048 01 03 038 027 847 495,6 Расходы на содержание аппарата 048 01 03 038 029 374 255,9 Средства, передаваемые на уплату налога на имущество 048 01 03 437 18 045,1 Расходы на уплату налога на имущество 048 01 03 437 387 18 045,1 Международная деятельность 048 03 82,9 Международные культурные, научные и информационные связи 048 03 04 82,9 Расходы на международные культурные, научные и информационные связи 048 03 04 125 82,9 Участие в международных конференциях 048 03 04 125 050 82,9 Промышленность, энергетика и строительство 048 07 39 395,0 Строительство, архитектура 048 07 07 39 395,0 Федеральная целевая программа "Жилище" на 2002-2010 годы 048 07 07 633 750,0 Мероприятия по обеспечению жильем отдельных категорий граждан 048 07 07 633 760 750,0 Федеральная целевая программа "Экология и природные ресурсы России (2002-2010 годы)" 048 07 07 648 38 045,0 Подпрограмма "Регулирование качества окружающей природной среды" 048 07 07 648 787 5 725,0 Подпрограмма "Отходы" 048 07 07 648 788 13 825,0 Подпрограмма "Поддержка особо охраняемых природных территорий" 048 07 07 648 789 14 495,0 Подпрограмма "Охрана озера Байкал и Байкальской природной территории" 048 07 07 648 791 4 000,0 Федеральная целевая программа "Восстановление экономики и социальной сферы Чеченской Республики (2002 год и последующие годы)" 048 07 07 676 600,0 Финансирование мероприятий по федеральной целевой программе восстановления экономики и социальной сферы Чеченской Республики 048 07 07 676 540 600,0 Охрана окружающей среды и природных ресурсов, гидрометеорология, картография и геодезия 048 09 969 234,0 Лесные ресурсы 048 09 02 280 610,4 Финансирование лесоохранных и лесовосстановительных мероприятий 048 09 02 361 276 509,3 Организация и содержание заповедников и национальных парков 048 09 02 361 225 276 509,3 Средства, передаваемые на уплату налога на имущество 048 09 02 437 4 101,1 Расходы на уплату налога на имущество 048 09 02 437 387 4 101,1 Охрана окружающей среды, животного и растительного мира 048 09 03 688 623,6 Финансирование мероприятий в области контроля за состоянием окружающей среды и охраны природы 048 09 03 362 676 085,1 Содержание подведомственных структур 048 09 03 362 075 134 502,2 Организация и содержание заповедников и национальных парков 048 09 03 362 225 480 982,9 Финансирование природоохранных мероприятий 048 09 03 362 407 60 600,0 Средства, передаваемые на уплату налога на имущество 048 09 03 437 11 438,5 Расходы на уплату налога на имущество 048 09 03 437 387 11 438,5 Федеральная целевая программа "Комплексные меры противодействия злоупотреблению наркотиками и их незаконному обороту на 2002-2004 годы" 048 09 03 651 1 100,0 Прочие расходы, не отнесенные к другим видам расходов 048 09 03 651 397 1 100,0 ФЕДЕРАЛЬНОЕ АГЕНТСТВО ПО НЕДРОПОЛЬЗОВАНИЮ 049 5 388 536,5 Государственное управление и местное самоуправление 049 01 71 075,4 Функционирование исполнительных органов государственной власти 049 01 03 71 075,4 Центральный аппарат 049 01 03 037 28 897,2 Денежное содержание аппарата 049 01 03 037 027 22 820,3 Расходы на содержание аппарата 049 01 03 037 029 6 076,9 Территориальные органы 049 01 03 038 42 178,2 Денежное содержание аппарата 049 01 03 038 027 31 011,2 Расходы на содержание аппарата 049 01 03 038 029 11 167,0 Международная деятельность 049 03 43,1 Международные культурные, научные и информационные связи 049 03 04 43,1 Расходы на международные культурные, научные и информационные связи 049 03 04 125 43,1 Участие в международных конференциях 049 03 04 125 050 43,1 Промышленность, энергетика и строительство 049 07 5 317 418,0 Воспроизводство минерально-сырьевой базы 049 07 09 5 317 418,0 Финансирование геолого-разведочных работ 049 07 09 475 5 317 418,0 Геологическое изучение недр Российской Федерации для федеральных нужд 049 07 09 475 408 2 453 000,0 Геолого-разведочные работы 049 07 09 475 410 2 102 510,0 Геологическое изучение недр континентального шельфа, Мирового океана, Арктики и Антарктики для федеральных нужд 049 07 09 475 412 761 908,0 МИНИСТЕРСТВО ПРИРОДНЫХ РЕСУРСОВ РОССИЙСКОЙ ФЕДЕРАЦИИ 050 2 570 844,8 Государственное управление и местное самоуправление 050 01 310 969,6 Функционирование исполнительных органов государственной власти 050 01 03 310 969,6 Центральный аппарат 050 01 03 037 309 615,2 Денежное содержание аппарата 050 01 03 037 027 104 229,6 Расходы на содержание аппарата 050 01 03 037 029 205 385,6 Средства, передаваемые на уплату налога на имущество 050 01 03 437 1 354,4 Расходы на уплату налога на имущество 050 01 03 437 387 1 354,4 Международная деятельность 050 03 307 031,9 Международное сотрудничество 050 03 01 303 629,9 Взносы в международные организации 050 03 01 121 47 390,6 Взносы в международные организации 050 03 01 121 053 47 390,6 Расходы по обязательствам в рамках проектов, финансируемых с участием международных финансовых организаций 050 03 01 130 41 935,2 Прочие расходы, не отнесенные к другим видам расходов 050 03 01 130 397 41 935,2 Расходы в сфере международной деятельности 050 03 01 131 214 304,1 Прочие расходы, не отнесенные к другим видам расходов 050 03 01 131 397 214 304,1 Международные культурные, научные и информационные связи 050 03 04 3 402,0 Расходы на международные культурные, научные и информационные связи 050 03 04 125 3 402,0 Участие в международных конференциях 050 03 04 125 050 3 402,0 Фундаментальные исследования и содействие научно-техническому прогрессу 050 06 110 445,9 Разработка перспективных технологий и приоритетных направлений научно-технического прогресса 050 06 02 110 445,9 НИОКР 050 06 02 281 24 287,7 Другие НИОКР 050 06 02 281 216 24 287,7 Средства, передаваемые на уплату налога на имущество 050 06 02 437 6 099,0 Расходы на уплату налога на имущество 050 06 02 437 387 6 099,0 Федеральная целевая программа "Экология и природные ресурсы России (2002-2010 годы)" 050 06 02 648 65 780,0 Подпрограмма "Леса" 050 06 02 648 784 11 110,0 Подпрограмма "Водные ресурсы и водные объекты" 050 06 02 648 785 6 380,0 Подпрограмма "Регулирование качества окружающей природной среды" 050 06 02 648 787 3 080,0 Подпрограмма "Отходы" 050 06 02 648 788 11 330,0 Подпрограмма "Поддержка особо охраняемых природных территорий" 050 06 02 648 789 4 400,0 Подпрограмма "Сохранение редких и исчезающих видов животных и растений" 050 06 02 648 790 3 960,0 Подпрограмма "Охрана озера Байкал и Байкальской природной территории" 050 06 02 648 791 2 970,0 Подпрограмма "Возрождение Волги" 050 06 02 648 792 22 550,0 Федеральная целевая программа "Ядерная и радиационная безопасность России" на 2000-2006 годы 050 06 02 653 9 979,2 Подпрограмма "Создание Единой государственной автоматизированной системы контроля радиационной обстановки на территории Российской Федерации" 050 06 02 653 771 6 529,6 Подпрограмма "Снижение уровня облучения населения и техногенного загрязнения окружающей среды природными радионуклидами" 050 06 02 653 772 3 449,6 Федеральная целевая программа "Национальная технологическая база" на 2002-2006 годы 050 06 02 663 4 300,0 Проведение научно-исследовательских и опытно-конструкторских работ в рамках федеральных целевых программ 050 06 02 663 187 4 300,0 Промышленность, энергетика и строительство 050 07 1 366 618,2 Воспроизводство минерально-сырьевой базы 050 07 09 1 366 618,2 Средства, передаваемые на уплату налога на имущество 050 07 09 437 4 096,2 Расходы на уплату налога на имущество 050 07 09 437 387 4 096,2 Финансирование геолого-разведочных работ 050 07 09 475 1 362 522,0 Содержание подведомственных структур 050 07 09 475 075 634 322,0 Геологическое изучение недр Российской Федерации для федеральных нужд 050 07 09 475 408 280 000,0 Геолого-разведочные работы 050 07 09 475 410 300 000,0 Геологическое изучение недр континентального шельфа, Мирового океана, Арктики и Антарктики для федеральных нужд 050 07 09 475 412 148 200,0 Охрана окружающей среды и природных ресурсов, гидрометеорология, картография и геодезия 050 09 121 572,9 Охрана окружающей среды, животного и растительного мира 050 09 03 121 572,9 Финансирование мероприятий в области контроля за состоянием окружающей среды и охраны природы 050 09 03 362 119 769,1 Содержание подведомственных структур 050 09 03 362 075 119 769,1 Средства, передаваемые на уплату налога на имущество 050 09 03 437 1 803,8 Расходы на уплату налога на имущество 050 09 03 437 387 1 803,8 Образование 050 14 249 506,3 Начальное профессиональное образование 050 14 03 8 364,4 Ведомственные расходы на образование 050 14 03 400 8 364,4 Профессионально-технические училища 050 14 03 400 266 8 364,4 Среднее профессиональное образование 050 14 04 238 498,4 Ведомственные расходы на образование 050 14 04 400 238 498,4 Средние специальные учебные заведения 050 14 04 400 268 238 498,4 Переподготовка и повышение квалификации 050 14 05 1 263,7 Ведомственные расходы на образование 050 14 05 400 1 263,7 Институты повышения квалификации 050 14 05 400 269 1 263,7 Прочие расходы в области образования 050 14 07 1 379,8 Ведомственные расходы на образование 050 14 07 400 1 379,8 Прочие учреждения и мероприятия в области образования 050 14 07 400 272 1 379,8 Финансовая помощь другим бюджетам бюджетной системы 050 21 104 700,0 Мероприятия в области регионального развития 050 21 03 104 700,0 Федеральная целевая программа "Жилище" на 2002-2010 годы 050 21 03 633 2 000,0 Мероприятия по обеспечению жильем отдельных категорий граждан 050 21 03 633 760 2 000,0 Федеральная целевая программа "Экология и природные ресурсы России (2002-2010 годы)" 050 21 03 648 102 700,0 Подпрограмма "Регулирование качества окружающей природной среды" 050 21 03 648 787 46 000,0 Подпрограмма "Отходы" 050 21 03 648 788 22 700,0 Подпрограмма "Охрана озера Байкал и Байкальской природной территории" 050 21 03 648 791 34 000,0 ФЕДЕРАЛЬНОЕ АГЕНТСТВО ВОДНЫХ РЕСУРСОВ 052 1 830 827,3 Государственное управление и местное самоуправление 052 01 149 918,2 Функционирование исполнительных органов государственной власти 052 01 03 149 918,2 Центральный аппарат 052 01 03 037 17 016,9 Денежное содержание аппарата 052 01 03 037 027 14 392,1 Расходы на содержание аппарата 052 01 03 037 029 2 624,8 Территориальные органы 052 01 03 038 131 833,6 Денежное содержание аппарата 052 01 03 038 027 87 130,9 Расходы на содержание аппарата 052 01 03 038 029 44 702,7 Средства, передаваемые на уплату налога на имущество 052 01 03 437 1 067,7 Расходы на уплату налога на имущество 052 01 03 437 387 1 067,7 Международная деятельность 052 03 174,6 Международные культурные, научные и информационные связи 052 03 04 174,6 Расходы на международные культурные, научные и информационные связи 052 03 04 125 174,6 Участие в международных конференциях 052 03 04 125 050 174,6 Промышленность, энергетика и строительство 052 07 165 625,0 Строительство, архитектура 052 07 07 165 625,0 Государственные капитальные вложения 052 07 07 313 8 000,0 Государственные капитальные вложения на безвозвратной основе 052 07 07 313 198 8 000,0 Федеральная целевая программа "Экология и природные ресурсы России (2002-2010 годы)" 052 07 07 648 146 725,0 Подпрограмма "Водные ресурсы и водные объекты" 052 07 07 648 785 60 310,0 Подпрограмма "Регулирование качества окружающей природной среды" 052 07 07 648 787 4 000,0 Подпрограмма "Охрана озера Байкал и Байкальской природной территории" 052 07 07 648 791 3 570,0 Подпрограмма "Возрождение Волги" 052 07 07 648 792 78 845,0 Федеральная целевая программа "Восстановление экономики и социальной сферы Чеченской Республики (2002 год и последующие годы)" 052 07 07 676 10 900,0 Финансирование мероприятий по федеральной целевой программе восстановления экономики и социальной сферы Чеченской Республики 052 07 07 676 540 10 900,0 Охрана окружающей среды и природных ресурсов, гидрометеорология, картография и геодезия 052 09 1 295 309,5 Водные ресурсы 052 09 01 1 295 309,5 Финансирование мероприятий по регулированию, использованию и охране водных ресурсов 052 09 01 360 1 219 042,3 Содержание подведомственных структур 052 09 01 360 075 452 942,3 Финансирование мероприятий в области контроля за состоянием окружающей среды, природопользования и экологической безопасности 052 09 01 360 224 25 000,0 Расходы на мероприятия по обеспечению безопасности гидротехнических сооружений и другие водохозяйственные мероприятия капитального характера 052 09 01 360 450 666 100,0 Прочие расходы на водохозяйственные мероприятия 052 09 01 360 451 65 000,0 Финансирование мероприятий, направленных на сохранение озера Байкал 052 09 01 360 465 10 000,0 Средства, передаваемые на уплату налога на имущество 052 09 01 437 76 267,2 Расходы на уплату налога на имущество 052 09 01 437 387 76 267,2 Финансовая помощь другим бюджетам бюджетной системы 052 21 219 800,0 Мероприятия в области регионального развития 052 21 03 219 800,0 Федеральная целевая программа "Экология и природные ресурсы России (2002-2010 годы)" 052 21 03 648 219 800,0 Подпрограмма "Водные ресурсы и водные объекты" 052 21 03 648 785 179 100,0 Подпрограмма "Регулирование качества окружающей природной среды" 052 21 03 648 787 5 000,0 Подпрограмма "Возрождение Волги" 052 21 03 648 792 35 700,0 ФЕДЕРАЛЬНОЕ АГЕНТСТВО ЛЕСНОГО ХОЗЯЙСТВА 053 7 551 833,4 Государственное управление и местное самоуправление 053 01 186 013,6 Функционирование исполнительных органов государственной власти 053 01 03 186 013,6 Центральный аппарат 053 01 03 037 36 214,3 Денежное содержание аппарата 053 01 03 037 027 24 585,8 Расходы на содержание аппарата 053 01 03 037 029 11 628,5 Территориальные органы 053 01 03 038 149 770,2 Денежное содержание аппарата 053 01 03 038 027 109 356,9 Расходы на содержание аппарата 053 01 03 038 029 40 413,3 Средства, передаваемые на уплату налога на имущество 053 01 03 437 29,1 Расходы на уплату налога на имущество 053 01 03 437 387 29,1 Международная деятельность 053 03 182,9 Международные культурные, научные и информационные связи 053 03 04 182,9 Расходы на международные культурные, научные и информационные связи 053 03 04 125 182,9 Участие в международных конференциях 053 03 04 125 050 182,9 Фундаментальные исследования и содействие научно-техническому прогрессу 053 06 36 123,7 Разработка перспективных технологий и приоритетных направлений научно-технического прогресса 053 06 02 36 123,7 НИОКР 053 06 02 281 32 156,5 Другие НИОКР 053 06 02 281 216 32 156,5 Средства, передаваемые на уплату налога на имущество 053 06 02 437 3 967,2 Расходы на уплату налога на имущество 053 06 02 437 387 3 967,2 Промышленность, энергетика и строительство 053 07 162 250,0 Строительство, архитектура 053 07 07 162 250,0 Федеральная целевая программа "Жилище" на 2002-2010 годы 053 07 07 633 750,0 Мероприятия по обеспечению жильем отдельных категорий граждан 053 07 07 633 760 750,0 Федеральная целевая программа "Экология и природные ресурсы России (2002-2010 годы)" 053 07 07 648 161 500,0 Подпрограмма "Леса" 053 07 07 648 784 161 500,0 Охрана окружающей среды и природных ресурсов, гидрометеорология, картография и геодезия 053 09 7 165 152,9 Лесные ресурсы 053 09 02 7 165 152,9 Финансирование лесоохранных и лесовосстановительных мероприятий 053 09 02 361 7 009 823,5 Финансирование лесоохранных и лесовосстановительных мероприятий 053 09 02 361 223 5 583 846,3 Финансирование мероприятий по профилактике и подготовке к тушению лесных пожаров 053 09 02 361 226 550 000,0 Финансирование мероприятий по тушению лесных пожаров 053 09 02 361 227 875 977,2 Средства, передаваемые на уплату налога на имущество 053 09 02 437 155 329,4 Расходы на уплату налога на имущество 053 09 02 437 387 155 329,4 Социальная политика 053 18 2 110,3 Социальная помощь 053 18 02 2 110,3 Федеральная целевая программа "Преодоление последствий радиационных аварий на период до 2010 года" 053 18 02 655 2 110,3 Подпрограмма "Преодоление последствий аварии на Чернобыльской АЭС" 053 18 02 655 797 1 150,0 Подпрограмма "Преодоление последствий аварий на производственном объединении "Маяк" 053 18 02 655 798 960,3 МИНИСТЕРСТВО ЗДРАВООХРАНЕНИЯ И СОЦИАЛЬНОГО РАЗВИТИЯ РОССИЙСКОЙ ФЕДЕРАЦИИ 055 367 030,1 Государственное управление и местное самоуправление 055 01 210 393,0 Функционирование исполнительных органов государственной власти 055 01 03 210 393,0 Центральный аппарат 055 01 03 037 209 865,0 Денежное содержание аппарата 055 01 03 037 027 150 474,5 Расходы на содержание аппарата 055 01 03 037 029 59 390,5 Средства, передаваемые на уплату налога на имущество 055 01 03 437 528,0 Расходы на уплату налога на имущество 055 01 03 437 387 528,0 Международная деятельность 055 03 156 637,1 Международное сотрудничество 055 03 01 154 849,0 Взносы в международные организации 055 03 01 121 154 849,0 Взносы в международные организации 055 03 01 121 053 154 849,0 Международные культурные, научные и информационные связи 055 03 04 1 788,1 Расходы на международные культурные, научные и информационные связи 055 03 04 125 1 788,1 Участие в международных конференциях 055 03 04 125 050 1 788,1 МИНИСТЕРСТВО КУЛЬТУРЫ И МАССОВЫХ КОММУНИКАЦИЙ РОССИЙСКОЙ ФЕДЕРАЦИИ 057 269 936,0 Государственное управление и местное самоуправление 057 01 117 346,7 Функционирование исполнительных органов государственной власти 057 01 03 117 346,7 Центральный аппарат 057 01 03 037 115 877,6 Денежное содержание аппарата 057 01 03 037 027 70 480,1 Расходы на содержание аппарата 057 01 03 037 029 45 397,5 Средства, передаваемые на уплату налога на имущество 057 01 03 437 1 469,1 Расходы на уплату налога на имущество 057 01 03 437 387 1 469,1 Международная деятельность 057 03 82 589,3 Международное сотрудничество 057 03 01 81 274,1 Взносы в международные организации 057 03 01 121 10 601,8 Взносы в международные организации 057 03 01 121 053 10 601,8 Расходы по обязательствам в рамках проектов, финансируемых с участием международных финансовых организаций 057 03 01 130 30 364,3 Прочие расходы, не отнесенные к другим видам расходов 057 03 01 130 397 30 364,3 Расходы в сфере международной деятельности 057 03 01 131 40 308,0 Прочие расходы, не отнесенные к другим видам расходов 057 03 01 131 397 40 308,0 Международные культурные, научные и информационные связи 057 03 04 1 315,2 Расходы на международные культурные, научные и информационные связи 057 03 04 125 1 315,2 Участие в международных конференциях 057 03 04 125 050 1 315,2 Прочие расходы 057 30 70 000,0 Резервные фонды 057 30 01 70 000,0 Резервные фонды 057 30 01 510 70 000,0 Резервный фонд Правительства Российской Федерации 057 30 01 510 390 70 000,0 ФЕДЕРАЛЬНОЕ АГЕНТСТВО ПО КУЛЬТУРЕ И КИНЕМАТОГРАФИИ 058 19 247 172,2 Государственное управление и местное самоуправление 058 01 58 735,1 Функционирование исполнительных органов государственной власти 058 01 03 58 735,1 Центральный аппарат 058 01 03 037 54 775,5 Денежное содержание аппарата 058 01 03 037 027 34 607,0 Расходы на содержание аппарата 058 01 03 037 029 20 168,5 Средства, передаваемые на уплату налога на имущество 058 01 03 437 2,4 Расходы на уплату налога на имущество 058 01 03 437 387 2,4 Прочие расходы, не отнесенные к другим целевым статьям 058 01 03 515 3 957,2 Содержание подведомственных структур 058 01 03 515 075 3 957,2 Международная деятельность 058 03 3 501,1 Международные культурные, научные и информационные связи 058 03 04 3 501,1 Расходы на международные культурные, научные и информационные связи 058 03 04 125 3 501,1 Участие в международных конференциях 058 03 04 125 050 3 501,1 Фундаментальные исследования и содействие научно-техническому прогрессу 058 06 98 972,9 Разработка перспективных технологий и приоритетных направлений научно-технического прогресса 058 06 02 98 972,9 НИОКР 058 06 02 281 75 142,9 Другие НИОКР 058 06 02 281 216 75 142,9 Федеральная целевая программа "Культура России (2001-2005 годы)" 058 06 02 631 23 430,0 Подпрограмма "Развитие культуры и сохранение культурного наследия России" 058 06 02 631 711 9 700,0 Подпрограмма "Кинематография России" 058 06 02 631 712 13 730,0 Федеральная целевая программа "Дети России" на 2003-2006 годы 058 06 02 640 400,0 Подпрограмма "Дети-инвалиды" 058 06 02 640 726 400,0 Промышленность, энергетика и строительство 058 07 2 239 530,0 Строительство, архитектура 058 07 07 2 239 530,0 Государственные капитальные вложения 058 07 07 313 92 350,0 Государственные капитальные вложения на безвозвратной основе 058 07 07 313 198 92 350,0 Федеральная целевая программа "Культура России (2001-2005 годы)" 058 07 07 631 2 078 320,0 Подпрограмма "Развитие культуры и сохранение культурного наследия России" 058 07 07 631 711 2 049 320,0 Подпрограмма "Кинематография России" 058 07 07 631 712 29 000,0 Федеральная целевая программа "Восстановление экономики и социальной сферы Чеченской Республики (2002 год и последующие годы)" 058 07 07 676 68 860,0 Финансирование мероприятий по федеральной целевой программе восстановления экономики и социальной сферы Чеченской Республики 058 07 07 676 540 68 860,0 Образование 058 14 2 290 227,1 Общее образование 058 14 02 12 050,2 Ведомственные расходы на образование 058 14 02 400 12 050,2 Школы - детские сады, школы начальные, неполные средние и средние 058 14 02 400 260 12 050,2 Среднее профессиональное образование 058 14 04 258 755,0 Ведомственные расходы на образование 058 14 04 400 258 755,0 Средние специальные учебные заведения 058 14 04 400 268 258 755,0 Переподготовка и повышение квалификации 058 14 05 15 769,0 Ведомственные расходы на образование 058 14 05 400 15 769,0 Институты повышения квалификации 058 14 05 400 269 15 769,0 Высшее профессиональное образование 058 14 06 1 999 785,6 Ведомственные расходы на образование 058 14 06 400 1 999 785,6 Высшие учебные заведения 058 14 06 400 271 1 599 475,7 Содержание особо ценных объектов культурного наследия народов Российской Федерации 058 14 06 400 273 400 309,9 Прочие расходы в области образования 058 14 07 3 867,3 Ведомственные расходы на образование 058 14 07 400 1 067,3 Прочие учреждения и мероприятия в области образования 058 14 07 400 272 1 067,3 Федеральная целевая программа "Дети России" на 2003-2006 годы 058 14 07 640 2 800,0 Подпрограмма "Одаренные дети" 058 14 07 640 731 2 800,0 Культура, искусство и кинематография 058 15 13 863 406,0 Культура и искусство 058 15 01 11 615 506,0 Ведомственные расходы на культуру и искусство 058 15 01 410 7 273 527,2 Содержание особо ценных объектов культурного наследия народов Российской Федерации 058 15 01 410 273 4 207 470,9 Музеи и постоянные выставки 058 15 01 410 283 1 628 891,5 Библиотеки 058 15 01 410 284 287 786,6 Прочие учреждения и мероприятия в области культуры и искусства 058 15 01 410 287 1 149 378,2 Государственная поддержка театров, концертных организаций и других организаций исполнительских искусств 058 15 01 411 2 290 712,3 Содержание особо ценных объектов культурного наследия народов Российской Федерации 058 15 01 411 273 790 437,6 Театры, концертные организации и другие организации исполнительских искусств 058 15 01 411 281 1 500 274,7 Государственная поддержка деятельности цирковых организаций 058 15 01 414 348 066,5 Расходы цирковых организаций 058 15 01 414 288 348 066,5 Расходы на реализацию государственной программы "Патриотическое воспитание граждан Российской Федерации на 2001-2005 годы" 058 15 01 464 8 500,0 Прочие учреждения и мероприятия в области культуры и искусства 058 15 01 464 287 8 500,0 Резервные фонды 058 15 01 510 112 000,0 Резервный фонд Президента Российской Федерации 058 15 01 510 391 112 000,0 Прочие расходы, не отнесенные к другим целевым статьям 058 15 01 515 15 000,0 Прочие расходы, не отнесенные к другим видам расходов 058 15 01 515 397 15 000,0 Федеральная целевая программа "Культура России (2001-2005 годы)" 058 15 01 631 1 565 200,0 Подпрограмма Развитие культуры и сохранение культурного наследия России" 058 15 01 631 711 1 565 200,0 Федеральная целевая программа "Дети России" на 2003-2006 годы 058 15 01 640 2 500,0 Подпрограмма "Дети-инвалиды" 058 15 01 640 726 2 500,0 Кинематография 058 15 02 2 247 900,0 Государственная поддержка кинематографии 058 15 02 415 985 900,0 Прочие расходы, не отнесенные к другим видам расходов 058 15 02 415 397 985 900,0 Федеральная целевая программа "Культура России (2001-2005 годы)" 058 15 02 631 1 262 000,0 Подпрограмма "Кинематография России" 058 15 02 631 712 1 262 000,0 Финансовая помощь другим бюджетам бюджетной системы 058 21 692 800,0 Мероприятия в области регионального развития 058 21 03 692 800,0 Государственные капитальные вложения 058 21 03 313 568 800,0 Государственные капитальные вложения на безвозвратной основе 058 21 03 313 198 568 800,0 Федеральная целевая программа "Культура России (2001-2005 годы)" 058 21 03 631 124 000,0 Подпрограмма "Развитие культуры и сохранение культурного наследия России" 058 21 03 631 711 124 000,0 ФЕДЕРАЛЬНАЯ СЛУЖБА ПО НАДЗОРУ ЗА СОБЛЮДЕНИЕМ ЗАКОНОДАТЕЛЬСТВА В СФЕРЕ МАССОВЫХ КОММУНИКАЦИЙ И ОХРАНЕ КУЛЬТУРНОГО НАСЛЕДИЯ 059 59 130,0 Государственное управление и местное самоуправление 059 01 59 130,0 Функционирование исполнительных органов государственной власти 059 01 03 59 130,0 Центральный аппарат 059 01 03 037 15 756,5 Денежное содержание аппарата 059 01 03 037 027 14 087,1 Расходы на содержание аппарата 059 01 03 037 029 1 669,4 Территориальные органы 059 01 03 038 43 144,7 Денежное содержание аппарата 059 01 03 038 027 29 808,1 Расходы на содержание аппарата 059 01 03 038 029 13 336,6 Средства, передаваемые на уплату налога на имущество 059 01 03 437 228,8 Расходы на уплату налога на имущество 059 01 03 437 387 228,8 ФЕДЕРАЛЬНАЯ СЛУЖБА ПО НАДЗОРУ В СФЕРЕ ЗДРАВООХРАНЕНИЯ И СОЦИАЛЬНОГО РАЗВИТИЯ 060 24 457,2 Государственное управление и местное самоуправление 060 01 24 419,9 Функционирование исполнительных органов государственной власти 060 01 03 24 419,9 Центральный аппарат 060 01 03 037 22 931,8 Денежное содержание аппарата 060 01 03 037 027 22 241,1 Расходы на содержание аппарата 060 01 03 037 029 690,7 Территориальные органы 060 01 03 038 1 488,1 Денежное содержание аппарата 060 01 03 038 027 1 488,1 Международная деятельность 060 03 37,3 Международные культурные, научные и информационные связи 060 03 04 37,3 Расходы на международные культурные, научные и информационные связи 060 03 04 125 37,3 Участие в международных конференциях 060 03 04 125 050 37,3 ФЕДЕРАЛЬНОЕ АГЕНТСТВО ПО ЗДРАВООХРАНЕНИЮ И СОЦИАЛЬНОМУ РАЗВИТИЮ 061 33 905 337,8 Государственное управление и местное самоуправление 061 01 40 687,7 Функционирование исполнительных органов государственной власти 061 01 03 40 687,7 Центральный аппарат 061 01 03 037 37 581,7 Денежное содержание аппарата 061 01 03 037 027 36 369,4 Расходы на содержание аппарата 061 01 03 037 029 1 212,3 Территориальные органы 061 01 03 038 3 106,0 Денежное содержание аппарата 061 01 03 038 027 1 752,8 Расходы на содержание аппарата 061 01 03 038 029 1 353,2 Международная деятельность 061 03 1 065 062,6 Международное сотрудничество 061 03 01 1 065 000,6 Расходы по обязательствам в рамках проектов, финансируемых с участием международных финансовых организаций 061 03 01 130 72 145,1 Прочие расходы, не отнесенные к другим видам расходов 061 03 01 130 397 72 145,1 Расходы в сфере международной деятельности 061 03 01 131 931 345,5 Прочие расходы, не отнесенные к другим видам расходов 061 03 01 131 397 931 345,5 Операции неторгового характера 061 03 01 134 61 510,0 Прочие расходы, не отнесенные к другим видам расходов 061 03 01 134 397 61 510,0 Международные культурные, научные и информационные связи 061 03 04 62,0 Расходы на международные культурные, научные и информационные связи 061 03 04 125 62,0 Участие в международных конференциях 061 03 04 125 050 62,0 Фундаментальные исследования и содействие научно-техническому прогрессу 061 06 643 480,7 Разработка перспективных технологий и приоритетных направлений научно-технического прогресса 061 06 02 643 480,7 НИОКР 061 06 02 281 560 375,6 Другие НИОКР 061 06 02 281 216 560 375,6 Средства, передаваемые на уплату налога на имущество 061 06 02 437 4 553,9 Расходы на уплату налога на имущество 061 06 02 437 387 4 553,9 Федеральная целевая программа "Дети России" на 2003-2006 годы 061 06 02 640 9 750,0 Подпрограмма "Дети-инвалиды" 061 06 02 640 726 500,0 Подпрограмма "Здоровый ребенок" 061 06 02 640 820 9 250,0 Федеральная целевая программа "Предупреждение и борьба с заболеваниями социального характера (2002-2006 годы)" 061 06 02 649 24 640,0 Подпрограмма "Сахарный диабет" 061 06 02 649 737 14 784,0 Подпрограмма "Вакцинопрофилактика" 061 06 02 649 739 4 681,6 Подпрограмма "Неотложные меры по предупреждению распространения в Российской Федерации заболевания, вызываемого вирусом иммунодефицита человека (Анти-ВИЧ/СПИД)" 061 06 02 649 740 5 174,4 Федеральная целевая программа "Профилактика и лечение артериальной гипертонии в Российской Федерации" 061 06 02 650 16 450,0 Проведение научно-исследовательских и опытно-конструкторских работ в рамках федеральных целевых программ 061 06 02 650 187 16 450,0 Федеральная целевая программа "Комплексные меры противодействия злоупотреблению наркотиками и их незаконному обороту на 2002-2004 годы" 061 06 02 651 16 500,0 Проведение научно-исследовательских и опытно-конструкторских работ в рамках федеральных целевых программ 061 06 02 651 187 16 500,0 Федеральная целевая программа "Ядерная и радиационная безопасность России" на 2000-2006 годы 061 06 02 653 11 211,2 Подпрограмма "Организация единой государственной системы контроля и учета индивидуальных доз облучения граждан и состояние здоровья групп риска населения, подверженных повышенным уровням радиационного воздействия" 061 06 02 653 773 2 340,8 Подпрограмма "Организация системы медицинского обслуживания и охраны труда работников, подверженных облучению на производстве" 061 06 02 653 774 5 051,2 Подпрограмма "Организация системы медицинского обслуживания лиц из групп риска населения, подверженных повышенным уровням радиационного воздействия" 061 06 02 653 775 1 601,6 Подпрограмма "Оказание специализированной медицинской помощи при ликвидации последствий радиационных аварий" 061 06 02 653 776 2 217,6 Промышленность, энергетика и строительство 061 07 1 138 040,0 Строительство, архитектура 061 07 07 1 138 040,0 Государственные капитальные вложения 061 07 07 313 538 800,0 Государственные капитальные вложения на безвозвратной основе 061 07 07 313 198 538 800,0 Федеральная целевая программа "Жилище" на 2002-2010 годы 061 07 07 633 11 000,0 Мероприятия по обеспечению жильем отдельных категорий граждан 061 07 07 633 760 11 000,0 Федеральная целевая программа "Дети России" на 2003-2006 годы 061 07 07 640 50 700,0 Подпрограмма "Здоровый ребенок" 061 07 07 640 820 50 700,0 Федеральная целевая программа "Предупреждение и борьба с заболеваниями социального характера (2002-2006 годы)" 061 07 07 649 132 370,0 Подпрограмма "Неотложные меры борьбы с туберкулезом в России" 061 07 07 649 738 53 000,0 Подпрограмма "Вакцинопрофилактика" 061 07 07 649 739 15 500,0 Подпрограмма "О мерах по развитию онкологической помощи населению Российской Федерации" 061 07 07 649 796 58 000,0 Подпрограмма "Совершенствование Всероссийской службы медицины катастроф" 061 07 07 649 804 5 870,0 Федеральная целевая научно-техническая программа "Исследования и разработки по приоритетным направлениям развития науки и техники" на 2002-2006 годы 061 07 07 666 8 000,0 Государственные капитальные вложения на безвозвратной основе 061 07 07 666 198 8 000,0 Федеральная целевая программа "Восстановление экономики и социальной сферы Чеченской Республики (2002 год и последующие годы)" 061 07 07 676 397 170,0 Финансирование мероприятий по федеральной целевой программе восстановления экономики и социальной сферы Чеченской Республики 061 07 07 676 540 397 170,0 Образование 061 14 5 573 983,7 Среднее профессиональное образование 061 14 04 192 762,6 Ведомственные расходы на образование 061 14 04 400 191 975,2 Средние специальные учебные заведения 061 14 04 400 268 191 975,2 Средства, передаваемые на уплату налога на имущество 061 14 04 437 787,4 Расходы на уплату налога на имущество 061 14 04 437 387 787,4 Переподготовка и повышение квалификации 061 14 05 391 349,6 Ведомственные расходы на образование 061 14 05 400 388 105,9 Институты повышения квалификации 061 14 05 400 269 388 105,9 Средства, передаваемые на уплату налога на имущество 061 14 05 437 3 243,7 Расходы на уплату налога на имущество 061 14 05 437 387 3 243,7 Высшее профессиональное образование 061 14 06 4 974 018,1 Ведомственные расходы на образование 061 14 06 400 4 938 544,2 Высшие учебные заведения 061 14 06 400 271 4 938 544,2 Средства, передаваемые на уплату налога на имущество 061 14 06 437 35 473,9 Расходы на уплату налога на имущество 061 14 06 437 387 35 473,9 Прочие расходы в области образования 061 14 07 15 853,4 Ведомственные расходы на образование 061 14 07 400 15 186,2 Прочие учреждения и мероприятия в области образования 061 14 07 400 272 15 186,2 Средства, передаваемые на уплату налога на имущество 061 14 07 437 667,2 Расходы на уплату налога на имущество 061 14 07 437 387 667,2 Здравоохранение и физическая культура 061 17 23 324 280,9 Здравоохранение 061 17 01 23 324 280,9 Ведомственные расходы на здравоохранение 061 17 01 430 16 323 266,1 Больницы, клиники, госпитали 061 17 01 430 300 9 571 455,6 Поликлиники, амбулатории, диагностические центры 061 17 01 430 301 443 296,7 Станции переливания крови 061 17 01 430 303 31 300,0 Санатории для больных туберкулезом 061 17 01 430 306 588 333,2 Санатории для детей и подростков 061 17 01 430 307 1 034 959,7 Прочие учреждения и мероприятия в области здравоохранения 061 17 01 430 310 403 491,4 Целевые расходы на оказание дорогостоящих видов медицинской помощи гражданам Российской Федерации 061 17 01 430 315 4 250 429,5 Средства, передаваемые на уплату налога на имущество 061 17 01 437 135 502,8 Расходы на уплату налога на имущество 061 17 01 437 387 135 502,8 Прочие расходы, не отнесенные к другим целевым статьям 061 17 01 515 4 371 762,0 Прочие расходы, не отнесенные к другим видам расходов 061 17 01 515 397 4 371 762,0 Федеральная целевая программа "Дети России" на 2003-2006 годы 061 17 01 640 159 270,0 Подпрограмма "Дети-инвалиды" 061 17 01 640 726 4 800,0 Подпрограмма "Дети-сироты" 061 17 01 640 733 2 000,0 Подпрограмма "Здоровый ребенок" 061 17 01 640 820 152 470,0 Федеральная целевая программа "Предупреждение и борьба с заболеваниями социального характера (2002-2006 годы)" 061 17 01 649 2 235 980,0 Подпрограмма "Сахарный диабет" 061 17 01 649 737 618 190,0 Подпрограмма "Неотложные меры борьбы с туберкулезом в России" 061 17 01 649 738 1 116 975,0 Подпрограмма "Вакцинопрофилактика" 061 17 01 649 739 16 115,0 Подпрограмма "Неотложные меры по предупреждению распространения в Российской Федерации заболевания, вызываемого вирусом иммунодефицита человека (Анти-ВИЧ/СПИД)" 061 17 01 649 740 122 700,0 Подпрограмма "О мерах по развитию онкологической помощи населению Российской Федерации" 061 17 01 649 796 200 000,0 Подпрограмма "Совершенствование Всероссийской службы медицины катастроф" 061 17 01 649 804 62 000,0 Подпрограмма "О мерах по предупреждению дальнейшего распространения заболеваний, передаваемых половым путем" 061 17 01 649 808 100 000,0 Федеральная целевая программа "Профилактика и лечение артериальной гипертонии в Российской Федерации" 061 17 01 650 39 700,0 Прочие расходы, не отнесенные к другим видам расходов 061 17 01 650 397 39 700,0 Федеральная целевая программа "Комплексные меры противодействия злоупотреблению наркотиками и их незаконному обороту на 2002-2004 годы" 061 17 01 651 58 800,0 Прочие расходы, не отнесенные к другим видам расходов 061 17 01 651 397 58 800,0 Социальная политика 061 18 14 592,2 Социальная помощь 061 18 02 14 592,2 Федеральная целевая программа "Преодоление последствий радиационных аварий на период до 2010 года" 061 18 02 655 14 592,2 Подпрограмма "Преодоление последствий аварии на Чернобыльской АЭС" 061 18 02 655 797 11 634,0 Подпрограмма "Преодоление последствий аварий на производственном объединении "Маяк" 061 18 02 655 798 2 023,2 Подпрограмма "Преодоление последствий ядерных испытаний на Семипалатинском полигоне" 061 18 02 655 799 935,0 Финансовая помощь другим бюджетам бюджетной системы 061 21 2 105 210,0 Финансовая помощь бюджетам других уровней 061 21 01 22 020,0 Средства, передаваемые по взаимным расчетам, в том числе компенсации дополнительных расходов, возникших в результате решений, принятых органами других уровней власти 061 21 01 483 22 020,0 Резервный фонд Президента Российской Федерации 061 21 01 483 391 22 020,0 Мероприятия в области регионального развития 061 21 03 2 083 190,0 Государственные капитальные вложения 061 21 03 313 1 383 790,0 Государственные капитальные вложения на безвозвратной основе 061 21 03 313 198 1 383 790,0 Федеральная целевая программа "Старшее поколение" на 2002-2004 годы 061 21 03 635 18 500,0 Государственные капитальные вложения на безвозвратной основе 061 21 03 635 198 18 500,0 Федеральная целевая программа "Дети России" на 2003-2006 годы 061 21 03 640 273 800,0 Подпрограмма "Здоровый ребенок" 061 21 03 640 820 273 800,0 Федеральная целевая программа "Предупреждение и борьба с заболеваниями социального характера (2002-2006 годы)" 061 21 03 649 407 100,0 Подпрограмма "Неотложные меры борьбы с туберкулезом в России" 061 21 03 649 738 171 000,0 Подпрограмма "Неотложные меры по предупреждению распространения в Российской Федерации заболевания, вызываемого вирусом иммунодефицита человека (Анти-ВИЧ/СПИД)" 061 21 03 649 740 51 000,0 Подпрограмма "О мерах по развитию онкологической помощи населению Российской Федерации" 061 21 03 649 796 185 100,0 МИНИСТЕРСТВО ИНФОРМАЦИОННЫХ ТЕХНОЛОГИЙ И СВЯЗИ РОССИЙСКОЙ ФЕДЕРАЦИИ 070 270 948,0 Государственное управление и местное самоуправление 070 01 127 173,2 Функционирование исполнительных органов государственной власти 070 01 03 127 173,2 Центральный аппарат 070 01 03 037 126 650,2 Денежное содержание аппарата 070 01 03 037 027 74 735,9 Расходы на содержание аппарата 070 01 03 037 029 51 914,3 Средства, передаваемые на уплату налога на имущество 070 01 03 437 523,0 Расходы на уплату налога на имущество 070 01 03 437 387 523,0 Международная деятельность 070 03 105 122,2 Международное сотрудничество 070 03 01 97 351,6 Взносы в международные организации 070 03 01 121 89 631,6 Взносы в международные организации 070 03 01 121 053 89 631,6 Операции неторгового характера 070 03 01 134 7 720,0 Прочие расходы, не отнесенные к другим видам расходов 070 03 01 134 397 7 720,0 Международные культурные, научные и информационные связи 070 03 04 7 770,6 Расходы на международные культурные, научные и информационные связи 070 03 04 125 7 770,6 Участие в международных конференциях 070 03 04 125 050 7 770,6 Фундаментальные исследования и содействие научно- техническому прогрессу 070 06 28 652,6 Разработка перспективных технологий и приоритетных направлений научно-технического прогресса 070 06 02 28 652,6 НИОКР 070 06 02 281 28 652,6 Другие НИОКР 070 06 02 281 216 28 652,6 Промышленность, энергетика и строительство 070 07 10 000,0 Строительство, архитектура 070 07 07 10 000,0 Государственные капитальные вложения 070 07 07 313 10 000,0 Государственные капитальные вложения на безвозвратной основе 070 07 07 313 198 10 000,0 ФЕДЕРАЛЬНОЕ АГЕНТСТВО КАДАСТРА ОБЪЕКТОВ НЕДВИЖИМОСТИ 072 2 608 121,6 Государственное управление и местное самоуправление 072 01 888 857,2 Функционирование исполнительных органов государственной власти 072 01 03 888 857,2 Центральный аппарат 072 01 03 037 63 922,4 Денежное содержание аппарата 072 01 03 037 027 45 742,0 Расходы на содержание аппарата 072 01 03 037 029 18 180,4 Территориальные органы 072 01 03 038 808 393,4 Денежное содержание аппарата 072 01 03 038 027 637 037,5 Расходы на содержание аппарата 072 01 03 038 029 171 355,9 Средства, передаваемые на уплату налога на имущество 072 01 03 437 16 541,4 Расходы на уплату налога на имущество 072 01 03 437 387 16 541,4 Международная деятельность 072 03 50 423,7 Международное сотрудничество 072 03 01 49 515,0 Расходы по обязательствам в рамках проектов, финансируемых с участием международных финансовых организаций 072 03 01 130 18 760,0 Прочие расходы, не отнесенные к другим видам расходов 072 03 01 130 397 18 760,0 Расходы в сфере международной деятельности 072 03 01 131 30 755,0 Прочие расходы, не отнесенные к другим видам расходов 072 03 01 131 397 30 755,0 Международные культурные, научные и информационные связи 072 03 04 908,7 Расходы на международные культурные, научные и информационные связи 072 03 04 125 908,7 Участие в международных конференциях 072 03 04 125 050 908,7 Фундаментальные исследования и содействие научно-техническому прогрессу 072 06 2 000,0 Разработка перспективных технологий и приоритетных направлений научно-технического прогресса 072 06 02 2 000,0 Федеральная целевая программа "Создание автоматизированной системы ведения государственного земельного кадастра и государственного учета объектов недвижимости (2002-2007 годы)" 072 06 02 661 2 000,0 Проведение научно-исследовательских и опытно-конструкторских работ в рамках федеральных целевых программ 072 06 02 661 187 2 000,0 Промышленность, энергетика и строительство 072 07 81 000,0 Строительство, архитектура 072 07 07 81 000,0 Федеральная целевая программа "Создание автоматизированной системы ведения государственного земельного кадастра и государственного учета объектов недвижимости (2002-2007 годы)" 072 07 07 661 80 000,0 Государственные капитальные вложения на безвозвратной основе 072 07 07 661 198 80 000,0 Федеральная целевая программа "Восстановление экономики и социальной сферы Чеченской Республики (2002 год и последующие годы)" 072 07 07 676 1 000,0 Финансирование мероприятий по федеральной целевой программе восстановления экономики и социальной сферы Чеченской Республики 072 07 07 676 540 1 000,0 Сельское хозяйство и рыболовство 072 08 1 585 540,7 Земельные ресурсы 072 08 02 1 585 540,7 Мероприятия по улучшению землеустройства и землепользования 072 08 02 344 884 624,8 Содержание подведомственных структур 072 08 02 344 075 710 624,8 Мероприятия по улучшению землеустройства и землепользования 072 08 02 344 212 174 000,0 Средства, передаваемые на уплату налога на имущество 072 08 02 437 9 750,3 Расходы на уплату налога на имущество 072 08 02 437 387 9 750,3 Федеральная целевая программа "Комплексные меры противодействия злоупотреблению наркотиками и их незаконному обороту на 2002-2004 годы" 072 08 02 651 1 600,0 Прочие расходы, не отнесенные к другим видам расходов 072 08 02 651 397 1 600,0 Федеральная целевая программа "Создание автоматизированной системы ведения государственного земельного кадастра и государственного учета объектов недвижимости (2002-2007 годы)" 072 08 02 661 689 565,6 Ведение государственного кадастра, мониторинга земель и землеустройства 072 08 02 661 213 689 565,6 Образование 072 14 300,0 Переподготовка и повышение квалификации 072 14 05 300,0 Ведомственные расходы на образование 072 14 05 400 300,0 Институты повышения квалификации 072 14 05 400 269 300,0 ФЕДЕРАЛЬНОЕ АГЕНТСТВО ПО ОБРАЗОВАНИЮ 073 94 495 146,6 Государственное управление и местное самоуправление 073 01 150 219,3 Функционирование исполнительных органов государственной власти 073 01 03 150 219,3 Центральный аппарат 073 01 03 037 148 850,7 Денежное содержание аппарата 073 01 03 037 027 110 904,9 Расходы на содержание аппарата 073 01 03 037 029 37 945,8 Средства, передаваемые на уплату налога на имущество 073 01 03 437 1 368,6 Расходы на уплату налога на имущество 073 01 03 437 387 1 368,6 Международная деятельность 073 03 1 553 127,0 Международное сотрудничество 073 03 01 1 486 574,8 Расходы по обязательствам в рамках проектов, финансируемых с участием международных финансовых организаций 073 03 01 130 93 297,7 Прочие расходы, не отнесенные к другим видам расходов 073 03 01 130 397 93 297,7 Расходы в сфере международной деятельности 073 03 01 131 1 378 691,1 Прочие расходы, не отнесенные к другим видам расходов 073 03 01 131 397 1 378 691,1 Операции неторгового характера 073 03 01 134 14 586,0 Прочие расходы, не отнесенные к другим видам расходов 073 03 01 134 397 14 586,0 Международные культурные, научные и информационные связи 073 03 04 66 552,2 Расходы на международные культурные, научные и информационные связи 073 03 04 125 66 552,2 Участие в международных научных исследованиях, стажировки студентов за рубежом 073 03 04 125 049 64 437,3 Участие в международных конференциях 073 03 04 125 050 2 114,9 Фундаментальные исследования и содействие научно-техническому прогрессу 073 06 2 852 155,1 Фундаментальные исследования 073 06 01 589 772,3 Проведение фундаментальных исследований 073 06 01 270 589 772,3 Другие НИОКР 073 06 01 270 216 589 772,3 Разработка перспективных технологий и приоритетных направлений научно-технического прогресса 073 06 02 2 262 382,8 НИОКР 073 06 02 281 1 943 693,3 Развитие приборной базы научных организаций и высших учебных заведений 073 06 02 281 184 230 000,0 Гранты молодым ученым 073 06 02 281 188 171 500,0 Другие НИОКР 073 06 02 281 216 1 504 553,6 Содержание особо ценных объектов культурного наследия народов Российской Федерации 073 06 02 281 273 37 639,7 Средства, передаваемые на уплату налога на имущество 073 06 02 437 3 284,7 Расходы на уплату налога на имущество 073 06 02 437 387 3 284,7 Федеральная целевая программа "Дети России" на 2003-2006 годы 073 06 02 640 880,0 Подпрограмма "Дети-инвалиды" 073 06 02 640 726 500,0 Подпрограмма "Здоровый ребенок" 073 06 02 640 820 380,0 Федеральная программа развития образования 073 06 02 642 61 600,0 Проведение научно-исследовательских и опытно-конструкторских работ в рамках федеральных целевых программ 073 06 02 642 187 61 600,0 Федеральная целевая программа "Русский язык" на 2002-2005 годы 073 06 02 643 1 724,8 Проведение научно-исследовательских и опытно-конструкторских работ в рамках федеральных целевых программ 073 06 02 643 187 1 724,8 Федеральная целевая программа "Формирование установок толерантного сознания и профилактика экстремизма в российском обществе (2001-2005 годы)" 073 06 02 644 27 250,0 Проведение научно-исследовательских и опытно-конструкторских работ в рамках федеральных целевых программ 073 06 02 644 187 27 250,0 Федеральная целевая программа "Национальная технологическая база" на 2002-2006 годы 073 06 02 663 9 000,0 Проведение научно-исследовательских и опытно-конструкторских работ в рамках федеральных целевых программ 073 06 02 663 187 9 000,0 Федеральная целевая программа "Интеграция науки и высшего образования России на 2002-2006 годы" 073 06 02 667 181 500,0 Проведение научно-исследовательских и опытно-конструкторских работ в рамках федеральных целевых программ 073 06 02 667 187 178 612,5 Содержание Дирекции федеральной целевой программы 073 06 02 667 650 2 887,5 Федеральная целевая программа "Развитие единой образовательной информационной среды (2001-2005 годы)" 073 06 02 668 23 000,0 Проведение научно-исследовательских и опытно-конструкторских работ в рамках федеральных целевых программ 073 06 02 668 187 23 000,0 Федеральная целевая программа "Электронная Россия (2002-2010 годы)" 073 06 02 670 10 450,0 Проведение научно-исследовательских и опытно-конструкторских работ в рамках федеральных целевых программ 073 06 02 670 187 10 450,0 Промышленность, энергетика и строительство 073 07 1 944 685,0 Строительство, архитектура 073 07 07 1 944 685,0 Государственные капитальные вложения 073 07 07 313 9 500,0 Государственные капитальные вложения на безвозвратной основе 073 07 07 313 198 9 500,0 Федеральная целевая программа "Жилище" на 2002-2010 годы 073 07 07 633 173 300,0 Мероприятия по обеспечению жильем отдельных категорий граждан 073 07 07 633 760 173 300,0 Федеральная программа развития образования 073 07 07 642 1 368 365,0 Государственные капитальные вложения на безвозвратной основе 073 07 07 642 198 1 368 365,0 Федеральная целевая научно-техническая программа "Исследования и разработки по приоритетным направлениям развития науки и техники" на 2002-2006 годы 073 07 07 666 6 200,0 Государственные капитальные вложения на безвозвратной основе 073 07 07 666 198 6 200,0 Федеральная целевая программа "Интеграция науки и высшего образования России на 2002-2006 годы" 073 07 07 667 25 000,0 Государственные капитальные вложения на безвозвратной основе 073 07 07 667 198 25 000,0 Федеральная целевая программа "Электронная Россия (2002-2010 годы)" 073 07 07 670 58 500,0 Государственные капитальные вложения на безвозвратной основе 073 07 07 670 198 58 500,0 Федеральная целевая программа "Восстановление экономики и социальной сферы Чеченской Республики (2002 год и последующие годы)" 073 07 07 676 303 820,0 Финансирование мероприятий по федеральной целевой программе восстановления экономики и социальной сферы Чеченской Республики 073 07 07 676 540 303 820,0 Образование 073 14 85 952 422,6 Общее образование 073 14 02 1 008 478,9 Ведомственные расходы на образование 073 14 02 400 1 008 478,9 Школы - детские сады, школы начальные, неполные средние и средние 073 14 02 400 260 2 128,1 Школы-интернаты 073 14 02 400 263 61 246,7 Учреждения по внешкольной работе с детьми 073 14 02 400 264 916 733,0 Детские дома 073 14 02 400 265 28 371,1 Начальное профессиональное образование 073 14 03 24 259 457,8 Ведомственные расходы на образование 073 14 03 400 24 259 457,8 Профессионально-технические училища 073 14 03 400 266 23 911 458,7 Специальные профессионально-технические училища 073 14 03 400 267 347 999,1 Среднее профессиональное образование 073 14 04 6 517 079,0 Ведомственные расходы на образование 073 14 04 400 6 517 079,0 Средние специальные учебные заведения 073 14 04 400 268 6 517 079,0 Переподготовка и повышение квалификации 073 14 05 64 240,2 Ведомственные расходы на образование 073 14 05 400 64 240,2 Институты повышения квалификации 073 14 05 400 269 64 240,2 Высшее профессиональное образование 073 14 06 48 215 766,1 Ведомственные расходы на образование 073 14 06 400 48 212 776,1 Высшие учебные заведения 073 14 06 400 271 43 291 282,9 Содержание особо ценных объектов культурного наследия народов Российской Федерации 073 14 06 400 273 4 921 493,2 Резервные фонды 073 14 06 510 2 990,0 Резервный фонд Президента Российской Федерации 073 14 06 510 391 2 990,0 Прочие расходы в области образования 073 14 07 5 887 400,6 Ведомственные расходы на образование 073 14 07 400 636 167,4 Прочие учреждения и мероприятия в области образования 073 14 07 400 272 636 167,4 Расходы на реализацию государственной программы "Патриотическое воспитание граждан Российской Федерации на 2001-2005 годы" 073 14 07 464 15 400,0 Прочие учреждения и мероприятия в области образования 073 14 07 464 272 15 400,0 Федеральная целевая программа "Дети России" на 2003-2006 годы 073 14 07 640 166 000,0 Подпрограмма "Дети-инвалиды" 073 14 07 640 726 8 500,0 Подпрограмма "Профилактика безнадзорности и правонарушений несовершеннолетних" 073 14 07 640 727 82 600,0 Подпрограмма "Одаренные дети" 073 14 07 640 731 28 200,0 Подпрограмма "Дети-сироты" 073 14 07 640 733 43 100,0 Подпрограмма "Здоровый ребенок" 073 14 07 640 820 3 600,0 Федеральная целевая программа "Молодежь России (2001-2005 годы)" 073 14 07 641 76 920,0 Прочие расходы, не отнесенные к другим видам расходов 073 14 07 641 397 76 920,0 Федеральная программа развития образования 073 14 07 642 1 826 000,0 Прочие расходы, не отнесенные к другим видам расходов 073 14 07 642 397 1 826 000,0 Федеральная целевая программа "Русский язык" на 2002-2005 годы 073 14 07 643 40 000,0 Прочие расходы, не отнесенные к другим видам расходов 073 14 07 643 397 40 000,0 Федеральная целевая программа "Комплексные меры противодействия злоупотреблению наркотиками и их незаконному обороту на 2002-2004 годы" 073 14 07 651 135 600,0 Прочие расходы, не отнесенные к другим видам расходов 073 14 07 651 397 135 600,0 Федеральная целевая программа "Развитие единой образовательной информационной среды (2001-2005 годы)" 073 14 07 668 2 991 313,2 Прочие расходы, не отнесенные к другим видам расходов 073 14 07 668 397 2 991 313,2 Культура, искусство и кинематография 073 15 7 592,9 Культура и искусство 073 15 01 7 592,9 Ведомственные расходы на культуру и искусство 073 15 01 410 7 592,9 Музеи и постоянные выставки 073 15 01 410 283 7 592,9 Финансовая помощь другим бюджетам бюджетной системы 073 21 2 021 250,0 Финансовая помощь бюджетам других уровней 073 21 01 42 450,0 Средства, передаваемые по взаимным расчетам, в том числе компенсации дополнительных расходов, возникших в результате решений, принятых органами других уровней власти 073 21 01 483 42 450,0 Резервный фонд Президента Российской Федерации 073 21 01 483 391 42 450,0 Мероприятия в области регионального развития 073 21 03 1 978 800,0 Государственные капитальные вложения 073 21 03 313 1 039 700,0 Государственные капитальные вложения на безвозвратной основе 073 21 03 313 198 1 039 700,0 Федеральная целевая программа "Жилище" на 2002-2010 годы 073 21 03 633 502 000,0 Подпрограмма "Обеспечение жильем молодых семей" 073 21 03 633 757 500 000,0 Мероприятия по обеспечению жильем отдельных категорий граждан 073 21 03 633 760 2 000,0 Федеральная целевая программа "Дети России" на 2003-2006 годы 073 21 03 640 415 100,0 Подпрограмма "Дети-сироты" 073 21 03 640 733 415 100,0 Федеральная программа развития образования 073 21 03 642 22 000,0 Государственные капитальные вложения на безвозвратной основе 073 21 03 642 198 22 000,0 Прочие расходы 073 30 13 694,7 Резервные фонды 073 30 01 13 694,7 Резервные фонды 073 30 01 510 13 694,7 Резервный фонд Правительства Российской Федерации по предупреждению и ликвидации чрезвычайных ситуаций и последствий стихийных бедствий 073 30 01 510 392 13 694,7 МИНИСТЕРСТВО ОБРАЗОВАНИЯ И НАУКИ РОССИЙСКОЙ ФЕДЕРАЦИИ 074 292 328,2 Государственное управление и местное самоуправление 074 01 142 638,1 Функционирование исполнительных органов государственной власти 074 01 03 142 638,1 Центральный аппарат 074 01 03 037 139 681,3 Денежное содержание аппарата 074 01 03 037 027 106 049,1 Расходы на содержание аппарата 074 01 03 037 029 33 632,2 Средства, передаваемые на уплату налога на имущество 074 01 03 437 2 956,8 Расходы на уплату налога на имущество 074 01 03 437 387 2 956,8 Международная деятельность 074 03 8 169,3 Международные культурные, научные и информационные связи 074 03 04 8 169,3 Расходы на международные культурные, научные и информационные связи 074 03 04 125 8 169,3 Участие в международных конференциях 074 03 04 125 050 8 169,3 Фундаментальные исследования и содействие научно-техническому прогрессу 074 06 141 520,8 Разработка перспективных технологий и приоритетных направлений научно-технического прогресса 074 06 02 141 520,8 НИОКР 074 06 02 281 140 661,0 Финансирование приоритетных направлений науки и техники 074 06 02 281 182 66 141,0 Другие НИОКР 074 06 02 281 216 74 520,0 Средства, передаваемые на уплату налога на имущество 074 06 02 437 859,8 Расходы на уплату налога на имущество 074 06 02 437 387 859,8 МИНИСТЕРСТВО ОБРАЗОВАНИЯ РОССИЙСКОЙ ФЕДЕРАЦИИ 075 440 146,0 Международная деятельность 075 03 440 146,0 Международное сотрудничество 075 03 01 440 146,0 Расходы в сфере международной деятельности 075 03 01 131 440 146,0 Прочие расходы, не отнесенные к другим видам расходов 075 03 01 131 397 440 146,0 ФЕДЕРАЛЬНАЯ СЛУЖБА ПО НАДЗОРУ В СФЕРЕ ОБРАЗОВАНИЯ И НАУКИ 077 31 721,8 Государственное управление и местное самоуправление 077 01 31 222,0 Функционирование исполнительных органов государственной власти 077 01 03 31 222,0 Центральный аппарат 077 01 03 037 31 222,0 Денежное содержание аппарата 077 01 03 037 027 27 144,6 Расходы на содержание аппарата 077 01 03 037 029 4 077,4 Международная деятельность 077 03 499,8 Международные культурные, научные и информационные связи 077 03 04 499,8 Расходы на международные культурные, научные и информационные связи 077 03 04 125 499,8 Участие в международных конференциях 077 03 04 125 050 499,8 ФЕДЕРАЛЬНАЯ СЛУЖБА ПО НАДЗОРУ В СФЕРЕ СВЯЗИ 079 1 122 981,6 Государственное управление и местное самоуправление 079 01 245 468,5 Функционирование исполнительных органов государственной власти 079 01 03 245 468,5 Центральный аппарат 079 01 03 037 49 753,5 Денежное содержание аппарата 079 01 03 037 027 13 213,0 Расходы на содержание аппарата 079 01 03 037 029 36 540,5 Территориальные органы 079 01 03 038 195 675,0 Денежное содержание аппарата 079 01 03 038 027 69 740,4 Расходы на содержание аппарата 079 01 03 038 029 125 934,6 Средства, передаваемые на уплату налога на имущество 079 01 03 437 40,0 Расходы на уплату налога на имущество 079 01 03 437 387 40,0 Транспорт, связь и информатика 079 10 877 513,1 Связь 079 10 06 877 513,1 Государственная поддержка отрасли связи 079 10 06 376 872 269,1 Содержание подведомственных структур 079 10 06 376 075 872 269,1 Средства, передаваемые на уплату налога на имущество 079 10 06 437 5 244,0 Расходы на уплату налога на имущество 079 10 06 437 387 5 244,0 ФЕДЕРАЛЬНОЕ АГЕНТСТВО ПО РЫБОЛОВСТВУ 080 5 452 739,3 Государственное управление и местное самоуправление 080 01 68 608,3 Функционирование исполнительных органов государственной власти 080 01 03 68 608,3 Центральный аппарат 080 01 03 037 68 263,0 Денежное содержание аппарата 080 01 03 037 027 41 742,5 Расходы на содержание аппарата 080 01 03 037 029 26 520,5 Средства, передаваемые на уплату налога на имущество 080 01 03 437 345,3 Расходы на уплату налога на имущество 080 01 03 437 387 345,3 Международная деятельность 080 03 62 910,8 Международное сотрудничество 080 03 01 58 089,3 Зарубежный аппарат 080 03 01 120 34 837,5 Денежное содержание аппарата 080 03 01 120 027 15 214,5 Расходы на содержание аппарата 080 03 01 120 029 19 623,0 Взносы в международные организации 080 03 01 121 23 251,8 Взносы в международные организации 080 03 01 121 053 23 251,8 Международные культурные, научные и информационные связи 080 03 04 4 821,5 Расходы на международные культурные, научные и информационные связи 080 03 04 125 4 821,5 Участие в международных конференциях 080 03 04 125 050 4 821,5 Фундаментальные исследования и содействие научно-техническому прогрессу 080 06 904 800,0 Разработка перспективных технологий и приоритетных направлений научно-технического прогресса 080 06 02 904 800,0 НИОКР 080 06 02 281 904 800,0 Другие НИОКР 080 06 02 281 216 904 800,0 Промышленность, энергетика и строительство 080 07 138 160,0 Строительство, архитектура 080 07 07 138 160,0 Федеральная целевая программа "Экология и природные ресурсы России (2002-2010 годы)" 080 07 07 648 135 160,0 Подпрограмма "Водные биологические ресурсы и аквакультура" 080 07 07 648 786 135 160,0 Федеральная целевая программа "Экономическое и социальное развитие Дальнего Востока и Забайкалья на 1996-2005 и до 2010 года" 080 07 07 672 3 000,0 Государственные капитальные вложения на безвозвратной основе 080 07 07 672 198 3 000,0 Сельское хозяйство и рыболовство 080 08 3 224 604,7 Рыболовное хозяйство 080 08 04 3 224 604,7 Государственная поддержка рыболовства (включая Росрыбхоз) 080 08 04 346 3 141 860,7 Содержание подведомственных структур 080 08 04 346 075 2 377 536,0 Ведение мониторинга водных биологических ресурсов 080 08 04 346 218 111 000,0 Содержание аварийно-спасательного флота 080 08 04 346 242 492 946,4 Финансирование мероприятий по обеспечению безопасности, предотвращению или ликвидации последствий аварий портовых гидротехнических сооружений 080 08 04 346 243 17 678,3 Прочие расходы, не отнесенные к другим видам расходов 080 08 04 346 397 142 700,0 Средства, передаваемые на уплату налога на имущество 080 08 04 437 72 744,0 Расходы на уплату налога на имущество 080 08 04 437 387 72 744,0 Прочие расходы, не отнесенные к другим целевым статьям 080 08 04 515 10 000,0 Субсидирование процентных ставок по привлеченным кредитам 080 08 04 515 463 10 000,0 Образование 080 14 1 053 655,5 Среднее профессиональное образование 080 14 04 305 212,0 Ведомственные расходы на образование 080 14 04 400 305 212,0 Средние специальные учебные заведения 080 14 04 400 268 305 212,0 Высшее профессиональное образование 080 14 06 623 636,5 Ведомственные расходы на образование 080 14 06 400 623 636,5 Высшие учебные заведения 080 14 06 400 271 623 636,5 Прочие расходы в области образования 080 14 07 124 807,0 Ведомственные расходы на образование 080 14 07 400 124 807,0 Прочие учреждения и мероприятия в области образования 080 14 07 400 272 124 807,0 ФЕДЕРАЛЬНАЯ СЛУЖБА ПО ВЕТЕРИНАРНОМУ И ФИТОСАНИТАРНОМУ НАДЗОРУ 081 25 837,9 Государственное управление и местное самоуправление 081 01 25 672,4 Функционирование исполнительных органов государственной власти 081 01 03 25 672,4 Центральный аппарат 081 01 03 037 25 662,2 Денежное содержание аппарата 081 01 03 037 027 23 287,9 Расходы на содержание аппарата 081 01 03 037 029 2 374,3 Средства, передаваемые на уплату налога на имущество 081 01 03 437 10,2 Расходы на уплату налога на имущество 081 01 03 437 387 10,2 Международная деятельность 081 03 165,5 Международные культурные, научные и информационные связи 081 03 04 165,5 Расходы на международные культурные, научные и информационные связи 081 03 04 125 165,5 Участие в международных конференциях 081 03 04 125 050 165,5 МИНИСТЕРСТВО СЕЛЬСКОГО ХОЗЯЙСТВА РОССИЙСКОЙ ФЕДЕРАЦИИ 082 351 467,1 Государственное управление и местное самоуправление 082 01 291 967,4 Функционирование исполнительных органов государственной власти 082 01 03 291 967,4 Центральный аппарат 082 01 03 037 291 563,1 Денежное содержание аппарата 082 01 03 037 027 136 451,5 Расходы на содержание аппарата 082 01 03 037 029 155 111,6 Средства, передаваемые на уплату налога на имущество 082 01 03 437 404,3 Расходы на уплату налога на имущество 082 01 03 437 387 404,3 Международная деятельность 082 03 16 796,2 Международное сотрудничество 082 03 01 10 277,3 Взносы в международные организации 082 03 01 121 10 277,3 Взносы в международные организации 082 03 01 121 053 10 277,3 Международные культурные, научные и информационные связи 082 03 04 6 518,9 Расходы на международные культурные, научные и информационные связи 082 03 04 125 6 518,9 Участие в международных конференциях 082 03 04 125 050 3 428,9 Проведение выставок, ярмарок за рубежом 082 03 04 125 051 3 090,0 Фундаментальные исследования и содействие научно-техническому прогрессу 082 06 12 703,5 Разработка перспективных технологий и приоритетных направлений научно-технического прогресса 082 06 02 12 703,5 НИОКР 082 06 02 281 12 703,5 Другие НИОКР 082 06 02 281 216 12 703,5 Промышленность, энергетика и строительство 082 07 30 000,0 Строительство, архитектура 082 07 07 30 000,0 Федеральная целевая программа "Жилище" на 2002-2010 годы 082 07 07 633 30 000,0 Мероприятия по обеспечению жильем отдельных категорий граждан 082 07 07 633 760 30 000,0 ГОСУДАРСТВЕННАЯ ХЛЕБНАЯ ИНСПЕКЦИЯ ПРИ ПРАВИТЕЛЬСТВЕ РОССИЙСКОЙ ФЕДЕРАЦИИ 083 166 297,7 Государственное управление и местное самоуправление 083 01 9 925,8 Прочие расходы на общегосударственное управление 083 01 05 9 925,8 Расходы на общегосударственное управление (не отнесенные к бюджетам других министерств и ведомств) 083 01 05 039 9 889,8 Денежное содержание аппарата 083 01 05 039 027 5 592,6 Расходы на содержание аппарата 083 01 05 039 029 4 297,2 Средства, передаваемые на уплату налога на имущество 083 01 05 437 36,0 Расходы на уплату налога на имущество 083 01 05 437 387 36,0 Международная деятельность 083 03 500,1 Международные культурные, научные и информационные связи 083 03 04 500,1 Расходы на международные культурные, научные и информационные связи 083 03 04 125 500,1 Участие в международных конференциях 083 03 04 125 050 500,1 Сельское хозяйство и рыболовство 083 08 155 871,8 Прочие мероприятия в области сельского хозяйства 083 08 05 155 871,8 Государственная поддержка органов хлебной инспекции 083 08 05 347 152 596,7 Содержание подведомственных структур 083 08 05 347 075 152 596,7 Средства, передаваемые на уплату налога на имущество 083 08 05 437 3 275,1 Расходы на уплату налога на имущество 083 08 05 437 387 3 275,1 ФЕДЕРАЛЬНОЕ АГЕНТСТВО СВЯЗИ 084 1 528 369,7 Государственное управление и местное самоуправление 084 01 15 784,4 Функционирование исполнительных органов государственной власти 084 01 03 15 784,4 Центральный аппарат 084 01 03 037 15 772,9 Денежное содержание аппарата 084 01 03 037 027 14 285,1 Расходы на содержание аппарата 084 01 03 037 029 1 487,8 Средства, передаваемые на уплату налога на имущество 084 01 03 437 11,5 Расходы на уплату налога на имущество 084 01 03 437 387 11,5 Промышленность, энергетика и строительство 084 07 309 000,0 Строительство, архитектура 084 07 07 309 000,0 Государственные капитальные вложения 084 07 07 313 97 000,0 Государственные капитальные вложения на безвозвратной основе 084 07 07 313 198 97 000,0 Федеральная целевая программа "Восстановление экономики и социальной сферы Чеченской Республики (2002 год и последующие годы)" 084 07 07 676 212 000,0 Финансирование мероприятий по федеральной целевой программе восстановления экономики и социальной сферы Чеченской Республики 084 07 07 676 540 212 000,0 Транспорт, связь и информатика 084 10 599 342,6 Связь 084 10 06 599 342,6 Государственная поддержка отрасли связи 084 10 06 376 73 342,6 Целевые субсидии и субвенции 084 10 06 376 290 4 400,0 Расходы на оплату установки телефона ветеранам и инвалидам и его использование 084 10 06 376 334 68 942,6 Государственная поддержка почтовой связи 084 10 06 377 126 000,0 Целевые субсидии и субвенции 084 10 06 377 290 126 000,0 Прочие расходы, не отнесенные к другим целевым статьям 084 10 06 515 400 000,0 Субсидирование процентных ставок по привлеченным кредитам 084 10 06 515 463 400 000,0 Образование 084 14 535 751,4 Среднее профессиональное образование 084 14 04 47 103,4 Ведомственные расходы на образование 084 14 04 400 47 103,4 Средние специальные учебные заведения 084 14 04 400 268 47 103,4 Высшее профессиональное образование 084 14 06 488 648,0 Ведомственные расходы на образование 084 14 06 400 488 648,0 Высшие учебные заведения 084 14 06 400 271 488 648,0 Культура, искусство и кинематография 084 15 7 691,3 Культура и искусство 084 15 01 7 691,3 Ведомственные расходы на культуру и искусство 084 15 01 410 7 691,3 Музеи и постоянные выставки 084 15 01 410 283 7 691,3 Финансовая помощь другим бюджетам бюджетной системы 084 21 60 800,0 Мероприятия в области регионального развития 084 21 03 60 800,0 Государственные капитальные вложения 084 21 03 313 10 800,0 Государственные капитальные вложения на безвозвратной основе 084 21 03 313 198 10 800,0 Федеральная целевая программа "Социальное развитие села до 2010 года" 084 21 03 680 50 000,0 Государственные капитальные вложения на безвозвратной основе 084 21 03 680 198 50 000,0 ФЕДЕРАЛЬНОЕ АГЕНТСТВО ПО СЕЛЬСКОМУ ХОЗЯЙСТВУ 085 41 195 165,1 Государственное управление и местное самоуправление 085 01 45 425,0 Функционирование исполнительных органов государственной власти 085 01 03 45 425,0 Центральный аппарат 085 01 03 037 45 407,5 Денежное содержание аппарата 085 01 03 037 027 40 796,6 Расходы на содержание аппарата 085 01 03 037 029 4 610,9 Средства, передаваемые на уплату налога на имущество 085 01 03 437 17,5 Расходы на уплату налога на имущество 085 01 03 437 387 17,5 Международная деятельность 085 03 1 086 906,8 Международное сотрудничество 085 03 01 1 086 876,4 Расходы в сфере международной деятельности 085 03 01 131 1 086 876,4 Прочие расходы, не отнесенные к другим видам расходов 085 03 01 131 397 1 086 876,4 Международные культурные, научные и информационные связи 085 03 04 30,4 Расходы на международные культурные, научные и информационные связи 085 03 04 125 30,4 Участие в международных конференциях 085 03 04 125 050 30,4 Фундаментальные исследования и содействие научно-техническому прогрессу 085 06 212 968,4 Разработка перспективных технологий и приоритетных направлений научно- технического прогресса 085 06 02 212 968,4 НИОКР 085 06 02 281 142 044,4 Другие НИОКР 085 06 02 281 216 142 044,4 Средства, передаваемые на уплату налога на имущество 085 06 02 437 5 877,6 Расходы на уплату налога на имущество 085 06 02 437 387 5 877,6 Федеральная целевая программа "Повышение плодородия почв России на 2002-2005 годы" 085 06 02 654 19 800,0 Проведение научно-исследовательских и опытно-конструкторских работ в рамках федеральных целевых программ 085 06 02 654 187 19 800,0 Федеральная целевая программа "Энергоэффективная экономика" на 2002-2005 годы и на перспективу до 2010 года 085 06 02 669 246,4 Подпрограмма "Энергоэффективность в сфере потребления" 085 06 02 669 811 246,4 Федеральная целевая программа "Социальное развитие села до 2010 года" 085 06 02 680 45 000,0 Проведение научно-исследовательских и опытно-конструкторских работ в рамках федеральных целевых программ 085 06 02 680 187 45 000,0 Промышленность, энергетика и строительство 085 07 1 150 493,7 Строительство, архитектура 085 07 07 1 150 493,7 Государственные капитальные вложения 085 07 07 313 633 893,7 Государственные капитальные вложения на безвозвратной основе 085 07 07 313 198 633 893,7 Федеральная целевая программа "Экология и природные ресурсы России (2002-2010 годы)" 085 07 07 648 30 600,0 Подпрограмма "Водные биологические ресурсы и аквакультура" 085 07 07 648 786 30 600,0 Федеральная целевая программа "Повышение плодородия почв России на 2002-2005 годы" 085 07 07 654 165 000,0 Государственные капитальные вложения на безвозвратной основе 085 07 07 654 198 165 000,0 Федеральная целевая программа "Восстановление экономики и социальной сферы Чеченской Республики (2002 год и последующие годы)" 085 07 07 676 321 000,0 Финансирование мероприятий по федеральной целевой программе восстановления экономики и социальной сферы Чеченской Республики 085 07 07 676 540 321 000,0 Сельское хозяйство и рыболовство 085 08 28 990 598,0 Сельскохозяйственное производство 085 08 01 28 990 598,0 Субвенции для финансирования мероприятий по проведению товарных интервенций продовольственного зерна 085 08 01 337 52 400,0 Целевые субсидии и субвенции 085 08 01 337 290 52 400,0 Субвенции для финансирования мероприятий по проведению закупочных интервенций продовольственного зерна 085 08 01 338 6 193 338,0 Целевые субсидии и субвенции 085 08 01 338 290 6 193 338,0 Государственная поддержка программ и мероприятий по развитию животноводства 085 08 01 340 1 317 368,5 Финансирование мероприятий по племенному животноводству и элитному семеноводству 085 08 01 340 217 745 000,0 Субсидии на шерсть 085 08 01 340 221 464 199,9 Целевые субсидии и субвенции 085 08 01 340 290 108 168,6 Государственная поддержка программ и мероприятий по развитию растениеводства 085 08 01 341 2 155 387,5 Финансирование мероприятий по племенному животноводству и элитному семеноводству 085 08 01 341 217 270 000,0 Субсидии на производство льна и конопли 085 08 01 341 219 100 000,0 Компенсация части затрат по страхованию сельскохозяйственных культур 085 08 01 341 245 1 785 387,5 Прочие расходы в области сельского хозяйства 085 08 01 342 10 023 481,9 Содержание подведомственных структур 085 08 01 342 075 7 628 581,0 Субсидии по централизованному завозу семян в северные и высокогорные районы 085 08 01 342 246 89 000,0 Субсидии на закладку и уход за многолетними насаждениями 085 08 01 342 247 500 000,0 Средства на формирование и использование государственных семенных фондов 085 08 01 342 351 100 000,0 Прочие расходы, не отнесенные к другим видам расходов 085 08 01 342 397 1 705 900,9 Средства, передаваемые на уплату налога на имущество 085 08 01 437 718 042,1 Расходы на уплату налога на имущество 085 08 01 437 387 718 042,1 Прочие расходы, не отнесенные к другим целевым статьям 085 08 01 515 4 850 000,0 Субсидирование процентных ставок по привлеченным кредитам 085 08 01 515 463 4 850 000,0 Федеральная целевая программа "Повышение плодородия почв России на 2002-2005 годы" 085 08 01 654 3 679 600,0 Субсидии на компенсацию части затрат на приобретение минеральных удобрений и средств химической защиты растений 085 08 01 654 238 1 200 000,0 Финансирование мелиоративных работ и групповых водопроводов 085 08 01 654 241 2 479 600,0 Федеральная целевая программа "Социальное развитие села до 2010 года" 085 08 01 680 980,0 Прочие расходы, не отнесенные к другим видам расходов 085 08 01 680 397 980,0 Образование 085 14 7 891 642,0 Дошкольное образование 085 14 01 921,0 Ведомственные расходы на образование 085 14 01 400 921,0 Детские дошкольные учреждения 085 14 01 400 259 921,0 Среднее профессиональное образование 085 14 04 2 971 424,1 Ведомственные расходы на образование 085 14 04 400 2 971 424,1 Средние специальные учебные заведения 085 14 04 400 268 2 971 424,1 Переподготовка и повышение квалификации 085 14 05 219 149,3 Ведомственные расходы на образование 085 14 05 400 219 149,3 Институты повышения квалификации 085 14 05 400 269 195 538,5 Учебные заведения и курсы по переподготовке кадров 085 14 05 400 270 23 610,8 Высшее профессиональное образование 085 14 06 4 694 194,3 Ведомственные расходы на образование 085 14 06 400 4 694 194,3 Высшие учебные заведения 085 14 06 400 271 4 694 194,3 Прочие расходы в области образования 085 14 07 5 953,3 Ведомственные расходы на образование 085 14 07 400 5 953,3 Прочие учреждения и мероприятия в области образования 085 14 07 400 272 5 953,3 Здравоохранение и физическая культура 085 17 17 895,2 Здравоохранение 085 17 01 17 895,2 Ведомственные расходы на здравоохранение 085 17 01 430 17 850,6 Поликлиники, амбулатории, диагностические центры 085 17 01 430 301 17 850,6 Средства, передаваемые на уплату налога на имущество 085 17 01 437 44,6 Расходы на уплату налога на имущество 085 17 01 437 387 44,6 Социальная политика 085 18 5 386,9 Социальная помощь 085 18 02 5 386,9 Федеральная целевая программа "Преодоление последствий радиационных аварий на период до 2010 года" 085 18 02 655 5 386,9 Подпрограмма "Преодоление последствий аварии на Чернобыльской АЭС" 085 18 02 655 797 2 598,8 Подпрограмма "Преодоление последствий аварий на производственном объединении "Маяк" 085 18 02 655 798 2 788,1 Финансовая помощь другим бюджетам бюджетной системы 085 21 1 772 120,0 Мероприятия в области регионального развития 085 21 03 1 772 120,0 Государственные капитальные вложения 085 21 03 313 83 000,0 Государственные капитальные вложения на безвозвратной основе 085 21 03 313 198 83 000,0 Федеральная целевая программа "Социальное развитие села до 2010 года" 085 21 03 680 1 689 120,0 Государственные капитальные вложения на безвозвратной основе 085 21 03 680 198 1 689 120,0 Прочие расходы 085 30 21 729,1 Резервные фонды 085 30 01 21 729,1 Резервные фонды 085 30 01 510 21 729,1 Резервный фонд Правительства Российской Федерации 085 30 01 510 390 21 200,0 Резервный фонд Правительства Российской Федерации по предупреждению и ликвидации чрезвычайных ситуаций и последствий стихийных бедствий 085 30 01 510 392 529,1 ФЕДЕРАЛЬНОЕ АГЕНТСТВО ПО ИНФОРМАЦИОННЫМ ТЕХНОЛОГИЯМ 088 999 308,1 Государственное управление и местное самоуправление 088 01 17 548,1 Функционирование исполнительных органов государственной власти 088 01 03 17 548,1 Центральный аппарат 088 01 03 037 17 535,7 Денежное содержание аппарата 088 01 03 037 027 15 932,2 Расходы на содержание аппарата 088 01 03 037 029 1 603,5 Средства, передаваемые на уплату налога на имущество 088 01 03 437 12,4 Расходы на уплату налога на имущество 088 01 03 437 387 12,4 Фундаментальные исследования и содействие научно-техническому прогрессу 088 06 47 300,0 Разработка перспективных технологий и приоритетных направлений научно- технического прогресса 088 06 02 47 300,0 Федеральная целевая программа "Электронная Россия (2002-2010 годы)" 088 06 02 670 47 300,0 Проведение научно-исследовательских и опытно-конструкторских работ в рамках федеральных целевых программ 088 06 02 670 187 47 300,0 Промышленность, энергетика и строительство 088 07 461 400,0 Строительство, архитектура 088 07 07 461 400,0 Федеральная целевая программа "Электронная Россия (2002-2010 годы)" 088 07 07 670 461 400,0 Государственные капитальные вложения на безвозвратной основе 088 07 07 670 198 461 400,0 Транспорт, связь и информатика 088 10 473 060,0 Связь 088 10 06 470 000,0 Федеральная целевая программа "Электронная Россия (2002-2010 годы)" 088 10 06 670 470 000,0 Прочие расходы, не отнесенные к другим видам расходов 088 10 06 670 397 470 000,0 Информатика (информационное обеспечение) 088 10 07 3 060,0 Государственная поддержка информационных центров 088 10 07 379 3 060,0 Целевые субсидии и субвенции 088 10 07 379 290 3 060,0 ГОСУДАРСТВЕННАЯ ФЕЛЬДЪЕГЕРСКАЯ СЛУЖБА РОССИЙСКОЙ ФЕДЕРАЦИИ 089 1 080 918,1 Правоохранительная деятельность и обеспечение безопасности государства 089 05 1 075 918,1 Государственная фельдъегерская служба 089 05 11 1 075 918,1 Обеспечение личного состава войск (сил) 089 05 11 601 683 317,9 Денежное содержание гражданского персонала 089 05 11 601 600 140 795,2 Денежное довольствие военнослужащих 089 05 11 601 601 478 557,8 Продовольственное обеспечение военнослужащих 089 05 11 601 602 24 129,1 Вещевое обеспечение военнослужащих 089 05 11 601 603 9 833,0 Транспортное обеспечение при проезде в отпуск и на лечение военнослужащих и членов их семей 089 05 11 601 604 13 885,3 Обеспечение льгот и компенсаций военнослужащим и членам их семей 089 05 11 601 605 4 526,2 Прочие расходы, связанные с обеспечением личного состава 089 05 11 601 606 11 591,3 Боевая подготовка и материально-техническое обеспечение войск (сил) 089 05 11 602 352 075,1 Оплата и хранение специального топлива и горюче-смазочных материалов в рамках государственного оборонного заказа 089 05 11 602 607 29 212,3 Транспортное обеспечение в рамках государственного оборонного заказа 089 05 11 602 609 223 495,8 Содержание, эксплуатация и текущий ремонт вооружения, военной техники и имущества 089 05 11 602 610 17 546,0 Прочие расходы, связанные с боевой подготовкой и материально-техническим обеспечением войск (сил) 089 05 11 602 615 81 821,0 Закупки вооружений, военной техники, продукции производственно-технического назначения и имущества 089 05 11 603 32 570,1 Автобронетанковая техника 089 05 11 603 622 13 000,0 Стрелковое и холодное оружие 089 05 11 603 624 938,0 Электронная техника и средства связи 089 05 11 603 625 6 100,0 Средства радиационной, химической, биологической защиты, инженерного и тылового обеспечения 089 05 11 603 626 316,0 Боеприпасы 089 05 11 603 628 1 201,3 Прочие вооружение, военная и специальная техника, продукция производственно-технического назначения и имущество 089 05 11 603 629 11 014,8 Ремонт вооружений, военной техники, продукции производственно-технического назначения и имущества на предприятиях промышленности 089 05 11 604 5 939,3 Электронная техника и средства связи 089 05 11 604 625 25,0 Прочие вооружение, военная и специальная техника, продукция производственно-технического назначения и имущество 089 05 11 604 629 5 914,3 Страховые гарантии военнослужащим 089 05 11 607 2 015,7 Единовременные пособия в случае гибели (смерти) или повреждения здоровья военнослужащих при исполнении обязанностей военной службы 089 05 11 607 635 2 015,7 Промышленность, энергетика и строительство 089 07 5 000,0 Строительство, архитектура 089 07 07 5 000,0 Государственные капитальные вложения по специальным министерствам и ведомствам 089 07 07 315 5 000,0 Государственные капитальные вложения на безвозвратной основе 089 07 07 315 198 5 000,0 МИНИСТЕРСТВО ФИНАНСОВ РОССИЙСКОЙ ФЕДЕРАЦИИ 092 1 148 989 689,7 Государственное управление и местное самоуправление 092 01 12 579 073,2 Функционирование исполнительных органов государственной власти 092 01 03 12 470 726,3 Центральный аппарат 092 01 03 037 495 279,6 Денежное содержание аппарата 092 01 03 037 027 367 280,7 Расходы на содержание аппарата 092 01 03 037 029 127 498,9 Прочие расходы, не отнесенные к другим видам расходов 092 01 03 037 397 500,0 Территориальные органы федерального казначейства 092 01 03 045 8 128 909,7 Денежное содержание аппарата 092 01 03 045 027 5 345 604,4 Расходы на содержание аппарата 092 01 03 045 029 2 776 805,3 Прочие расходы, не отнесенные к другим видам расходов 092 01 03 045 397 6 500,0 Средства, передаваемые на уплату налога на имущество 092 01 03 437 287 107,6 Расходы на уплату налога на имущество 092 01 03 437 387 287 107,6 Прочие расходы, не отнесенные к другим целевым статьям 092 01 03 515 1 984 429,4 Содержание подведомственных структур 092 01 03 515 075 1 239 423,3 Прочие расходы, не отнесенные к другим видам расходов 092 01 03 515 397 745 006,1 Федеральная целевая программа развития органов федерального казначейства на 2000-2004 годы 092 01 03 632 1 575 000,0 Прочие расходы, не отнесенные к другим видам расходов 092 01 03 632 397 1 575 000,0 Прочие расходы на общегосударственное управление 092 01 05 108 346,9 Расходы на общегосударственное управление (не отнесенные к бюджетам других министерств и ведомств) 092 01 05 039 108 346,9 Прочие расходы, не отнесенные к другим видам расходов 092 01 05 039 397 108 346,9 Международная деятельность 092 03 10 959 189,9 Международное сотрудничество 092 03 01 5 371 926,9 Зарубежный аппарат 092 03 01 120 69 988,2 Денежное содержание аппарата 092 03 01 120 027 37 991,7 Расходы на содержание аппарата 092 03 01 120 029 4 850,0 Расходы по специальной охране посольств и представительств за рубежом 092 03 01 120 031 27 146,5 Взносы в международные организации 092 03 01 121 1 512 465,6 Взносы в международные организации 092 03 01 121 053 1 512 465,6 Расходы по обязательствам в рамках проектов, финансируемых с участием международных финансовых организаций 092 03 01 130 2 149 297,2 Прочие расходы, не отнесенные к другим видам расходов 092 03 01 130 397 2 149 297,2 Расходы в сфере международной деятельности 092 03 01 131 1 067 328,7 Прочие расходы, не отнесенные к другим видам расходов 092 03 01 131 397 1 067 328,7 Операции неторгового характера 092 03 01 134 87 233,9 Расходы по обеспечению внешней безопасности 092 03 01 134 059 31 290,0 Прочие расходы, не отнесенные к другим видам расходов 092 03 01 134 397 55 943,9 Государственные гарантии по внешним заимствованиям 092 03 01 136 485 613,3 Прочие расходы, не отнесенные к другим видам расходов 092 03 01 136 397 485 613,3 Реализация межгосударственных договоров в рамках Содружества Независимых Государств 092 03 03 5 544 272,6 Долевое участие в содержании координационных структур Содружества Независимых Государств 092 03 03 127 432 233,5 Долевое участие в содержании координационных структур Содружества Независимых Государств 092 03 03 127 055 432 233,5 Обеспечение сотрудничества в рамках Содружества Независимых Государств 092 03 03 128 3 512 039,1 Расходы по реализации межгосударственных соглашений в рамках Содружества Независимых Государств 092 03 03 128 056 3 512 039,1 Долевой взнос в бюджет Союзного государства 092 03 03 132 1 600 000,0 Расходы на финансирование долевого взноса в бюджет Союзного государства 092 03 03 132 090 1 600 000,0 Международные культурные, научные и информационные связи 092 03 04 42 990,4 Расходы на международные культурные, научные и информационные связи 092 03 04 125 42 990,4 Участие в международных конференциях 092 03 04 125 050 42 990,4 Правоохранительная деятельность и обеспечение безопасности государства 092 05 584 200,0 Органы государственной безопасности 092 05 05 584 200,0 Операции неторгового характера 092 05 05 134 584 200,0 Расходы по обеспечению внешней безопасности 092 05 05 134 059 584 200,0 Фундаментальные исследования и содействие научно-техническому прогрессу 092 06 31 433,7 Разработка перспективных технологий и приоритетных направлений научно- технического прогресса 092 06 02 31 433,7 НИОКР 092 06 02 281 31 334,7 Другие НИОКР 092 06 02 281 216 31 334,7 Средства, передаваемые на уплату налога на имущество 092 06 02 437 99,0 Расходы на уплату налога на имущество 092 06 02 437 387 99,0 Промышленность, энергетика и строительство 092 07 15 532 093,9 Другие отрасли промышленности 092 07 05 60 000,0 Государственная поддержка отраслей промышленности 092 07 05 302 60 000,0 Субсидирование процентных ставок по привлеченным кредитам 092 07 05 302 463 60 000,0 Строительство, архитектура 092 07 07 15 472 093,9 Расходы по обязательствам в рамках проектов, финансируемых с участием международных финансовых организаций 092 07 07 130 595 535,3 Субсидии по сертификатам, выданным органами исполнительной власти субъектов Российской Федерации 092 07 07 130 200 595 535,3 Государственные капитальные вложения 092 07 07 313 28 200,0 Государственные капитальные вложения на безвозвратной основе 092 07 07 313 198 28 200,0 Взнос Российской Федерации в уставные капиталы кредитных организаций 092 07 07 518 6 000 000,0 Прочие расходы, не отнесенные к другим видам расходов 092 07 07 518 397 6 000 000,0 Федеральная целевая программа развития органов федерального казначейства на 2000-2004 годы 092 07 07 632 1 567 154,7 Государственные капитальные вложения на безвозвратной основе 092 07 07 632 198 1 567 154,7 Федеральная целевая программа "Жилище" на 2002-2010 годы 092 07 07 633 7 271 203,9 Подпрограмма "Государственные жилищные сертификаты" на 2004-2010 годы 092 07 07 633 758 7 163 551,9 Мероприятия по обеспечению жильем отдельных категорий граждан 092 07 07 633 760 107 652,0 Федеральная целевая программа "Восстановление экономики и социальной сферы Чеченской Республики (2002 год и последующие годы)" 092 07 07 676 10 000,0 Финансирование мероприятий по федеральной целевой программе восстановления экономики и социальной сферы Чеченской Республики 092 07 07 676 540 10 000,0 Сельское хозяйство и рыболовство 092 08 5 000 000,0 Прочие мероприятия в области сельского хозяйства 092 08 05 5 000 000,0 Взнос Российской Федерации в уставный капитал лизинговой компании 092 08 05 519 5 000 000,0 Прочие расходы, не отнесенные к другим видам расходов 092 08 05 519 397 5 000 000,0 Образование 092 14 394 574,4 Среднее профессиональное образование 092 14 04 266 258,8 Ведомственные расходы на образование 092 14 04 400 266 258,8 Средние специальные учебные заведения 092 14 04 400 268 266 258,8 Переподготовка и повышение квалификации 092 14 05 26 880,2 Ведомственные расходы на образование 092 14 05 400 26 880,2 Институты повышения квалификации 092 14 05 400 269 26 880,2 Высшее профессиональное образование 092 14 06 99 967,6 Ведомственные расходы на образование 092 14 06 400 99 967,6 Высшие учебные заведения 092 14 06 400 271 99 967,6 Прочие расходы в области образования 092 14 07 1 467,8 Ведомственные расходы на образование 092 14 07 400 1 467,8 Прочие учреждения и мероприятия в области образования 092 14 07 400 272 1 467,8 Культура, искусство и кинематография 092 15 2 669,6 Культура и искусство 092 15 01 2 669,6 Ведомственные расходы на культуру и искусство 092 15 01 410 2 669,6 Библиотеки 092 15 01 410 284 2 669,6 Здравоохранение и физическая культура 092 17 17 463,8 Здравоохранение 092 17 01 17 463,8 Ведомственные расходы на здравоохранение 092 17 01 430 17 463,8 Поликлиники, амбулатории, диагностические центры 092 17 01 430 301 17 463,8 Социальная политика 092 18 9 202 721,0 Социальная помощь 092 18 02 7 565 000,0 Расходы на выплату компенсаций и предоставление льгот гражданам, подвергшимся радиационному воздействию вследствие чернобыльской катастрофы и других радиационных аварий 092 18 02 395 7 565 000,0 Расходы на выплату компенсаций и предоставление льгот гражданам, подвергшимся радиационному воздействию вследствие катастрофы на Чернобыльской АЭС 092 18 02 395 250 6 991 390,9 Расходы на выплату компенсаций и предоставление льгот гражданам, подвергшимся радиационному воздействию вследствие аварии в 1957 году на производственном объединении "Маяк" и сбросов радиоактивных отходов в реку Теча 092 18 02 395 251 358 512,7 Расходы на выплату компенсаций и предоставление льгот гражданам, подвергшимся радиационному воздействию вследствие ядерных испытаний на Семипалатинском полигоне 092 18 02 395 252 215 096,4 Пенсии военнослужащим 092 18 04 888 853,4 Пенсии, пособия, компенсации военнослужащим и членам их семей, а также лицам, приравненным к ним по пенсионному обеспечению 092 18 04 447 888 853,4 Пособия и компенсации военнослужащим и членам их семей 092 18 04 447 640 888 853,4 Пенсии и пособия в правоохранительных органах 092 18 05 698 867,6 Пенсии, пособия, компенсации военнослужащим и членам их семей, а также лицам, приравненным к ним по пенсионному обеспечению 092 18 05 447 698 867,6 Выплаты пенсий и пособий 092 18 05 447 326 698 867,6 Прочие мероприятия в области социальной политики 092 18 06 50 000,0 Государственная программа обеспечения безопасности потерпевших, свидетелей и иных участников уголовного судопроизводства 092 18 06 616 50 000,0 Прочие расходы, не отнесенные к другим видам расходов 092 18 06 616 397 50 000,0 Обслуживание государственного и муниципального долга 092 19 246 645 723,1 Обслуживание государственного и муниципального внутреннего долга 092 19 01 46 285 143,4 Процентные платежи по государственному внутреннему долгу 092 19 01 460 46 285 143,4 Выплаты процентов по государственному долгу 092 19 01 460 330 46 285 143,4 Обслуживание государственного внешнего долга 092 19 02 200 360 579,7 Процентные платежи по государственному внешнему долгу 092 19 02 461 200 360 579,7 Выплаты процентов по государственному долгу 092 19 02 461 330 200 360 579,7 Пополнение государственных запасов и резервов 092 20 1 363 702,4 Прочие государственные запасы и резервы 092 20 03 1 363 702,4 Средства, передаваемые на уплату налога на имущество 092 20 03 437 35 841,9 Расходы на уплату налога на имущество 092 20 03 437 387 35 841,9 Прочие расходы, не отнесенные к другим целевым статьям 092 20 03 515 1 327 860,5 Содержание подведомственных структур 092 20 03 515 075 1 327 860,5 Финансовая помощь другим бюджетам бюджетной системы 092 21 845 031 565,7 Финансовая помощь бюджетам других уровней 092 21 01 309 119 824,0 Расходы по обязательствам в рамках проектов, финансируемых с участием международных финансовых организаций 092 21 01 130 100,0 Прочие расходы, не отнесенные к другим видам расходов 092 21 01 130 397 100,0 Фонд софинансирования социальных расходов 092 21 01 352 6 300 000,0 Дотации бюджетам субъектов Российской Федерации на частичное возмещение расходов по предоставлению населению субсидий по оплате жилья и коммунальных услуг 092 21 01 352 365 6 300 000,0 Федеральный фонд финансовой поддержки субъектов Российской Федерации 092 21 01 480 175 810 866,0 Дотации на выравнивание уровня бюджетной обеспеченности субъектов Российской Федерации 092 21 01 480 364 165 135 868,0 Субвенции на компенсацию тарифов на электроэнергию территориям Дальнего Востока и Архангельской области 092 21 01 480 455 2 600 000,0 Субсидии на государственную финансовую поддержку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092 21 01 480 456 8 074 998,0 Средства, передаваемые по взаимным расчетам, в том числе компенсации дополнительных расходов, возникших в результате решений, принятых органами других уровней власти 092 21 01 483 19 479 402,6 Средства, передаваемые для компенсации дополнительных расходов, возникших в результате решений, принятых органами власти другого уровня 092 21 01 483 358 4 697 272,6 Другие средства, передаваемые по взаимным расчетам 092 21 01 483 359 13 205 159,4 Резервный фонд Правительства Российской Федерации 092 21 01 483 390 92 101,5 Резервный фонд Президента Российской Федерации 092 21 01 483 391 208 330,0 Резервный фонд Правительства Российской Федерации по предупреждению и ликвидации чрезвычайных ситуаций и последствий стихийных бедствий 092 21 01 483 392 1 276 539,1 Дотации и субвенции 092 21 01 485 48 768 617,3 Целевые субсидии и субвенции 092 21 01 485 290 423 777,0 Дотации бюджетам закрытых административно-территориальных образований 092 21 01 485 350 8 327 409,0 Дотации на возмещение убытков от содержания объектов жилищно-коммунального хозяйства и социально- культурной сферы, переданных в ведение органов местного самоуправления 092 21 01 485 360 5 000 000,0 Дотация городу-курорту Сочи 092 21 01 485 363 1 200 000,0 Дотации бюджетам субъектов Российской Федерации на поддержку мер по обеспечению сбалансированности бюджетов 092 21 01 485 366 26 759 335,0 Субвенции бюджетам закрытых административно-территориальных образований на капитальные вложения 092 21 01 485 378 3 894 715,0 Субвенции бюджетам закрытых административно-территориальных образований на отселение 092 21 01 485 379 903 767,0 Субвенции бюджетам закрытых административно-территориальных образований на финансирование программ развития закрытых административно-территориальных образований 092 21 01 485 454 541 097,3 Субвенции на реализацию Федерального закона "О государственных пособиях гражданам, имеющим детей" 092 21 01 485 470 193 017,0 Субвенции на реализацию программ развития городов как наукоградов Российской Федерации 092 21 01 485 538 500 000,0 Субвенция на премирование победителей Всероссийского конкурса на звание "Самый благоустроенный город России" 092 21 01 485 539 98 500,0 Субвенции бюджету города Москвы на выполнение федеральных полномочий по сбору и утилизации радиоактивных отходов в Центральном регионе 092 21 01 485 542 927 000,0 Фонд реформирования региональных финансов 092 21 01 488 1 215 600,0 Субсидии на реформирование и оздоровление региональных финансов, развитие социальной инфраструктуры, повышение эффективности бюджетных расходов, поддержку экономических реформ 092 21 01 488 458 1 215 600,0 Фонд компенсаций 092 21 01 489 56 210 238,1 Субвенции бюджетам субъектов Российской Федерации на компенсацию затрат по предоставлению льгот, установленных Законом Российской Федерации "О донорстве крови и ее компонентов" 092 21 01 489 294 1 110 485,0 Субсидии бюджетам субъектов Российской Федерации на реализацию Федерального закона "О социальной защите инвалидов в Российской Федерации", за исключением льгот по оплате жилищно-коммунальных услуг 092 21 01 489 337 14 847 208,2 Субвенции бюджетам субъектов Российской Федерации на реализацию Закона Российской Федерации "О статусе Героев Советского Союза, Героев Российской Федерации и полных кавалеров ордена Славы" и Федерального закона "О предоставлении социальных гарантий Героям Социалистического Труда и полным кавалерам ордена Трудовой Славы" 092 21 01 489 349 200 000,0 Субсидии бюджетам субъектов Российской Федерации на компенсацию расходов по предоставлению льгот по оплате жилищно-коммунальных услуг отдельным категориям граждан, работающих и проживающих в сельской местности 092 21 01 489 384 1 691 778,0 Субвенции на возмещение льгот по оплате жилищно-коммунальных услуг в соответствии с Федеральным законом "О внесении изменений и дополнений в Закон Российской Федерации "Об основах федеральной жилищной политики" и другие законодательные акты Российской Федерации в части совершенствования системы оплаты жилья и коммунальных услуг" 092 21 01 489 385 15 202 000,0 Субвенции на реализацию Федерального закона "О государственных пособиях гражданам, имеющим детей" 092 21 01 489 470 20 310 526,9 Субсидии бюджетам субъектов Российской Федерации на возмещение льгот по оплате жилищно-коммунальных услуг, услуг связи, проезда на общественном транспорте городского и пригородного сообщения гражданам, подвергшимся радиационному воздействию вследствие катастрофы на Чернобыльской АЭС, аварии на производственном объединении "Маяк" и ядерных испытаний на Семипалатинском полигоне 092 21 01 489 556 1 210 000,0 Субвенции бюджетам субъектов Российской Федерации на реализацию Закона Российской Федерации "О реабилитации жертв политических репрессий" 092 21 01 489 557 1 638 240,0 Прочие расходы, не отнесенные к другим целевым статьям 092 21 01 515 35 000,0 Прочие расходы, не отнесенные к другим видам расходов 092 21 01 515 397 35 000,0 Федеральная целевая программа "Восстановление экономики и социальной сферы Чеченской Республики (2002 год и последующие годы)" 092 21 01 676 1 300 000,0 Прочие расходы, не отнесенные к другим видам расходов 092 21 01 676 397 1 300 000,0 Фонд регионального развития 092 21 02 25 103 810,0 Федеральная целевая программа развития Калининградской области на период до 2010 года 092 21 02 671 600 000,0 Субсидии на реализацию федеральных программ развития регионов 092 21 02 671 457 600 000,0 Федеральная целевая программа "Экономическое и социальное развитие Дальнего Востока и Забайкалья на 1996-2005 и до 2010 года" 092 21 02 672 968 000,0 Субсидии на реализацию федеральных программ развития регионов 092 21 02 672 457 968 000,0 Федеральная целевая программа "Социально-экономическое развитие Курильских островов Сахалинской области (1994-2005 годы)" 092 21 02 673 241 000,0 Субсидии на реализацию федеральных программ развития регионов 092 21 02 673 457 241 000,0 Федеральная целевая программа "Юг России" 092 21 02 674 2 051 900,0 Субсидии на реализацию федеральных программ развития регионов 092 21 02 674 457 2 051 900,0 Федеральная целевая программа "Социально-экономическое развитие Республики Татарстан до 2006 года" 092 21 02 675 11 264 800,0 Субсидии на реализацию федеральных программ развития регионов 092 21 02 675 457 9 064 800,0 Подпрограмма "Сохранение и развитие исторического центра г. Казани" 092 21 02 675 800 2 200 000,0 Федеральная целевая программа "Сокращение различий в социально-экономическом развитии регионов Российской Федерации (2002-2010 годы и до 2015 года)" 092 21 02 677 2 627 800,0 Субсидии на реализацию федеральных программ развития регионов 092 21 02 677 457 2 627 800,0 Федеральная целевая программа "Социально-экономическое развитие Республики Башкортостан до 2006 года" 092 21 02 681 7 350 310,0 Субсидии на реализацию федеральных программ развития регионов 092 21 02 681 457 7 350 310,0 Мероприятия в области регионального развития 092 21 03 7 024 631,0 Государственные капитальные вложения 092 21 03 313 6 684 964,0 Государственные капитальные вложения на безвозвратной основе 092 21 03 313 198 6 684 964,0 Государственная поддержка строительства 092 21 03 314 5 000,0 Прочие расходы, не отнесенные к другим видам расходов 092 21 03 314 397 5 000,0 Федеральная целевая программа "Жилище" на 2002-2010 годы 092 21 03 633 334 667,0 Мероприятия по обеспечению жильем отдельных категорий граждан 092 21 03 633 760 334 667,0 Средства, передаваемые государственным внебюджетным фондам 092 21 04 503 783 300,7 Средства, передаваемые Фонду социального страхования Российской Федерации на выплату компенсаций и пособий гражданам в соответствии с законодательством Российской Федерации 092 21 04 435 1 861 000,0 Средства федерального бюджета, передаваемые Фонду социального страхования Российской Федерации на выплату компенсаций и пособий гражданам, пострадавшим вследствие чернобыльской катастрофы 092 21 04 435 850 904 400,0 Средства федерального бюджета, передаваемые Фонду социального страхования Российской Федерации на выплату компенсаций и пособий гражданам, пострадавшим вследствие аварии на производственном объединении "Маяк" 092 21 04 435 851 99 200,0 Средства федерального бюджета, передаваемые Фонду социального страхования Российской Федерации на выплату компенсаций и пособий гражданам, пострадавшим вследствие ядерных испытаний на Семипалатинском полигоне 092 21 04 435 852 19 400,0 Возмещение расходов, произведенных Фондом социального страхования Российской Федерации сверх сумм, поступивших из федерального бюджета в 1994-2001 годах на выплату пособий, санаторно-курортное лечение граждан, подвергшихся воздействию радиации вследствие чернобыльской катастрофы 092 21 04 435 853 838 000,0 Средства, передаваемые Пенсионному фонду Российской Федерации на выплату пенсий и пособий в соответствии с законодательством Российской Федерации 092 21 04 441 58 530 530,0 Пособия и социальная помощь 092 21 04 441 322 58 530 530,0 Выплата пенсий и пособий другим категориям граждан 092 21 04 442 968 682,0 Пособия и социальная помощь 092 21 04 442 322 968 682,0 Субсидии из федерального бюджета на выплату базовой части трудовой пенсии за счет средств единого социального налога 092 21 04 448 442 423 088,7 Пособия и социальная помощь 092 21 04 448 322 442 423 088,7 Военная реформа 092 25 1 466 364,3 Проведение военной реформы 092 25 01 1 466 364,3 Расходы на проведение военной реформы 092 25 01 611 1 466 364,3 Жилой фонд 092 25 01 611 631 1 466 364,3 Прочие расходы 092 30 178 914,7 Резервные фонды 092 30 01 1 911 105,0 Резервные фонды 092 30 01 510 1 911 105,0 Резервный фонд Правительства Российской Федерации 092 30 01 510 390 271 195,9 Резервный фонд Президента Российской Федерации 092 30 01 510 391 100 420,0 Резервный фонд Правительства Российской Федерации по предупреждению и ликвидации чрезвычайных ситуаций и последствий стихийных бедствий 092 30 01 510 392 1 539 489,1 Бюджетные кредиты (бюджетные ссуды) 092 30 03 -4 395 682,0 Бюджетные кредиты (бюджетные ссуды) 092 30 03 514 -4 395 682,0 Другие ссуды 092 30 03 514 399 -4 395 682,0 Прочие расходы, не отнесенные к другим подразделам 092 30 04 2 663 491,7 Государственная поддержка политических партий, принимавших участие в федеральных выборах 092 30 04 081 440 500,0 Средства на финансирование политических партий, принимавших участие в выборах депутатов Государственной Думы Федерального Собрания Российской Федерации 092 30 04 081 482 194 400,0 Средства на финансирование политических партий, принимавших участие в выборах Президента Российской Федерации 092 30 04 081 483 246 100,0 Прочие расходы, не отнесенные к другим целевым статьям 092 30 04 515 2 222 991,7 Прочие расходы, не отнесенные к другим видам расходов 092 30 04 515 397 2 222 991,7 ФЕДЕРАЛЬНАЯ СЛУЖБА СТРАХОВОГО НАДЗОРА 093 44 987,4 Государственное управление и местное самоуправление 093 01 44 759,5 Функционирование исполнительных органов государственной власти 093 01 03 44 759,5 Центральный аппарат 093 01 03 037 28 351,5 Денежное содержание аппарата 093 01 03 037 027 25 416,3 Расходы на содержание аппарата 093 01 03 037 029 2 935,2 Территориальные органы 093 01 03 038 14 380,5 Денежное содержание аппарата 093 01 03 038 027 10 694,4 Расходы на содержание аппарата 093 01 03 038 029 3 686,1 Средства, передаваемые на уплату налога на имущество 093 01 03 437 24,5 Расходы на уплату налога на имущество 093 01 03 437 387 24,5 Прочие расходы, не отнесенные к другим целевым статьям 093 01 03 515 2 003,0 Прочие расходы, не отнесенные к другим видам расходов 093 01 03 515 397 2 003,0 Международная деятельность 093 03 227,9 Международные культурные, научные и информационные связи 093 03 04 227,9 Расходы на международные культурные, научные и информационные связи 093 03 04 125 227,9 Участие в международных конференциях 093 03 04 125 050 227,9 ФЕДЕРАЛЬНОЕ АГЕНТСТВО ПО АТОМНОЙ ЭНЕРГИИ 101 19 781 224,5 Государственное управление и местное самоуправление 101 01 211 096,5 Функционирование исполнительных органов государственной власти 101 01 03 211 096,5 Центральный аппарат 101 01 03 037 203 705,7 Денежное содержание аппарата 101 01 03 037 027 132 828,0 Расходы на содержание аппарата 101 01 03 037 029 70 877,7 Средства, передаваемые на уплату налога на имущество 101 01 03 437 7 390,8 Расходы на уплату налога на имущество 101 01 03 437 387 7 390,8 Международная деятельность 101 03 40 391,2 Международные культурные, научные и информационные связи 101 03 04 40 391,2 Расходы на международные культурные, научные и информационные связи 101 03 04 125 40 391,2 Участие в международных научных исследованиях, стажировки студентов за рубежом 101 03 04 125 049 34 563,2 Участие в международных конференциях 101 03 04 125 050 5 828,0 Фундаментальные исследования и содействие научно-техническому прогрессу 101 06 429 073,4 Разработка перспективных технологий и приоритетных направлений научно- технического прогресса 101 06 02 429 073,4 НИОКР 101 06 02 281 232 481,4 Финансирование приоритетных направлений науки и техники 101 06 02 281 182 60 000,0 Другие НИОКР 101 06 02 281 216 172 481,4 Федеральная целевая программа "Ядерная и радиационная безопасность России" на 2000-2006 годы 101 06 02 653 58 828,0 Подпрограмма "Обращение с радиоактивными отходами и отработавшими ядерными материалами, их утилизация и захоронение" 101 06 02 653 762 23 284,8 Подпрограмма "Безопасность атомной промышленности России" 101 06 02 653 763 2 464,0 Подпрограмма "Безопасность атомных электростанций и исследовательских ядерных установок" 101 06 02 653 764 2 956,8 Подпрограмма "Атомные электростанции и ядерные энергетические установки нового поколения с повышенной безопасностью" 101 06 02 653 765 5 667,2 Подпрограмма "Совершенствование системы подготовки, переподготовки и повышения квалификации кадров" 101 06 02 653 766 2 094,4 Подпрограмма "Организация системы государственного учета и контроля ядерных материалов и системы государственного учета и контроля радиоактивных веществ и радиоактивных отходов" 101 06 02 653 767 2 094,4 Подпрограмма "Средства и методы исследований и анализа воздействия ядерно- и радиационно опасных объектов на природную среду и человека" 101 06 02 653 777 5 544,0 Подпрограмма "Методы анализа и обоснования безопасности ядерно- и радиационно опасных объектов" 101 06 02 653 778 12 320,0 Подпрограмма "Стратегия обеспечения ядерной и радиационной безопасности России" 101 06 02 653 779 2 402,4 Федеральная целевая программа "Международный термоядерный реактор ИТЭР" на 2002-2005 годы 101 06 02 659 67 760,0 Проведение научно-исследовательских и опытно-конструкторских работ в рамках федеральных целевых программ 101 06 02 659 187 67 760,0 Федеральная целевая программа "Национальная технологическая база" на 2002-2006 годы 101 06 02 663 42 900,0 Проведение научно-исследовательских и опытно-конструкторских работ в рамках федеральных целевых программ 101 06 02 663 187 42 900,0 Федеральная целевая программа "Энергоэффективная экономика" на 2002-2005 годы и на перспективу до 2010 года 101 06 02 669 27 104,0 Подпрограмма "Безопасность и развитие атомной энергетики" 101 06 02 669 810 27 104,0 Промышленность, энергетика и строительство 101 07 689 750,0 Строительство, архитектура 101 07 07 689 750,0 Государственные капитальные вложения по специальным министерствам и ведомствам 101 07 07 315 286 000,0 Государственные капитальные вложения на безвозвратной основе 101 07 07 315 198 286 000,0 Федеральная целевая программа "Жилище" на 2002-2010 годы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