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68 Федерального закона "Об акционерных обществах"</w:t>
      </w:r>
    </w:p>
    <w:p>
      <w:r>
        <w:rPr>
          <w:b/>
        </w:rPr>
        <w:t>Статья None. Федеральный закон   от 02.12.2004 № 153-ФЗ</w:t>
      </w:r>
    </w:p>
    <w:p>
      <w:r>
        <w:t>О внесении изменения в статью 68 Федерального закона "Об акционерных обществах" РОССИЙСКАЯ ФЕДЕРАЦИЯ ФЕДЕРАЛЬНЫЙ ЗАКОН О внесении изменения в статью 68 Федерального закона "Об акционерных обществах" Принят Государственной Думой 12 ноября 2004 года Одобрен Советом Федерации 24 ноября 2004 года Внести в статью 68 Федерального закона от 26 декабря 1995 года № 208-ФЗ "Об акционерных обществах" (Собрание законодательства Российской Федерации, 1996, № 1, ст. 1; 2001, № 33, ст. 3423) изменение, дополнив ее пунктом 5 следующего содержания: "5. Член совета директоров (наблюдательного совета) общества, не участвовавший в голосовании или голосовавший против решения, принятого советом директоров (наблюдательным советом) общества в нарушение порядка, установленного настоящим Федеральным законом, иными правовыми актами Российской Федерации, уставом общества, вправе обжаловать в суд указанное решение в случае, если этим решением нарушены его права и законные интересы. Такое заявление может быть подано в суд в течение одного месяца со дня, когда член совета директоров (наблюдательного совета) общества узнал или должен был узнать о принятом решении.". Президент Российской Федерации В.Путин Москва, Кремль 2 декабря 2004 года №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